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9547" w14:textId="03A11E12" w:rsidR="00924978" w:rsidRPr="00E80237" w:rsidRDefault="006D3E3C">
      <w:pPr>
        <w:autoSpaceDE w:val="0"/>
        <w:autoSpaceDN w:val="0"/>
        <w:spacing w:after="78" w:line="220" w:lineRule="exac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3360" behindDoc="0" locked="0" layoutInCell="1" allowOverlap="1" wp14:anchorId="570B5C7F" wp14:editId="32D97DEB">
            <wp:simplePos x="0" y="0"/>
            <wp:positionH relativeFrom="column">
              <wp:posOffset>-3810</wp:posOffset>
            </wp:positionH>
            <wp:positionV relativeFrom="paragraph">
              <wp:posOffset>-8599805</wp:posOffset>
            </wp:positionV>
            <wp:extent cx="6203183" cy="8715375"/>
            <wp:effectExtent l="0" t="0" r="0" b="0"/>
            <wp:wrapSquare wrapText="bothSides"/>
            <wp:docPr id="10934714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71403" name="Рисунок 10934714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3183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6311ED" w14:textId="77777777" w:rsidR="006D3E3C" w:rsidRDefault="00895C3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</w:t>
      </w:r>
    </w:p>
    <w:p w14:paraId="2ECB327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F030AB2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1E5C866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E3D2591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5EFEB24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74FF61D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73654B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9738F80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623B44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E945EC5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31A70DA6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0D555C7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CFFD533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036FEA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19097AC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8500067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A4045F9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38CF45F7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B359151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4F6ABC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2C9F5FC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EA1F9D0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798241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5975AC3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1D2DCD1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3B77FF26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3B6E5C92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4D244BB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BB6811C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71323D0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EFA89FD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302E67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1FB4A31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8070AE6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9CD7DBF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DF8A302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5E32EF5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D9F4F48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A0F1096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710E4D2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18C5386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C65A170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39AE1CD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1B5FA78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343C12C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7F961F9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793DE5C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5603EC1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8F1F346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B64DF8C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D3A80AA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A5D96F0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F257B6F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7687EB8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30459CE1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F87750F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590D969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401CC81" w14:textId="77777777" w:rsidR="006D3E3C" w:rsidRDefault="006D3E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14A9B2F" w14:textId="40F14C1D" w:rsidR="00924978" w:rsidRPr="00E80237" w:rsidRDefault="00895C35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  </w:t>
      </w:r>
      <w:r w:rsidR="00E80237"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66304478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346" w:after="0"/>
        <w:ind w:right="144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(ТАТАРСКИЙ) ЯЗЫК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«Родной (татарский) язык» начинается на уровне начального общего образования. Его изучение в начальной школе представляет собой первый этап языкового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образования и речевого развития обучающихся.</w:t>
      </w:r>
    </w:p>
    <w:p w14:paraId="64BFAD19" w14:textId="77777777" w:rsidR="00924978" w:rsidRPr="00E80237" w:rsidRDefault="00E8023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Знакомясь с единицами татарского языка, обучающиеся осознают их роль, функции, а также связи и отношения, существующие в системе татарского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14:paraId="28607B70" w14:textId="77777777" w:rsidR="00924978" w:rsidRPr="00E80237" w:rsidRDefault="00E80237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Курс предусматривает формирование у младших школьников представлений о лексике татарского языка. Освоение знаний о лексике способствует пониманию материальной природы языкового знака (слова как единства звучания и значения).</w:t>
      </w:r>
    </w:p>
    <w:p w14:paraId="186C4BFC" w14:textId="77777777" w:rsidR="00924978" w:rsidRPr="00E80237" w:rsidRDefault="00E80237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Важная роль отводится формированию представлений о грамматических понятиях: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словообразовательных, морфологических, синтаксических. Освоение грамматических понятий способствует процессу умственного и речевого развития. У обучающихся развиваются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интеллектуальные умения анализа, синтеза, сравнения, сопоставления, классификации, обобщения, что послужит основой для дальнейшего формирования общих учебных и познавательных универсальных действий.</w:t>
      </w:r>
    </w:p>
    <w:p w14:paraId="0DABC34A" w14:textId="77777777" w:rsidR="00924978" w:rsidRPr="00E80237" w:rsidRDefault="00E8023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 предусматривает изучение орфографии и пунктуации на основе формирования универсальных учебных действий. В процессе обучения происходит формирование умений различать части речи и значимые части слова, обнаруживать орфограммы, различать их типы и соотносить их с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определенными правилами, выполнять действие по правилу, осуществлять орфографический самоконтроль, что послужит основой грамотного, безошибочного письма.</w:t>
      </w:r>
    </w:p>
    <w:p w14:paraId="116F9EF7" w14:textId="77777777" w:rsidR="00924978" w:rsidRPr="00E80237" w:rsidRDefault="00E80237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учебного предмета является основой для овладения обучающимися приемами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 выработке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осмысленного отношения к употреблению в речи основных единиц языка.</w:t>
      </w:r>
    </w:p>
    <w:p w14:paraId="02321C3C" w14:textId="77777777" w:rsidR="00924978" w:rsidRPr="00E80237" w:rsidRDefault="00E80237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предусматривает целенаправленное формирование первичных навыков работы с информацией. В ходе освоения татарского языка формируются умения, связанные с информационной культурой: читать, писать, эффективно работать с учебной литературой,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пользоваться лингвистическими словарями. Обучающиеся будут работать с информацией,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представленной в разных форматах (текст, рисунок, таблица, схема, модель слова, памятка).</w:t>
      </w:r>
    </w:p>
    <w:p w14:paraId="5771ED9B" w14:textId="77777777" w:rsidR="00924978" w:rsidRPr="00E80237" w:rsidRDefault="00E8023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«Родной (татарский) язык» предусматривает межпредметные связи с другими учебными предметами гуманитарного цикла, в первую очередь с учебным </w:t>
      </w:r>
      <w:proofErr w:type="spellStart"/>
      <w:proofErr w:type="gram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предметом«</w:t>
      </w:r>
      <w:proofErr w:type="gram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 на родном (татарском) языке».</w:t>
      </w:r>
    </w:p>
    <w:p w14:paraId="48B53BE9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Курс предполагает организацию проектной деятельности, которая способствует включению обучающихся в активный познавательный процесс.</w:t>
      </w:r>
    </w:p>
    <w:p w14:paraId="6BC83A00" w14:textId="77777777" w:rsidR="00924978" w:rsidRPr="00E80237" w:rsidRDefault="00E80237" w:rsidP="00484B8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  <w:sectPr w:rsidR="00924978" w:rsidRPr="00E80237" w:rsidSect="003861C1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«РОДНОЙ (ТАТАРСКИЙ) ЯЗЫК»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Цель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учебного предмета «Родной (татарский) язык» – 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 ознакомление обучающихся с основными положениями науки о татарском языке и формирование на</w:t>
      </w:r>
    </w:p>
    <w:p w14:paraId="7B660277" w14:textId="77777777" w:rsidR="00924978" w:rsidRPr="00E80237" w:rsidRDefault="00E80237">
      <w:pPr>
        <w:tabs>
          <w:tab w:val="left" w:pos="180"/>
        </w:tabs>
        <w:autoSpaceDE w:val="0"/>
        <w:autoSpaceDN w:val="0"/>
        <w:spacing w:after="0" w:line="262" w:lineRule="auto"/>
        <w:ind w:right="1296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этой основе знаково-символического восприятия и логического мышления обучающихся. 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Задачи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учебного предмета «Родной (татарский) язык»:</w:t>
      </w:r>
    </w:p>
    <w:p w14:paraId="137981CD" w14:textId="77777777" w:rsidR="00924978" w:rsidRPr="00E80237" w:rsidRDefault="00E8023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—  обеспечение мотивации обучения родному (татарскому) языку;</w:t>
      </w:r>
    </w:p>
    <w:p w14:paraId="37753E9C" w14:textId="77777777" w:rsidR="00924978" w:rsidRPr="00E80237" w:rsidRDefault="00E80237">
      <w:pPr>
        <w:autoSpaceDE w:val="0"/>
        <w:autoSpaceDN w:val="0"/>
        <w:spacing w:before="238" w:after="0" w:line="271" w:lineRule="auto"/>
        <w:ind w:left="420" w:right="1008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</w:t>
      </w:r>
    </w:p>
    <w:p w14:paraId="27EFB5CC" w14:textId="77777777" w:rsidR="00924978" w:rsidRPr="00E80237" w:rsidRDefault="00E80237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—  овладение нормами татарского речевого этикета, в том числе и в ситуации межнационального общения;</w:t>
      </w:r>
    </w:p>
    <w:p w14:paraId="321E25C2" w14:textId="77777777" w:rsidR="00924978" w:rsidRPr="00E80237" w:rsidRDefault="00E80237">
      <w:pPr>
        <w:autoSpaceDE w:val="0"/>
        <w:autoSpaceDN w:val="0"/>
        <w:spacing w:before="240" w:after="0" w:line="271" w:lineRule="auto"/>
        <w:ind w:left="420" w:right="228"/>
        <w:jc w:val="both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деятельности; развитие духовно-нравственной сферы личности младших школьников.</w:t>
      </w:r>
    </w:p>
    <w:p w14:paraId="499B445D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298" w:after="0" w:line="281" w:lineRule="auto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«РОДНОЙ (ТАТАРСКИЙ) ЯЗЫК» В УЧЕБНОМ ПЛАНЕ 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ФГОС НОО учебный предмет «Родной язык» входит в предметную </w:t>
      </w:r>
      <w:proofErr w:type="spellStart"/>
      <w:proofErr w:type="gram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область«</w:t>
      </w:r>
      <w:proofErr w:type="gram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 и является обязательным для изучения. 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В 1 классе на изучение предмета «Родной (татарский) язык» в общеобразовательных организациях с обучением на родном (татарском) языке отводится 2 часа в неделю, что составляет 66 часов (из них 33 часа отводится на курс «Обучение грамоте»).</w:t>
      </w:r>
    </w:p>
    <w:p w14:paraId="649A8929" w14:textId="77777777" w:rsidR="00924978" w:rsidRPr="00E80237" w:rsidRDefault="00924978">
      <w:pPr>
        <w:rPr>
          <w:lang w:val="ru-RU"/>
        </w:rPr>
        <w:sectPr w:rsidR="00924978" w:rsidRPr="00E80237" w:rsidSect="003861C1">
          <w:pgSz w:w="11900" w:h="16840"/>
          <w:pgMar w:top="286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14:paraId="178CE0E2" w14:textId="77777777" w:rsidR="00924978" w:rsidRPr="00E80237" w:rsidRDefault="00924978">
      <w:pPr>
        <w:autoSpaceDE w:val="0"/>
        <w:autoSpaceDN w:val="0"/>
        <w:spacing w:after="78" w:line="220" w:lineRule="exact"/>
        <w:rPr>
          <w:lang w:val="ru-RU"/>
        </w:rPr>
      </w:pPr>
    </w:p>
    <w:p w14:paraId="129C02AA" w14:textId="77777777" w:rsidR="00924978" w:rsidRPr="00E80237" w:rsidRDefault="00E80237">
      <w:pPr>
        <w:autoSpaceDE w:val="0"/>
        <w:autoSpaceDN w:val="0"/>
        <w:spacing w:after="0" w:line="230" w:lineRule="auto"/>
        <w:rPr>
          <w:lang w:val="ru-RU"/>
        </w:rPr>
      </w:pP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061EEEF4" w14:textId="77777777" w:rsidR="00924978" w:rsidRPr="00E80237" w:rsidRDefault="00E80237">
      <w:pPr>
        <w:autoSpaceDE w:val="0"/>
        <w:autoSpaceDN w:val="0"/>
        <w:spacing w:before="346" w:after="0" w:line="262" w:lineRule="auto"/>
        <w:ind w:left="180" w:right="1584"/>
        <w:rPr>
          <w:lang w:val="ru-RU"/>
        </w:rPr>
      </w:pP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Виды речевой деятельности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Беседа на тему «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Белембəйрəме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» («День знаний»). Правила гигиены чтения и письма.</w:t>
      </w:r>
    </w:p>
    <w:p w14:paraId="6BC1CD25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Обучение грамоте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Буквы и звуки татарского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Запись предложений после предварительного 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слого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-звукового разбора каждого слова. Татарский алфавит. Правильное чтение рукописных предложений.</w:t>
      </w:r>
    </w:p>
    <w:p w14:paraId="04E801BA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Систематический курс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Речь. Устная речь и письменная речь. Интонация.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[ғ], [қ]. Гласные звуки татарского языка. Специфичные звуки татарского языка [ə], [ө], [ү], [</w:t>
      </w:r>
      <w:r>
        <w:rPr>
          <w:rFonts w:ascii="Times New Roman" w:eastAsia="Times New Roman" w:hAnsi="Times New Roman"/>
          <w:color w:val="000000"/>
          <w:sz w:val="24"/>
        </w:rPr>
        <w:t>w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], [ғ], [қ], [җ], [ң], [һ]. Звуковое значение букв е, ё, ю, я. Правописание букв ъ и ь в татарских словах. Слова, отвечающие на вопросы «кем?» («кто?») и «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нəрсə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?» («что?»). Особенности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присоединения аффиксов в татарском языке.</w:t>
      </w:r>
    </w:p>
    <w:p w14:paraId="5396E4A8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Описывание 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Шүрəле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(Шурале), Су 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анасы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(Водяная). Работа с текстом «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Алма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» («Яблоко»). Чтение по слогам слов и предложений. Работа с текстом «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Үрдəкберенчелекнеалган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» («Как утка победила на конкурсе»).</w:t>
      </w:r>
    </w:p>
    <w:p w14:paraId="5ECEE1B0" w14:textId="77777777" w:rsidR="00895C35" w:rsidRDefault="00895C35">
      <w:pPr>
        <w:rPr>
          <w:lang w:val="ru-RU"/>
        </w:rPr>
      </w:pPr>
    </w:p>
    <w:p w14:paraId="41B502EA" w14:textId="77777777" w:rsidR="00924978" w:rsidRPr="00E80237" w:rsidRDefault="00895C35" w:rsidP="00895C35">
      <w:pPr>
        <w:tabs>
          <w:tab w:val="left" w:pos="2750"/>
        </w:tabs>
        <w:rPr>
          <w:lang w:val="ru-RU"/>
        </w:rPr>
      </w:pPr>
      <w:r>
        <w:rPr>
          <w:lang w:val="ru-RU"/>
        </w:rPr>
        <w:tab/>
      </w:r>
      <w:r w:rsidR="00E80237"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583DAD03" w14:textId="77777777" w:rsidR="00924978" w:rsidRPr="00E80237" w:rsidRDefault="00E80237">
      <w:pPr>
        <w:autoSpaceDE w:val="0"/>
        <w:autoSpaceDN w:val="0"/>
        <w:spacing w:before="346" w:after="0" w:line="230" w:lineRule="auto"/>
        <w:rPr>
          <w:lang w:val="ru-RU"/>
        </w:rPr>
      </w:pP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51233C68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(татарский) язык» у обучающегося будут сформированы следующие личностные результаты: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становление ценностного отношения к своей Родине – России;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осознание своей этнокультурной и российской гражданской идентичности;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сопричастность к прошлому, настоящему и будущему своей страны и родного края;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признание индивидуальности каждого человека;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проявление сопереживания, уважения и доброжелательности;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неприятие любых форм поведения, направленных на причинение физического и морального вреда другим людям;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стремление к самовыражению в разных видах художественной деятельности;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соблюдение правил здорового и безопасного (для себя и других людей) образа жизни в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окружающей среде (в том числе информационной);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бережное отношение к физическому и психическому здоровью;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бережное отношение к природе;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неприятие действий, приносящих ей вред;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первоначальные представления о научной картине мира;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познавательные интересы, активность, инициативность, любознательность и самостоятельность в познании.</w:t>
      </w:r>
    </w:p>
    <w:p w14:paraId="4FD14656" w14:textId="77777777" w:rsidR="00924978" w:rsidRPr="00E80237" w:rsidRDefault="00E80237">
      <w:pPr>
        <w:autoSpaceDE w:val="0"/>
        <w:autoSpaceDN w:val="0"/>
        <w:spacing w:before="262" w:after="0" w:line="230" w:lineRule="auto"/>
        <w:rPr>
          <w:lang w:val="ru-RU"/>
        </w:rPr>
      </w:pP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2A8421F1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166" w:after="0" w:line="286" w:lineRule="auto"/>
        <w:ind w:right="720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сравнивать объекты, устанавливать основания для сравнения, устанавливать аналогии;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объединять объекты (языковые единицы) по определенному признаку;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 языковых единиц, классифицировать языковые единицы;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находить в языковом материале закономерности и противоречия на основе предложенного</w:t>
      </w:r>
    </w:p>
    <w:p w14:paraId="2A16E615" w14:textId="77777777" w:rsidR="00924978" w:rsidRPr="00E80237" w:rsidRDefault="00924978">
      <w:pPr>
        <w:autoSpaceDE w:val="0"/>
        <w:autoSpaceDN w:val="0"/>
        <w:spacing w:after="66" w:line="220" w:lineRule="exact"/>
        <w:rPr>
          <w:lang w:val="ru-RU"/>
        </w:rPr>
      </w:pPr>
    </w:p>
    <w:p w14:paraId="4B856AB3" w14:textId="77777777" w:rsidR="00924978" w:rsidRPr="00E80237" w:rsidRDefault="00E80237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 для решения учебной и практической задачи на основе предложенного алгоритма;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устанавливать причинно-следственные связи в ситуациях наблюдения за языковым материалом, делать выводы;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 помощью учителя формулировать цель, планировать изменения языкового объекта, речевой ситуации;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сравнивать несколько вариантов выполнения задания, выбирать наиболее подходящий (на основе предложенных критериев);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проводить по предложенному плану несложное лингвистическое исследование, выполнять по предложенному плану проектное задание;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выбирать источник получения информации: нужный словарь для получения запрашиваемой информации, для уточнения;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согласно заданному алгоритму находить в предложенном источнике информацию;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распознавать достоверную и недостоверную информацию самостоятельно или на основании предложенного учителем способа ее проверки;</w:t>
      </w:r>
      <w:r w:rsidRPr="00E80237">
        <w:rPr>
          <w:lang w:val="ru-RU"/>
        </w:rPr>
        <w:br/>
      </w:r>
      <w:r w:rsidRPr="00E80237">
        <w:rPr>
          <w:lang w:val="ru-RU"/>
        </w:rPr>
        <w:lastRenderedPageBreak/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соблюдать с помощью взрослых (педагогических работников, родителей, законных 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сети Интернет;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анализировать и создавать текстовую, видео, графическую, звуковую информацию в соответствии с учебной задачей;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самостоятельно создавать схемы, таблицы для представления лингвистической информации.</w:t>
      </w:r>
    </w:p>
    <w:p w14:paraId="585B4246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коммуникативными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проявлять уважительное отношение к собеседнику, соблюдать правила ведения диалога и дискуссии;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признавать возможность существования разных точек зрения;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корректно и аргументированно высказывать свое мнение;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строить речевое высказывание в соответствии с поставленной задачей;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создавать устные и письменные тексты (описание, рассуждение, повествование);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готовить небольшие публичные выступления;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подбирать иллюстративный материал (рисунки, фото, плакаты) к тексту выступления;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проявлять готовность руководить, выполнять поручения, подчиняться;</w:t>
      </w:r>
    </w:p>
    <w:p w14:paraId="400A4AD3" w14:textId="77777777" w:rsidR="00924978" w:rsidRPr="00E80237" w:rsidRDefault="00924978">
      <w:pPr>
        <w:autoSpaceDE w:val="0"/>
        <w:autoSpaceDN w:val="0"/>
        <w:spacing w:after="78" w:line="220" w:lineRule="exact"/>
        <w:rPr>
          <w:lang w:val="ru-RU"/>
        </w:rPr>
      </w:pPr>
    </w:p>
    <w:p w14:paraId="65E560DC" w14:textId="77777777" w:rsidR="00924978" w:rsidRPr="00E80237" w:rsidRDefault="00E80237">
      <w:pPr>
        <w:autoSpaceDE w:val="0"/>
        <w:autoSpaceDN w:val="0"/>
        <w:spacing w:after="0" w:line="271" w:lineRule="auto"/>
        <w:ind w:left="180" w:right="1584"/>
        <w:rPr>
          <w:lang w:val="ru-RU"/>
        </w:rPr>
      </w:pP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ответственно выполнять свою часть работы;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оценивать свой вклад в общий результат;</w:t>
      </w:r>
      <w:r w:rsidRPr="00E80237">
        <w:rPr>
          <w:lang w:val="ru-RU"/>
        </w:rPr>
        <w:br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выполнять совместные проектные задания с опорой на предложенные образцы.</w:t>
      </w:r>
    </w:p>
    <w:p w14:paraId="2BC1BA74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планировать действия по решению учебной задачи для получения результата;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- выстраивать последовательность выбранных действий; 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причины успеха/неудач учебной деятельности;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 корректировать свои учебные действия для преодоления ошибок.</w:t>
      </w:r>
    </w:p>
    <w:p w14:paraId="421AC883" w14:textId="77777777" w:rsidR="00924978" w:rsidRPr="00E80237" w:rsidRDefault="00E80237">
      <w:pPr>
        <w:autoSpaceDE w:val="0"/>
        <w:autoSpaceDN w:val="0"/>
        <w:spacing w:before="264" w:after="0" w:line="230" w:lineRule="auto"/>
        <w:rPr>
          <w:lang w:val="ru-RU"/>
        </w:rPr>
      </w:pP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188B114D" w14:textId="77777777" w:rsidR="00924978" w:rsidRPr="00E80237" w:rsidRDefault="00E80237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понимать прочитанный текст;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− воспринимать на слух 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аудиотекст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, построенный на знакомом языковом материале;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вести элементарный диалог, расспрашивая собеседника, отвечая на его вопросы;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рассказывать о себе, друзьях и т. д.;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− читать вслух небольшой текст, построенный на изученном языковом материале с соблюдением 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правил произношения и интонирования;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читать целыми словами со скоростью, соответствующей индивидуальному темпу ребенка;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владеть начертанием письменных прописных и строчных букв;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писать разборчиво буквы, буквосочетания, слоги, слова, предложения с соблюдением гигиенических норм;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осознавать единство звукового состава слова и его значения;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определять количество и последовательность звуков в слове;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различать звуки и буквы: буква как знак звука;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− проводить 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слого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-звуковой разбор слова;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вырабатывать связное и ритмичное написание букв;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различать гласные и согласные звуки, гласные – ударные и безударные, твердые и мягкие; согласные – звонкие и глухие;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правильно читать специфичные гласные звуки татарского языка [ə], [ө], [ү];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правильно читать специфичные согласные звуки татарского языка [</w:t>
      </w:r>
      <w:r>
        <w:rPr>
          <w:rFonts w:ascii="Times New Roman" w:eastAsia="Times New Roman" w:hAnsi="Times New Roman"/>
          <w:color w:val="000000"/>
          <w:sz w:val="24"/>
        </w:rPr>
        <w:t>w</w:t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], [ғ], [қ], [җ], [ң], [һ];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употреблять при письме буквы, обозначающие специфичные звуки татарского языка;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определять функции букв е, ё, ю, 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определять функции букв, не обозначающих звуки (ъ, ь);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выделять в слове ударный слог и определять количество слогов;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произносить звуки и сочетания звуков в словах в соответствии с нормами современного татарского литературного языка;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правильно называть буквы татарского алфавита, их последовательность;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сопоставлять слова, различающиеся одним или несколькими звуками;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различать слово и предложение;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использовать на письме разделительный ъ и ь;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составлять предложения из заданных форм слов;</w:t>
      </w:r>
    </w:p>
    <w:p w14:paraId="2A2363EE" w14:textId="77777777" w:rsidR="00924978" w:rsidRPr="00E80237" w:rsidRDefault="00924978">
      <w:pPr>
        <w:autoSpaceDE w:val="0"/>
        <w:autoSpaceDN w:val="0"/>
        <w:spacing w:after="78" w:line="220" w:lineRule="exact"/>
        <w:rPr>
          <w:lang w:val="ru-RU"/>
        </w:rPr>
      </w:pPr>
    </w:p>
    <w:p w14:paraId="2ABD7AB4" w14:textId="77777777" w:rsidR="00924978" w:rsidRPr="00E80237" w:rsidRDefault="00E80237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писать без искажений прописные буквы в начале предложения и в именах собственных;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оформлять предложение на письме, выбирать знак конца предложения в соответствии со смыслом и интонацией предложения;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понимать функции небуквенных графических средств: пробела между словами, знака переноса;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списывать (без пропусков и искажений букв) слова и предложения, текст объемом не более 10 слов;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писать под диктовку слова, предложения из 3 слов, тексты объемом не более 10 слов;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определять особенности присоединения аффиксов в татарском языке;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распознавать собственные имена существительные;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различать имена существительные одушевленные и неодушевленные по вопросам «кем?» («кто?») и «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нəрсə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?» («что?»);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определять значение слова по тексту;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определять интонацию предложения;</w:t>
      </w:r>
      <w:r w:rsidRPr="00E80237">
        <w:rPr>
          <w:lang w:val="ru-RU"/>
        </w:rPr>
        <w:br/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определять место в предложении слова, отвечающего на вопрос «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нишли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?» («что делает?»);</w:t>
      </w:r>
      <w:r w:rsidRPr="00E80237">
        <w:rPr>
          <w:lang w:val="ru-RU"/>
        </w:rPr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соблюдать нормы речевого этикета в ситуациях учебного и бытового общения (приветствие, прощание, извинение, благодарность, обращение с просьбой);</w:t>
      </w:r>
      <w:r w:rsidRPr="00E80237">
        <w:rPr>
          <w:lang w:val="ru-RU"/>
        </w:rPr>
        <w:br/>
      </w:r>
      <w:r w:rsidRPr="00E80237">
        <w:rPr>
          <w:lang w:val="ru-RU"/>
        </w:rPr>
        <w:lastRenderedPageBreak/>
        <w:tab/>
      </w:r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− формулировать высказывание, соблюдая орфоэпические и интонационные нормы татарского языка.</w:t>
      </w:r>
    </w:p>
    <w:p w14:paraId="42190BAE" w14:textId="77777777" w:rsidR="00924978" w:rsidRPr="00E80237" w:rsidRDefault="00924978">
      <w:pPr>
        <w:rPr>
          <w:lang w:val="ru-RU"/>
        </w:rPr>
        <w:sectPr w:rsidR="00924978" w:rsidRPr="00E80237" w:rsidSect="003861C1">
          <w:pgSz w:w="11900" w:h="16840"/>
          <w:pgMar w:top="298" w:right="674" w:bottom="1440" w:left="666" w:header="720" w:footer="720" w:gutter="0"/>
          <w:cols w:space="720" w:equalWidth="0">
            <w:col w:w="10560" w:space="0"/>
          </w:cols>
          <w:docGrid w:linePitch="360"/>
        </w:sectPr>
      </w:pPr>
    </w:p>
    <w:p w14:paraId="55E1E634" w14:textId="77777777" w:rsidR="00924978" w:rsidRPr="00E80237" w:rsidRDefault="00924978">
      <w:pPr>
        <w:autoSpaceDE w:val="0"/>
        <w:autoSpaceDN w:val="0"/>
        <w:spacing w:after="64" w:line="220" w:lineRule="exact"/>
        <w:rPr>
          <w:lang w:val="ru-RU"/>
        </w:rPr>
      </w:pPr>
    </w:p>
    <w:p w14:paraId="56494A7B" w14:textId="77777777" w:rsidR="00924978" w:rsidRDefault="00E80237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22"/>
        <w:gridCol w:w="528"/>
        <w:gridCol w:w="1104"/>
        <w:gridCol w:w="1142"/>
        <w:gridCol w:w="804"/>
        <w:gridCol w:w="6316"/>
        <w:gridCol w:w="1236"/>
        <w:gridCol w:w="1382"/>
      </w:tblGrid>
      <w:tr w:rsidR="00924978" w14:paraId="56336BD5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B389C" w14:textId="77777777" w:rsidR="00924978" w:rsidRDefault="00E80237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7900A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DA18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AA656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C197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Видыдеятельности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9DD8B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формыконтроля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50C3D" w14:textId="77777777" w:rsidR="00924978" w:rsidRDefault="00E80237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образовательныересурсы</w:t>
            </w:r>
            <w:proofErr w:type="spellEnd"/>
          </w:p>
        </w:tc>
      </w:tr>
      <w:tr w:rsidR="00924978" w14:paraId="346AC815" w14:textId="7777777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A4E5" w14:textId="77777777" w:rsidR="00924978" w:rsidRDefault="0092497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A8DB" w14:textId="77777777" w:rsidR="00924978" w:rsidRDefault="00924978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08DDB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F0286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07ABC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7701" w14:textId="77777777" w:rsidR="00924978" w:rsidRDefault="0092497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531C" w14:textId="77777777" w:rsidR="00924978" w:rsidRDefault="0092497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0275" w14:textId="77777777" w:rsidR="00924978" w:rsidRDefault="0092497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1F90" w14:textId="77777777" w:rsidR="00924978" w:rsidRDefault="00924978"/>
        </w:tc>
      </w:tr>
      <w:tr w:rsidR="00924978" w14:paraId="01A9E1EA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A8F56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Мин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» («Я»)</w:t>
            </w:r>
          </w:p>
        </w:tc>
      </w:tr>
      <w:tr w:rsidR="00924978" w14:paraId="28A35FA8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C714C" w14:textId="77777777" w:rsidR="00924978" w:rsidRDefault="00E80237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Видыречевойдеятельности</w:t>
            </w:r>
            <w:proofErr w:type="spellEnd"/>
          </w:p>
        </w:tc>
      </w:tr>
      <w:tr w:rsidR="00924978" w14:paraId="253E90FF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97664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5FA350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на тему «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Исəнме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мəктəп</w:t>
            </w:r>
            <w:proofErr w:type="spellEnd"/>
            <w:proofErr w:type="gram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!»(</w:t>
            </w:r>
            <w:proofErr w:type="gram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«Здравствуй, школа!»)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8E463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EB03D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BE934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E4FF3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DF1DE" w14:textId="77777777" w:rsidR="00924978" w:rsidRPr="00E80237" w:rsidRDefault="00E8023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которого обучающиеся расспрашивают собеседника, отвечают на его вопросы;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 по составлению небольших рассказов повествовательного характера (например, рассказ о случаях из летнего отдыха и т. д.);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4D4A0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DC515" w14:textId="77777777" w:rsidR="00924978" w:rsidRDefault="00924978"/>
        </w:tc>
      </w:tr>
      <w:tr w:rsidR="00924978" w14:paraId="32030ABF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D3C5C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17853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 гигиены чтения и письма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1FF5D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E6C3F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BBA871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9E51F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7A9A8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соблюдение гигиенических требований при чтении и письме;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4723C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F70B1" w14:textId="77777777" w:rsidR="00924978" w:rsidRDefault="00924978"/>
        </w:tc>
      </w:tr>
      <w:tr w:rsidR="00924978" w14:paraId="49966585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C01010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350504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E1DB4" w14:textId="77777777" w:rsidR="00924978" w:rsidRDefault="00924978"/>
        </w:tc>
      </w:tr>
      <w:tr w:rsidR="00924978" w:rsidRPr="006D3E3C" w14:paraId="001AD0A5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18512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2. </w:t>
            </w:r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Обучение грамоте (фонетика, графика, чтение, письмо)</w:t>
            </w:r>
          </w:p>
        </w:tc>
      </w:tr>
      <w:tr w:rsidR="00924978" w14:paraId="740BCF32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C2F9E6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9A9A0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Буквы и звуки татарского алфавита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D226A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DF455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A320B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B0365" w14:textId="77777777" w:rsidR="00924978" w:rsidRPr="002149EF" w:rsidRDefault="00924978" w:rsidP="00484B82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DF749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«Скажи так, как я» (отрабатывается умение воспроизводить заданный учителем образец интонационного выделения звука в слове);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746AD5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359E0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924978" w14:paraId="3BF57F00" w14:textId="7777777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8B5CB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2CD5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Чтениесловпослогам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C5CF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D7722E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44319E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04B3E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3895A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подбор слов с заданным количеством слогов;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9170A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5B034" w14:textId="77777777" w:rsidR="00924978" w:rsidRDefault="00924978"/>
        </w:tc>
      </w:tr>
      <w:tr w:rsidR="00924978" w14:paraId="62F7BBF8" w14:textId="7777777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6011C" w14:textId="77777777" w:rsidR="00924978" w:rsidRDefault="00E8023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56E67" w14:textId="77777777" w:rsidR="00924978" w:rsidRPr="00E80237" w:rsidRDefault="00E80237">
            <w:pPr>
              <w:autoSpaceDE w:val="0"/>
              <w:autoSpaceDN w:val="0"/>
              <w:spacing w:before="74" w:after="0" w:line="245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Выработка связного и ритмичного написания букв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96072" w14:textId="77777777" w:rsidR="00924978" w:rsidRDefault="00E8023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5FF81" w14:textId="77777777" w:rsidR="00924978" w:rsidRDefault="00924978"/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7EF13" w14:textId="77777777" w:rsidR="00924978" w:rsidRDefault="00E8023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B855E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83C57" w14:textId="77777777" w:rsidR="00924978" w:rsidRPr="00E80237" w:rsidRDefault="00E80237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«Живые звуки»: моделирование звукового состава слова в игровых ситуациях;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FC39A" w14:textId="77777777" w:rsidR="00924978" w:rsidRDefault="00E80237">
            <w:pPr>
              <w:autoSpaceDE w:val="0"/>
              <w:autoSpaceDN w:val="0"/>
              <w:spacing w:before="74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FB74C" w14:textId="77777777" w:rsidR="00924978" w:rsidRDefault="00924978"/>
        </w:tc>
      </w:tr>
      <w:tr w:rsidR="00924978" w14:paraId="0408724C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F2FF5F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BB708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Слова, которые пишутся с заглавной буквы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E96760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FB3ED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67413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FC2BD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E8B39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контролировать правильность написания букв, сравнивать свои буквы с предложенным образцом;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FFD3F" w14:textId="77777777" w:rsidR="00924978" w:rsidRDefault="00E8023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23372D" w14:textId="77777777" w:rsidR="00924978" w:rsidRDefault="00924978"/>
        </w:tc>
      </w:tr>
      <w:tr w:rsidR="00924978" w14:paraId="21B1A843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1582E2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AF78F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81287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BB75F8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99C62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14E05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7AD760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написание букв, буквосочетаний, слогов, слов, предложений с соблюдением гигиенических норм;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57B9A" w14:textId="77777777" w:rsidR="00924978" w:rsidRDefault="00E8023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3BB34" w14:textId="77777777" w:rsidR="00924978" w:rsidRDefault="00924978"/>
        </w:tc>
      </w:tr>
      <w:tr w:rsidR="00924978" w14:paraId="09C4AA79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0DB2C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4EFBD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E0DCF" w14:textId="77777777" w:rsidR="00924978" w:rsidRDefault="00924978"/>
        </w:tc>
      </w:tr>
      <w:tr w:rsidR="00924978" w14:paraId="3E8F0FD4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CA97D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Развитиеречи</w:t>
            </w:r>
          </w:p>
        </w:tc>
      </w:tr>
      <w:tr w:rsidR="00924978" w14:paraId="2C99B0BA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F15AE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F69A3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на тему «Минем </w:t>
            </w:r>
            <w:proofErr w:type="spellStart"/>
            <w:proofErr w:type="gram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дустым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»(</w:t>
            </w:r>
            <w:proofErr w:type="gram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«Мой друг»)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14593F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0A739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BE750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5A4FA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6FE82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устного и письменного высказывания, проговаривание текста с соблюдением орфоэпических и интонационных норм татарского языка;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EAC74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8A8EEC" w14:textId="77777777" w:rsidR="00924978" w:rsidRDefault="00924978"/>
        </w:tc>
      </w:tr>
      <w:tr w:rsidR="00924978" w14:paraId="55F00981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DA3DE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43C63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прослушаннымтекстом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D796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763A6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69B1D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99022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B5811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на основе анализа иллюстраций и текста учебника;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E7DB5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97A93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924978" w14:paraId="7F29EAE2" w14:textId="7777777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98B3A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F2975" w14:textId="77777777" w:rsidR="00924978" w:rsidRPr="00E80237" w:rsidRDefault="00E8023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на тему «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Сыйныфташларбелəндөресаралашу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(«Правила общения с одноклассниками»)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62ADF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77DC9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15A84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A5344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94553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 по составлению небольших рассказов повествовательного характера (например, рассказ о случаях из летнего отдыха и т. д.);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55119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C52505" w14:textId="77777777" w:rsidR="00924978" w:rsidRDefault="00924978"/>
        </w:tc>
      </w:tr>
      <w:tr w:rsidR="00924978" w14:paraId="2718B92F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24D78B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6D914A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B9AA6" w14:textId="77777777" w:rsidR="00924978" w:rsidRDefault="00924978"/>
        </w:tc>
      </w:tr>
      <w:tr w:rsidR="00924978" w:rsidRPr="006D3E3C" w14:paraId="5BC1FFE6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5029B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Тирə</w:t>
            </w:r>
            <w:proofErr w:type="spellEnd"/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-як, </w:t>
            </w:r>
            <w:proofErr w:type="spellStart"/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көнкүреш</w:t>
            </w:r>
            <w:proofErr w:type="spellEnd"/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вокруг меня»)</w:t>
            </w:r>
          </w:p>
        </w:tc>
      </w:tr>
      <w:tr w:rsidR="00924978" w14:paraId="0930FDFC" w14:textId="7777777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303AE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Видыречевойдеятельности</w:t>
            </w:r>
            <w:proofErr w:type="spellEnd"/>
          </w:p>
        </w:tc>
      </w:tr>
    </w:tbl>
    <w:p w14:paraId="378C62DF" w14:textId="77777777" w:rsidR="00924978" w:rsidRDefault="00924978">
      <w:pPr>
        <w:autoSpaceDE w:val="0"/>
        <w:autoSpaceDN w:val="0"/>
        <w:spacing w:after="0" w:line="14" w:lineRule="exact"/>
      </w:pPr>
    </w:p>
    <w:p w14:paraId="1FB9D2F0" w14:textId="77777777" w:rsidR="00924978" w:rsidRDefault="00924978">
      <w:pPr>
        <w:sectPr w:rsidR="00924978" w:rsidSect="003861C1">
          <w:pgSz w:w="16840" w:h="11900"/>
          <w:pgMar w:top="282" w:right="640" w:bottom="50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6DE176E" w14:textId="77777777" w:rsidR="00924978" w:rsidRDefault="0092497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22"/>
        <w:gridCol w:w="528"/>
        <w:gridCol w:w="1104"/>
        <w:gridCol w:w="1142"/>
        <w:gridCol w:w="804"/>
        <w:gridCol w:w="6316"/>
        <w:gridCol w:w="1236"/>
        <w:gridCol w:w="1382"/>
      </w:tblGrid>
      <w:tr w:rsidR="00924978" w14:paraId="30CB3606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5B36D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31159F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на тему «Минем </w:t>
            </w:r>
            <w:r w:rsidRPr="00E80237">
              <w:rPr>
                <w:lang w:val="ru-RU"/>
              </w:rPr>
              <w:br/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уенчыкларым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(«Мои игрушки»)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73101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FDA33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22A12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8D5213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274DF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короткого рассказа о себе, своих любимых играх, игрушках;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A8446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15589" w14:textId="77777777" w:rsidR="00924978" w:rsidRDefault="00924978"/>
        </w:tc>
      </w:tr>
      <w:tr w:rsidR="00924978" w14:paraId="2607FDF0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44211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787BB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EC6A9" w14:textId="77777777" w:rsidR="00924978" w:rsidRPr="002149EF" w:rsidRDefault="00924978">
            <w:pPr>
              <w:rPr>
                <w:sz w:val="18"/>
                <w:szCs w:val="18"/>
              </w:rPr>
            </w:pPr>
          </w:p>
        </w:tc>
      </w:tr>
      <w:tr w:rsidR="00924978" w:rsidRPr="006D3E3C" w14:paraId="3E857FB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A5B10A" w14:textId="77777777" w:rsidR="00924978" w:rsidRPr="002149EF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 w:rsidRPr="002149EF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Раздел 5. </w:t>
            </w:r>
            <w:r w:rsidRPr="002149EF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Обучение грамоте (фонетика, графика, чтение, письмо)</w:t>
            </w:r>
          </w:p>
        </w:tc>
      </w:tr>
      <w:tr w:rsidR="00924978" w14:paraId="12F51C30" w14:textId="7777777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2247E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EBD67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Основные элементы соединения букв в слове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50B22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8F4C9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13B045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DF440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00308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слов/предложений в соответствии с заданным алгоритмом, контролирование этапов своей работы;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12432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66748" w14:textId="77777777" w:rsidR="00924978" w:rsidRDefault="00924978"/>
        </w:tc>
      </w:tr>
      <w:tr w:rsidR="00924978" w14:paraId="641A8F73" w14:textId="7777777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47078C" w14:textId="77777777" w:rsidR="00924978" w:rsidRDefault="00E8023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962D9" w14:textId="77777777" w:rsidR="00924978" w:rsidRPr="00E80237" w:rsidRDefault="00E80237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Слог. Запись слов по слогам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1E245" w14:textId="77777777" w:rsidR="00924978" w:rsidRDefault="00E8023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236D4" w14:textId="77777777" w:rsidR="00924978" w:rsidRDefault="00924978"/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DE1A9D" w14:textId="77777777" w:rsidR="00924978" w:rsidRDefault="00E8023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FCA55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1FBC9" w14:textId="77777777" w:rsidR="00924978" w:rsidRPr="00E80237" w:rsidRDefault="00E80237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проведение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слого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-звукового разбора слова;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55736" w14:textId="77777777" w:rsidR="00924978" w:rsidRDefault="00E80237">
            <w:pPr>
              <w:autoSpaceDE w:val="0"/>
              <w:autoSpaceDN w:val="0"/>
              <w:spacing w:before="74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FFA2EF" w14:textId="77777777" w:rsidR="00924978" w:rsidRDefault="00E80237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924978" w14:paraId="6F432372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E2CCE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9C89B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Запись слов и предложений по памяти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1C01F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428A0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740EB" w14:textId="77777777" w:rsidR="00924978" w:rsidRDefault="00924978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23317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ECA48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проведение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слого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-звукового разбора слова;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2E63A" w14:textId="77777777" w:rsidR="00924978" w:rsidRDefault="00E8023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71026" w14:textId="77777777" w:rsidR="00924978" w:rsidRDefault="00924978"/>
        </w:tc>
      </w:tr>
      <w:tr w:rsidR="00924978" w14:paraId="39EF2AFD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3BB9B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1186D" w14:textId="77777777" w:rsidR="00924978" w:rsidRPr="00E80237" w:rsidRDefault="00E8023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Запись предложений после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предварительного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слого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-звукового разбора каждого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2F5D3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1D6C9A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C3EB0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5DD19C" w14:textId="77777777" w:rsidR="00924978" w:rsidRPr="002149EF" w:rsidRDefault="00924978" w:rsidP="00484B82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F2830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проведение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слого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-звукового разбора слова;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57D1A" w14:textId="77777777" w:rsidR="00924978" w:rsidRDefault="00E8023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D02BF" w14:textId="77777777" w:rsidR="00924978" w:rsidRDefault="00924978"/>
        </w:tc>
      </w:tr>
      <w:tr w:rsidR="00924978" w14:paraId="249BBCCB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EEF9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C8FBC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Татарскийалфавит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311DD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11AB6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A804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7D432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4690B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учителя об истории татарского алфавита, о значении алфавита для систематизации информации, о важности знания последовательности букв в татарском алфавите;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E8D9C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B5F81" w14:textId="77777777" w:rsidR="00924978" w:rsidRDefault="00924978"/>
        </w:tc>
      </w:tr>
      <w:tr w:rsidR="00924978" w14:paraId="550FE920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684ED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462F05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Правильноечтениерукописныхпредложений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6B21F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C5143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656DF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F99A1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58FA0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самостоятельная работа: определение количества слов в предложении;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3DAAB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8C164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Яндекс.Учебник</w:t>
            </w:r>
            <w:proofErr w:type="spellEnd"/>
          </w:p>
        </w:tc>
      </w:tr>
      <w:tr w:rsidR="00924978" w14:paraId="07DF6683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F5B9F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1ACB49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59845" w14:textId="77777777" w:rsidR="00924978" w:rsidRPr="002149EF" w:rsidRDefault="00924978">
            <w:pPr>
              <w:rPr>
                <w:sz w:val="18"/>
                <w:szCs w:val="18"/>
              </w:rPr>
            </w:pPr>
          </w:p>
        </w:tc>
      </w:tr>
      <w:tr w:rsidR="00924978" w14:paraId="78FBF687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C6218" w14:textId="77777777" w:rsidR="00924978" w:rsidRPr="002149EF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2149EF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</w:t>
            </w:r>
            <w:proofErr w:type="spellEnd"/>
            <w:r w:rsidRPr="002149EF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6.</w:t>
            </w:r>
            <w:r w:rsidRPr="002149EF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Развитиеречи</w:t>
            </w:r>
          </w:p>
        </w:tc>
      </w:tr>
      <w:tr w:rsidR="00924978" w14:paraId="38461280" w14:textId="7777777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D81A4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3604B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Описывание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Шүрəле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(Шурале), Су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анасы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(Водяная)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2216DA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3A1E7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F70CA9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D7F0B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FA60F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«Кто такие Шурале и Су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анасы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257DB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12E32" w14:textId="77777777" w:rsidR="00924978" w:rsidRDefault="00924978"/>
        </w:tc>
      </w:tr>
      <w:tr w:rsidR="00924978" w14:paraId="735A8589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08646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C1A1A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215DD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7D7E87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BC036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98FD1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CF013E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устного текста-описания с соблюдением орфоэпических и интонационных норм татарского языка;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F89D4" w14:textId="77777777" w:rsidR="00924978" w:rsidRDefault="00E8023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76FD7" w14:textId="77777777" w:rsidR="00924978" w:rsidRDefault="00924978"/>
        </w:tc>
      </w:tr>
      <w:tr w:rsidR="00924978" w14:paraId="2F9CD170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D17A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E2724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по слогам слов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04042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DF5F3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13A2E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1B473" w14:textId="77777777" w:rsidR="00924978" w:rsidRPr="002149EF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49364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целыми словами со скоростью, соответствующей индивидуальному темпу обучающегося;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74795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1FA52" w14:textId="77777777" w:rsidR="00924978" w:rsidRDefault="00924978"/>
        </w:tc>
      </w:tr>
      <w:tr w:rsidR="00924978" w14:paraId="60AEC53E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B91A1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E879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4B9F5" w14:textId="77777777" w:rsidR="00924978" w:rsidRDefault="00924978"/>
        </w:tc>
      </w:tr>
      <w:tr w:rsidR="00924978" w14:paraId="29130C58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D1C22D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Туганҗирем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» («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МояРодина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»)</w:t>
            </w:r>
          </w:p>
        </w:tc>
      </w:tr>
      <w:tr w:rsidR="00924978" w:rsidRPr="006D3E3C" w14:paraId="12970118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D5732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7. </w:t>
            </w:r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Систематический курс (фонетика и орфоэпия, графика, орфография)</w:t>
            </w:r>
          </w:p>
        </w:tc>
      </w:tr>
      <w:tr w:rsidR="00924978" w14:paraId="0E84468E" w14:textId="7777777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1A6B9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35D91B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Речь. Устная речь и письменная речь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D6A8BD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442E2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6CB5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3B062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26908" w14:textId="77777777" w:rsidR="00924978" w:rsidRPr="00484B82" w:rsidRDefault="00E8023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текстом: прослушать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аудиотекст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извлечь информацию о значении заданных слов, отвечая на вопросы учителя; прочитать текст, подчеркнуть слова, которые описывают главного героя рассказа; определить место в предложении слова, отвечающего на </w:t>
            </w:r>
            <w:proofErr w:type="spellStart"/>
            <w:proofErr w:type="gram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вопрос«</w:t>
            </w:r>
            <w:proofErr w:type="gram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нишли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?» </w:t>
            </w:r>
            <w:r w:rsidRPr="00484B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(«</w:t>
            </w:r>
            <w:proofErr w:type="spellStart"/>
            <w:r w:rsidRPr="00484B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чтоделает</w:t>
            </w:r>
            <w:proofErr w:type="spellEnd"/>
            <w:r w:rsidRPr="00484B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?»);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4320B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0BD8B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924978" w14:paraId="77F3DDBB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936CE3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4F5E3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Интонация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9F2DD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86C342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D6C94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B4D0B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792B0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владение техникой чтения, приемами понимания прочитанного и прослушанного;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32ECC" w14:textId="77777777" w:rsidR="00924978" w:rsidRDefault="00E8023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71F2D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924978" w14:paraId="0E956784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E4DB6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825D8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0AA6F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F72B6F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4A0343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6BF52E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A9EFBB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запись предложения, составленного из набора слов, с правильным оформлением начала и конца предложения, с соблюдением пробелов между словами;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EA2E3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BC305" w14:textId="77777777" w:rsidR="00924978" w:rsidRDefault="00924978"/>
        </w:tc>
      </w:tr>
      <w:tr w:rsidR="00924978" w14:paraId="7F258CFD" w14:textId="77777777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0FE7C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F921E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57626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23CD7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4BDF3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57F5CF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DDA92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слов/предложений в соответствии с заданным алгоритмом, контролирование этапов своей работы;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36DAC0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2A4B5" w14:textId="77777777" w:rsidR="00924978" w:rsidRDefault="00924978"/>
        </w:tc>
      </w:tr>
    </w:tbl>
    <w:p w14:paraId="5E9ED2EC" w14:textId="77777777" w:rsidR="00924978" w:rsidRDefault="00924978">
      <w:pPr>
        <w:autoSpaceDE w:val="0"/>
        <w:autoSpaceDN w:val="0"/>
        <w:spacing w:after="0" w:line="14" w:lineRule="exact"/>
      </w:pPr>
    </w:p>
    <w:p w14:paraId="0E0EA23F" w14:textId="77777777" w:rsidR="00924978" w:rsidRDefault="00924978">
      <w:pPr>
        <w:sectPr w:rsidR="00924978" w:rsidSect="003861C1">
          <w:pgSz w:w="16840" w:h="11900"/>
          <w:pgMar w:top="284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272FDB0" w14:textId="77777777" w:rsidR="00924978" w:rsidRDefault="0092497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22"/>
        <w:gridCol w:w="528"/>
        <w:gridCol w:w="1104"/>
        <w:gridCol w:w="1142"/>
        <w:gridCol w:w="804"/>
        <w:gridCol w:w="6316"/>
        <w:gridCol w:w="1236"/>
        <w:gridCol w:w="1382"/>
      </w:tblGrid>
      <w:tr w:rsidR="00924978" w14:paraId="17764ABE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B289E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233E1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Перенос слов из строки в строку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1D099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5D14E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B631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56DAE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D7D82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перенос слов с буквами ъ и ь по слогам;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4C123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23E8C" w14:textId="77777777" w:rsidR="00924978" w:rsidRDefault="00924978"/>
        </w:tc>
      </w:tr>
      <w:tr w:rsidR="00924978" w14:paraId="741BC2FC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E123F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ECFB6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Ударныйслог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31DE9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F2E3D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DB5A5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CE72D3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17FA78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«Помогает ли ударение различать слова?»;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0A422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5A4AF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Яндекс.Учебник</w:t>
            </w:r>
            <w:proofErr w:type="spellEnd"/>
          </w:p>
        </w:tc>
      </w:tr>
      <w:tr w:rsidR="00924978" w14:paraId="7292E098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142F96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27903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Текущаядиагностика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95B0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60DD0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C981C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4692D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3C43C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списывание слов, предложений объемом не более 8 слов;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FBDFF4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B694A" w14:textId="77777777" w:rsidR="00924978" w:rsidRDefault="00924978"/>
        </w:tc>
      </w:tr>
      <w:tr w:rsidR="00924978" w14:paraId="6CFB7610" w14:textId="7777777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F2793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DEBB9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слов с гласными о и ө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8F052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86B01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DF0E3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F010B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7CEE5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правильное написание слов с гласными о и ө;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492779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BFF3B" w14:textId="77777777" w:rsidR="00924978" w:rsidRDefault="00924978"/>
        </w:tc>
      </w:tr>
      <w:tr w:rsidR="00924978" w14:paraId="4DACBB35" w14:textId="7777777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D38C8" w14:textId="77777777" w:rsidR="00924978" w:rsidRDefault="00E8023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7.9.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7F298" w14:textId="77777777" w:rsidR="00924978" w:rsidRPr="00E80237" w:rsidRDefault="00E80237">
            <w:pPr>
              <w:autoSpaceDE w:val="0"/>
              <w:autoSpaceDN w:val="0"/>
              <w:spacing w:before="74" w:after="0" w:line="245" w:lineRule="auto"/>
              <w:ind w:left="72" w:right="43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специфичных согласных звуков [ғ], [қ]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2BC49" w14:textId="77777777" w:rsidR="00924978" w:rsidRDefault="00E8023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E1B28" w14:textId="77777777" w:rsidR="00924978" w:rsidRDefault="00924978"/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490D0" w14:textId="77777777" w:rsidR="00924978" w:rsidRDefault="00E8023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4801C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39873" w14:textId="77777777" w:rsidR="00924978" w:rsidRPr="00E80237" w:rsidRDefault="00E80237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выписывание из текста слов с согласными звуками [ғ], [қ];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4C4B5F" w14:textId="77777777" w:rsidR="00924978" w:rsidRDefault="00E80237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43BF3" w14:textId="77777777" w:rsidR="00924978" w:rsidRDefault="00924978"/>
        </w:tc>
      </w:tr>
      <w:tr w:rsidR="00924978" w14:paraId="35F2EF21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6C9AD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7.10.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3E17E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Контрольноесписывание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E6B21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5087FD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DB4D2" w14:textId="77777777" w:rsidR="00924978" w:rsidRDefault="00924978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8EDA2B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48375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списывание слов, предложений объемом не более 8 слов;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3DF32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643C7" w14:textId="77777777" w:rsidR="00924978" w:rsidRDefault="00924978"/>
        </w:tc>
      </w:tr>
      <w:tr w:rsidR="00924978" w:rsidRPr="006D3E3C" w14:paraId="70EB0524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C838E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DFABC4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Тематическаядиагностика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CD351F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BEBEF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70B77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1F8D54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7D92B9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выполнениетестовыхзаданий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72C0CA" w14:textId="77777777" w:rsidR="00924978" w:rsidRPr="00E80237" w:rsidRDefault="00E8023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80237">
              <w:rPr>
                <w:lang w:val="ru-RU"/>
              </w:rPr>
              <w:br/>
            </w:r>
            <w:proofErr w:type="spellStart"/>
            <w:proofErr w:type="gram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</w:t>
            </w:r>
            <w:proofErr w:type="gram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AC957" w14:textId="77777777" w:rsidR="00924978" w:rsidRPr="00E80237" w:rsidRDefault="00924978">
            <w:pPr>
              <w:rPr>
                <w:lang w:val="ru-RU"/>
              </w:rPr>
            </w:pPr>
          </w:p>
        </w:tc>
      </w:tr>
      <w:tr w:rsidR="00924978" w14:paraId="2A634965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11DB5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4D6453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E8724" w14:textId="77777777" w:rsidR="00924978" w:rsidRDefault="00924978"/>
        </w:tc>
      </w:tr>
      <w:tr w:rsidR="00924978" w14:paraId="24C43027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36EF3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8.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Видыречевойдеятельности</w:t>
            </w:r>
            <w:proofErr w:type="spellEnd"/>
          </w:p>
        </w:tc>
      </w:tr>
      <w:tr w:rsidR="00924978" w14:paraId="19A9DF93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813C6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B50F9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текстом о символах олимпиад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7E233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9EF1D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70860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9005F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030E1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текстом: прослушать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аудиотекст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ответить на вопросы учителя; прочитать текст, выполнить задания;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FF59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D7121" w14:textId="77777777" w:rsidR="00924978" w:rsidRDefault="00924978"/>
        </w:tc>
      </w:tr>
      <w:tr w:rsidR="00924978" w14:paraId="234756FD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2C30D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1897D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449FD" w14:textId="77777777" w:rsidR="00924978" w:rsidRDefault="00924978"/>
        </w:tc>
      </w:tr>
      <w:tr w:rsidR="00924978" w:rsidRPr="006D3E3C" w14:paraId="090502DA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0E6DB" w14:textId="77777777" w:rsidR="00924978" w:rsidRPr="00E80237" w:rsidRDefault="00E80237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«Татар </w:t>
            </w:r>
            <w:proofErr w:type="spellStart"/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дөньясы</w:t>
            </w:r>
            <w:proofErr w:type="spellEnd"/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татарского народа»)</w:t>
            </w:r>
          </w:p>
        </w:tc>
      </w:tr>
      <w:tr w:rsidR="00924978" w:rsidRPr="006D3E3C" w14:paraId="7F2BE28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4B2DE1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9. </w:t>
            </w:r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Систематический курс (фонетика и орфоэпия, морфология, орфография, </w:t>
            </w:r>
            <w:proofErr w:type="spellStart"/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морфемика</w:t>
            </w:r>
            <w:proofErr w:type="spellEnd"/>
            <w:r w:rsidRPr="00E802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24978" w14:paraId="2C4FAD9B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F134D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44B8F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Гласныезвукитатарскогоязыка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C39DF1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EFD17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053B1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E77C59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9A545F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устныеответынавопросы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A3AC09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BA1EB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924978" w14:paraId="5AB663C9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3E941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9.2.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82335" w14:textId="77777777" w:rsidR="00924978" w:rsidRPr="00E80237" w:rsidRDefault="00E8023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Специфичные звуки татарского языка [ə], [ө], [ү], [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</w:t>
            </w: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], [ғ], [қ], [җ], [ң], [һ]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CB4B65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842CE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78C89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74A59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C055B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распознавание твердых и мягких гласных звуков, чтение специфичных гласных звуков татарского языка [ə], [ө], [ү];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669C5" w14:textId="77777777" w:rsidR="00924978" w:rsidRDefault="00E8023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4921E" w14:textId="77777777" w:rsidR="00924978" w:rsidRDefault="00924978"/>
        </w:tc>
      </w:tr>
      <w:tr w:rsidR="00924978" w14:paraId="11320F72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EFC86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9.3.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A66BE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Звуковое значение букв е, ё, ю, 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43422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0BD2A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C5D2AB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FBEDD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A0ED5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функции букв е, ё, ю, 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7E674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0F19F" w14:textId="77777777" w:rsidR="00924978" w:rsidRDefault="00924978"/>
        </w:tc>
      </w:tr>
      <w:tr w:rsidR="00924978" w14:paraId="7119BEE7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7421C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9.4.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000C5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букв ъ и ь в татарских словах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A3BD2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87E3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AC37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99F4F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18AA7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правильное письмо и чтение слов с буквами ъ и ь;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10EE0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45190" w14:textId="77777777" w:rsidR="00924978" w:rsidRDefault="00924978"/>
        </w:tc>
      </w:tr>
      <w:tr w:rsidR="00924978" w14:paraId="292B0551" w14:textId="7777777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D899A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9.5.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5478CB" w14:textId="77777777" w:rsidR="00924978" w:rsidRDefault="00E80237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Слова, отвечающие на </w:t>
            </w:r>
            <w:proofErr w:type="spellStart"/>
            <w:proofErr w:type="gramStart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вопросы«</w:t>
            </w:r>
            <w:proofErr w:type="gram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кем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?»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?») и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нəрсə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ABECA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62A52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24496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DFC31" w14:textId="77777777" w:rsidR="00924978" w:rsidRPr="00B34AB5" w:rsidRDefault="00924978" w:rsidP="00484B82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0CB81" w14:textId="77777777" w:rsidR="00924978" w:rsidRPr="00484B82" w:rsidRDefault="00E8023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1-2 слов, отвечающих на вопросы «кем?» </w:t>
            </w:r>
            <w:r w:rsidRPr="00484B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(«кто?») и «</w:t>
            </w:r>
            <w:proofErr w:type="spellStart"/>
            <w:r w:rsidRPr="00484B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нəрсə</w:t>
            </w:r>
            <w:proofErr w:type="spellEnd"/>
            <w:r w:rsidRPr="00484B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?» («что?»);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BD653" w14:textId="77777777" w:rsidR="00924978" w:rsidRDefault="00E80237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A0C6A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</w:p>
        </w:tc>
      </w:tr>
      <w:tr w:rsidR="00924978" w14:paraId="1C76DFDC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77C0DA" w14:textId="77777777" w:rsidR="00924978" w:rsidRDefault="00E8023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9.6.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E4F85" w14:textId="77777777" w:rsidR="00924978" w:rsidRDefault="00E80237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Контрольныйдиктант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DA9E9" w14:textId="77777777" w:rsidR="00924978" w:rsidRDefault="00E8023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C2E95" w14:textId="77777777" w:rsidR="00924978" w:rsidRDefault="00E8023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3C2EC" w14:textId="77777777" w:rsidR="00924978" w:rsidRDefault="00924978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9CBCD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C38D0" w14:textId="77777777" w:rsidR="00924978" w:rsidRDefault="00E80237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выполнениеграмматическогозадания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7C4607" w14:textId="77777777" w:rsidR="00924978" w:rsidRDefault="00E80237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73271" w14:textId="77777777" w:rsidR="00924978" w:rsidRDefault="00924978"/>
        </w:tc>
      </w:tr>
      <w:tr w:rsidR="00924978" w14:paraId="08CF49B4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6C75A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9.7.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A85A9" w14:textId="77777777" w:rsidR="00924978" w:rsidRPr="00E80237" w:rsidRDefault="00E80237">
            <w:pPr>
              <w:autoSpaceDE w:val="0"/>
              <w:autoSpaceDN w:val="0"/>
              <w:spacing w:before="76" w:after="0" w:line="245" w:lineRule="auto"/>
              <w:ind w:right="432"/>
              <w:jc w:val="center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Особенности присоединения аффиксов в татарском языке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6868C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4A71D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5BDFEC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A3926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5F4D88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присоединение к слову твердых или мягких вариантов аффиксов;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E355F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C2449F" w14:textId="77777777" w:rsidR="00924978" w:rsidRDefault="00924978"/>
        </w:tc>
      </w:tr>
      <w:tr w:rsidR="00924978" w14:paraId="0A6C7AEA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B2BE0" w14:textId="77777777" w:rsidR="00924978" w:rsidRDefault="00E8023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9.8.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EEDAB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Итоговаядиагностика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082EE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BB94B6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45096D" w14:textId="77777777" w:rsidR="00924978" w:rsidRDefault="00924978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73F17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C1A72" w14:textId="77777777" w:rsidR="00924978" w:rsidRPr="00E80237" w:rsidRDefault="00E802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выполнение тестовых заданий для проверки знаний и умений;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F26A9" w14:textId="77777777" w:rsidR="00924978" w:rsidRDefault="00E8023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AF16C" w14:textId="77777777" w:rsidR="00924978" w:rsidRDefault="00924978"/>
        </w:tc>
      </w:tr>
      <w:tr w:rsidR="00924978" w14:paraId="047FD1C2" w14:textId="77777777">
        <w:trPr>
          <w:trHeight w:hRule="exact" w:val="32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B42774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A776D" w14:textId="77777777" w:rsidR="00924978" w:rsidRDefault="00E802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47096" w14:textId="77777777" w:rsidR="00924978" w:rsidRDefault="00924978"/>
        </w:tc>
      </w:tr>
    </w:tbl>
    <w:p w14:paraId="369EB9D9" w14:textId="77777777" w:rsidR="00924978" w:rsidRDefault="00924978">
      <w:pPr>
        <w:autoSpaceDE w:val="0"/>
        <w:autoSpaceDN w:val="0"/>
        <w:spacing w:after="0" w:line="14" w:lineRule="exact"/>
      </w:pPr>
    </w:p>
    <w:p w14:paraId="024C806B" w14:textId="77777777" w:rsidR="00924978" w:rsidRDefault="00924978">
      <w:pPr>
        <w:sectPr w:rsidR="00924978" w:rsidSect="003861C1">
          <w:pgSz w:w="16840" w:h="11900"/>
          <w:pgMar w:top="284" w:right="640" w:bottom="38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BE74064" w14:textId="77777777" w:rsidR="00924978" w:rsidRDefault="0092497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22"/>
        <w:gridCol w:w="528"/>
        <w:gridCol w:w="1104"/>
        <w:gridCol w:w="1142"/>
        <w:gridCol w:w="804"/>
        <w:gridCol w:w="6316"/>
        <w:gridCol w:w="1236"/>
        <w:gridCol w:w="1382"/>
      </w:tblGrid>
      <w:tr w:rsidR="00924978" w14:paraId="2C3210DA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9E2D07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10.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Развитиеречи</w:t>
            </w:r>
            <w:proofErr w:type="spellEnd"/>
          </w:p>
        </w:tc>
      </w:tr>
      <w:tr w:rsidR="00924978" w14:paraId="0F91DB07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D5497" w14:textId="77777777" w:rsidR="00924978" w:rsidRDefault="00E8023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2D838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DB6BF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889D0" w14:textId="77777777" w:rsidR="00924978" w:rsidRDefault="0092497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3BD4E4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310FB" w14:textId="77777777" w:rsidR="00924978" w:rsidRPr="00B34AB5" w:rsidRDefault="00924978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F6B6F" w14:textId="77777777" w:rsidR="00924978" w:rsidRPr="00E80237" w:rsidRDefault="00E802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выполнение тестовых заданий и ответы на вопросы по тексту;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198413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CA565" w14:textId="77777777" w:rsidR="00924978" w:rsidRDefault="00924978"/>
        </w:tc>
      </w:tr>
      <w:tr w:rsidR="00924978" w14:paraId="5CD92696" w14:textId="77777777">
        <w:trPr>
          <w:trHeight w:hRule="exact" w:val="348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C4C05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D49A9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FBD2D" w14:textId="77777777" w:rsidR="00924978" w:rsidRDefault="00924978"/>
        </w:tc>
      </w:tr>
      <w:tr w:rsidR="00924978" w14:paraId="772DC6A7" w14:textId="77777777">
        <w:trPr>
          <w:trHeight w:hRule="exact" w:val="520"/>
        </w:trPr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A2E06" w14:textId="77777777" w:rsidR="00924978" w:rsidRPr="00E80237" w:rsidRDefault="00E8023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45460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5C98E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22EE4" w14:textId="77777777" w:rsidR="00924978" w:rsidRDefault="00E8023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62</w:t>
            </w:r>
          </w:p>
        </w:tc>
      </w:tr>
    </w:tbl>
    <w:p w14:paraId="322AEF1A" w14:textId="77777777" w:rsidR="00924978" w:rsidRDefault="00924978">
      <w:pPr>
        <w:autoSpaceDE w:val="0"/>
        <w:autoSpaceDN w:val="0"/>
        <w:spacing w:after="0" w:line="14" w:lineRule="exact"/>
      </w:pPr>
    </w:p>
    <w:p w14:paraId="34238ACB" w14:textId="77777777" w:rsidR="00924978" w:rsidRDefault="00924978">
      <w:pPr>
        <w:sectPr w:rsidR="00924978" w:rsidSect="003861C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2905920" w14:textId="77777777" w:rsidR="00924978" w:rsidRDefault="00924978">
      <w:pPr>
        <w:autoSpaceDE w:val="0"/>
        <w:autoSpaceDN w:val="0"/>
        <w:spacing w:after="78" w:line="220" w:lineRule="exact"/>
      </w:pPr>
    </w:p>
    <w:p w14:paraId="06B7F021" w14:textId="77777777" w:rsidR="00924978" w:rsidRDefault="00E8023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924978" w14:paraId="69F1786C" w14:textId="7777777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83CABF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05FA66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63DBF1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991EE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02829" w14:textId="77777777" w:rsidR="00924978" w:rsidRDefault="00E80237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924978" w14:paraId="0C479E19" w14:textId="7777777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A4AB" w14:textId="77777777" w:rsidR="00924978" w:rsidRDefault="00924978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0AB215E" w14:textId="77777777" w:rsidR="00924978" w:rsidRDefault="00924978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BE6B3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E0272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0A9B3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41E5" w14:textId="77777777" w:rsidR="00924978" w:rsidRDefault="00924978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D06D" w14:textId="77777777" w:rsidR="00924978" w:rsidRDefault="00924978"/>
        </w:tc>
      </w:tr>
      <w:tr w:rsidR="00924978" w:rsidRPr="00A35B17" w14:paraId="7BBDD64E" w14:textId="77777777" w:rsidTr="00A35B17">
        <w:trPr>
          <w:trHeight w:hRule="exact" w:val="17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8D6E9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6A97A77" w14:textId="77777777" w:rsidR="00924978" w:rsidRPr="00A35B17" w:rsidRDefault="00A35B17" w:rsidP="00A35B17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Исəнме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мəктəп</w:t>
            </w:r>
            <w:proofErr w:type="spellEnd"/>
            <w:proofErr w:type="gram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!»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темасынаәңгәмә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Беседа на тему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(«Здравствуй, школа!»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C0E8E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749EF" w14:textId="77777777" w:rsidR="00924978" w:rsidRPr="00A35B17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C227A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37530" w14:textId="77777777" w:rsidR="00924978" w:rsidRPr="007136B9" w:rsidRDefault="00E938B4">
            <w:pPr>
              <w:rPr>
                <w:lang w:val="tt-RU"/>
              </w:rPr>
            </w:pPr>
            <w:r>
              <w:rPr>
                <w:lang w:val="tt-RU"/>
              </w:rPr>
              <w:t>06.09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3AE99" w14:textId="77777777" w:rsidR="00924978" w:rsidRPr="00A35B17" w:rsidRDefault="00E8023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924978" w:rsidRPr="00A35B17" w14:paraId="0F7C92C1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36D6A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61957BF" w14:textId="77777777" w:rsidR="00924978" w:rsidRPr="00A35B17" w:rsidRDefault="00A35B1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Укукагыйдәләре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гигиены чтения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804DD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F8142" w14:textId="77777777" w:rsidR="00924978" w:rsidRPr="00A35B17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E74D3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4B72A" w14:textId="77777777" w:rsidR="00924978" w:rsidRPr="007136B9" w:rsidRDefault="00E938B4">
            <w:pPr>
              <w:rPr>
                <w:lang w:val="tt-RU"/>
              </w:rPr>
            </w:pPr>
            <w:r>
              <w:rPr>
                <w:lang w:val="tt-RU"/>
              </w:rPr>
              <w:t>07.09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3B17C" w14:textId="77777777" w:rsidR="00924978" w:rsidRPr="00A35B17" w:rsidRDefault="00E80237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924978" w14:paraId="67FD111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6AC23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5D69322" w14:textId="77777777" w:rsidR="00924978" w:rsidRPr="00A35B17" w:rsidRDefault="00A35B1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Язукагыйдәләре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гигиены письма.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73FB8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42A71" w14:textId="77777777" w:rsidR="00924978" w:rsidRPr="00A35B17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CD1E85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8BCB2" w14:textId="77777777" w:rsidR="00924978" w:rsidRPr="007136B9" w:rsidRDefault="00E938B4">
            <w:pPr>
              <w:rPr>
                <w:lang w:val="tt-RU"/>
              </w:rPr>
            </w:pPr>
            <w:r>
              <w:rPr>
                <w:lang w:val="tt-RU"/>
              </w:rPr>
              <w:t>13.09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AD1C" w14:textId="77777777" w:rsidR="00924978" w:rsidRDefault="00E80237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A35B17" w14:paraId="6FE1A0EE" w14:textId="77777777" w:rsidTr="00A35B17">
        <w:trPr>
          <w:trHeight w:hRule="exact" w:val="131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4A9CA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672AACF" w14:textId="77777777" w:rsidR="00924978" w:rsidRPr="00E80237" w:rsidRDefault="00A35B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Татаралфавитындагыавазларһәмхәрефләр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и звуки татарского алфавита: Ə, ə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FADED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0380F" w14:textId="77777777" w:rsidR="00924978" w:rsidRPr="00A35B17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384EB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F13BF" w14:textId="77777777" w:rsidR="00924978" w:rsidRPr="007136B9" w:rsidRDefault="00E938B4">
            <w:pPr>
              <w:rPr>
                <w:lang w:val="tt-RU"/>
              </w:rPr>
            </w:pPr>
            <w:r>
              <w:rPr>
                <w:lang w:val="tt-RU"/>
              </w:rPr>
              <w:t>14.09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56146" w14:textId="77777777" w:rsidR="00924978" w:rsidRPr="00A35B17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14:paraId="24AA5E8C" w14:textId="77777777" w:rsidTr="00A35B17">
        <w:trPr>
          <w:trHeight w:hRule="exact" w:val="140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7B6E2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D5FCFA5" w14:textId="77777777" w:rsidR="00924978" w:rsidRPr="00E80237" w:rsidRDefault="00A35B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алфавитындагыавазларһәмхәрефләр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и звуки татарского алфавита: Ө, ө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DDB16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AB56F" w14:textId="77777777" w:rsidR="00924978" w:rsidRPr="00A35B17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CF2004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C183E" w14:textId="77777777" w:rsidR="00924978" w:rsidRPr="007136B9" w:rsidRDefault="00487A88">
            <w:pPr>
              <w:rPr>
                <w:lang w:val="tt-RU"/>
              </w:rPr>
            </w:pPr>
            <w:r>
              <w:rPr>
                <w:lang w:val="tt-RU"/>
              </w:rPr>
              <w:t>20.09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AAD62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38F8A835" w14:textId="77777777" w:rsidTr="00A35B17">
        <w:trPr>
          <w:trHeight w:hRule="exact" w:val="127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9E173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B4AC249" w14:textId="77777777" w:rsidR="00924978" w:rsidRPr="00E80237" w:rsidRDefault="00A35B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Татаралфавитындагыавазларһәмхәрефләр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и звуки татарского алфавита: Ү, ү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C2543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FE64C3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C7C8F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34D1E" w14:textId="77777777" w:rsidR="00924978" w:rsidRPr="007136B9" w:rsidRDefault="00487A88">
            <w:pPr>
              <w:rPr>
                <w:lang w:val="tt-RU"/>
              </w:rPr>
            </w:pPr>
            <w:r>
              <w:rPr>
                <w:lang w:val="tt-RU"/>
              </w:rPr>
              <w:t>21.09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26990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1E0F7525" w14:textId="77777777" w:rsidTr="00A35B17">
        <w:trPr>
          <w:trHeight w:hRule="exact" w:val="141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9CC80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E071CC6" w14:textId="77777777" w:rsidR="00924978" w:rsidRPr="00E80237" w:rsidRDefault="00A35B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Татаралфавитындагыавазларһәмхәрефләр</w:t>
            </w:r>
            <w:proofErr w:type="spellEnd"/>
            <w:r w:rsidRPr="00484B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и звуки татарского алфавита: Җ, җ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79C56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5893B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4E44D3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30275" w14:textId="77777777" w:rsidR="00924978" w:rsidRPr="007136B9" w:rsidRDefault="007B0178">
            <w:pPr>
              <w:rPr>
                <w:lang w:val="tt-RU"/>
              </w:rPr>
            </w:pPr>
            <w:r>
              <w:rPr>
                <w:lang w:val="tt-RU"/>
              </w:rPr>
              <w:t>27.09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7217FF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4C933FA4" w14:textId="77777777" w:rsidTr="00A35B17">
        <w:trPr>
          <w:trHeight w:hRule="exact" w:val="12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DC84F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5CA5D8E" w14:textId="77777777" w:rsidR="00924978" w:rsidRPr="00E80237" w:rsidRDefault="00A35B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Татаралфавитындагыавазларһәмхәрефләр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и звуки татарского алфавита: ң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40F23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5A9F9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6A3D5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C7C4D9" w14:textId="77777777" w:rsidR="00924978" w:rsidRPr="007136B9" w:rsidRDefault="00D344CD" w:rsidP="00DF215A">
            <w:pPr>
              <w:rPr>
                <w:lang w:val="tt-RU"/>
              </w:rPr>
            </w:pPr>
            <w:r>
              <w:rPr>
                <w:lang w:val="tt-RU"/>
              </w:rPr>
              <w:t>28.09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78197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6DB7567C" w14:textId="77777777" w:rsidTr="00A35B17">
        <w:trPr>
          <w:trHeight w:hRule="exact" w:val="14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D62D9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EC60ABA" w14:textId="77777777" w:rsidR="00924978" w:rsidRPr="00E80237" w:rsidRDefault="00A35B1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Татаралфавитындагыавазларһәмхәрефләр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и звуки татарского алфавита: Һ, 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9670FC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797793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CF7F9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206C9" w14:textId="77777777" w:rsidR="00924978" w:rsidRPr="007136B9" w:rsidRDefault="00D344CD" w:rsidP="00DF215A">
            <w:pPr>
              <w:rPr>
                <w:lang w:val="tt-RU"/>
              </w:rPr>
            </w:pPr>
            <w:r>
              <w:rPr>
                <w:lang w:val="tt-RU"/>
              </w:rPr>
              <w:t>04.10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B4CA0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A35B17" w14:paraId="2587E3D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DD460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F492E22" w14:textId="77777777" w:rsidR="00924978" w:rsidRPr="00A35B17" w:rsidRDefault="00A35B1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Иҗекләп уку. </w:t>
            </w:r>
            <w:r w:rsidR="00E80237"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слов по слогам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B9E3A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71E2AD" w14:textId="77777777" w:rsidR="00924978" w:rsidRPr="00A35B17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1C4E3" w14:textId="77777777" w:rsidR="00924978" w:rsidRPr="00A35B17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B2198" w14:textId="77777777" w:rsidR="00924978" w:rsidRPr="007136B9" w:rsidRDefault="00D344CD" w:rsidP="00DF215A">
            <w:pPr>
              <w:rPr>
                <w:lang w:val="tt-RU"/>
              </w:rPr>
            </w:pPr>
            <w:r>
              <w:rPr>
                <w:lang w:val="tt-RU"/>
              </w:rPr>
              <w:t>05.10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471A0" w14:textId="77777777" w:rsidR="00924978" w:rsidRPr="00A35B17" w:rsidRDefault="00E8023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924978" w14:paraId="6EC52379" w14:textId="77777777" w:rsidTr="002C5C14">
        <w:trPr>
          <w:trHeight w:hRule="exact" w:val="15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B877D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BC9B9F3" w14:textId="77777777" w:rsidR="00924978" w:rsidRPr="00E80237" w:rsidRDefault="00A35B17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Язукунекмәләренбулдыру</w:t>
            </w:r>
            <w:r w:rsid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өстендәэш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Выработка связного и </w:t>
            </w:r>
            <w:r w:rsidR="00E80237" w:rsidRPr="00E80237">
              <w:rPr>
                <w:lang w:val="ru-RU"/>
              </w:rPr>
              <w:br/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ритмичного написания букв</w:t>
            </w:r>
            <w:r w:rsid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EF7C8F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A7FA0" w14:textId="77777777" w:rsidR="00924978" w:rsidRPr="00A35B17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ED266" w14:textId="77777777" w:rsidR="00924978" w:rsidRPr="00A35B17" w:rsidRDefault="00E8023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A7284" w14:textId="77777777" w:rsidR="00924978" w:rsidRPr="007136B9" w:rsidRDefault="00D96275" w:rsidP="00DF215A">
            <w:pPr>
              <w:rPr>
                <w:lang w:val="tt-RU"/>
              </w:rPr>
            </w:pPr>
            <w:r>
              <w:rPr>
                <w:lang w:val="tt-RU"/>
              </w:rPr>
              <w:t>11.10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7F52A" w14:textId="77777777" w:rsidR="00924978" w:rsidRDefault="00E80237">
            <w:pPr>
              <w:autoSpaceDE w:val="0"/>
              <w:autoSpaceDN w:val="0"/>
              <w:spacing w:before="100" w:after="0" w:line="262" w:lineRule="auto"/>
              <w:ind w:left="72"/>
            </w:pPr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proofErr w:type="spellStart"/>
            <w:r w:rsidRPr="00A35B1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5C3F2760" w14:textId="77777777" w:rsidTr="002C5C14">
        <w:trPr>
          <w:trHeight w:hRule="exact" w:val="12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EC348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1C67168" w14:textId="77777777" w:rsidR="00924978" w:rsidRPr="00E80237" w:rsidRDefault="002C5C1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Язукунекмәләренбулдыруөстендәэш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Выработка связного и </w:t>
            </w:r>
            <w:r w:rsidR="00E80237" w:rsidRPr="00E80237">
              <w:rPr>
                <w:lang w:val="ru-RU"/>
              </w:rPr>
              <w:br/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ритмичного написания букв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96ADD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57016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9C0A1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FA2A7" w14:textId="77777777" w:rsidR="00924978" w:rsidRPr="007136B9" w:rsidRDefault="00D96275" w:rsidP="00DF215A">
            <w:pPr>
              <w:rPr>
                <w:lang w:val="tt-RU"/>
              </w:rPr>
            </w:pPr>
            <w:r>
              <w:rPr>
                <w:lang w:val="tt-RU"/>
              </w:rPr>
              <w:t>12.10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FA30E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2C5C14" w14:paraId="0F98D842" w14:textId="77777777" w:rsidTr="002C5C14">
        <w:trPr>
          <w:trHeight w:hRule="exact" w:val="142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67F2A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8D960AD" w14:textId="77777777" w:rsidR="00924978" w:rsidRPr="00E80237" w:rsidRDefault="002C5C1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Башхәрефтәнязылаторгансүзләр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Слова, которые пишутся с заглавной буквы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E8E69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A2982" w14:textId="77777777" w:rsidR="00924978" w:rsidRPr="002C5C14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7587D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A7B57" w14:textId="77777777" w:rsidR="00924978" w:rsidRPr="007136B9" w:rsidRDefault="00CB49CC" w:rsidP="00DF215A">
            <w:pPr>
              <w:rPr>
                <w:lang w:val="tt-RU"/>
              </w:rPr>
            </w:pPr>
            <w:r>
              <w:rPr>
                <w:lang w:val="tt-RU"/>
              </w:rPr>
              <w:t>18.10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AA0D4" w14:textId="77777777" w:rsidR="00924978" w:rsidRPr="002C5C14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:rsidRPr="002C5C14" w14:paraId="404AE1B2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D1D63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D4D4EC3" w14:textId="77777777" w:rsidR="00924978" w:rsidRPr="002C5C14" w:rsidRDefault="002C5C1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Кабатлау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3429D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F6E94" w14:textId="77777777" w:rsidR="00924978" w:rsidRPr="002C5C14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321309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10FFE" w14:textId="77777777" w:rsidR="00924978" w:rsidRPr="007136B9" w:rsidRDefault="00CB49CC" w:rsidP="00DF215A">
            <w:pPr>
              <w:rPr>
                <w:lang w:val="tt-RU"/>
              </w:rPr>
            </w:pPr>
            <w:r>
              <w:rPr>
                <w:lang w:val="tt-RU"/>
              </w:rPr>
              <w:t>19.10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F674E" w14:textId="77777777" w:rsidR="00924978" w:rsidRPr="002C5C14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14:paraId="7EEE2440" w14:textId="77777777" w:rsidTr="002C5C14">
        <w:trPr>
          <w:trHeight w:hRule="exact" w:val="128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C132A6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5C0BAA1" w14:textId="77777777" w:rsidR="00924978" w:rsidRPr="00E80237" w:rsidRDefault="002C5C14" w:rsidP="002C5C1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«Минем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дустым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темасынаәңгәмә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Диалог на тему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«Мой друг».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4B8C2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0D77E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80810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AA416E" w14:textId="77777777" w:rsidR="00924978" w:rsidRPr="007136B9" w:rsidRDefault="008913C3" w:rsidP="00DF215A">
            <w:pPr>
              <w:rPr>
                <w:lang w:val="tt-RU"/>
              </w:rPr>
            </w:pPr>
            <w:r>
              <w:rPr>
                <w:lang w:val="tt-RU"/>
              </w:rPr>
              <w:t>25.10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CD6ED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2C5C14" w14:paraId="7B293A12" w14:textId="77777777" w:rsidTr="002C5C14">
        <w:trPr>
          <w:trHeight w:hRule="exact" w:val="12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1A982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2009641" w14:textId="77777777" w:rsidR="00924978" w:rsidRPr="002C5C14" w:rsidRDefault="002C5C1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Текст өстендә эш. </w:t>
            </w:r>
            <w:r w:rsidR="00E80237"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прослушанным текстом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0EDAB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FA797C" w14:textId="77777777" w:rsidR="00924978" w:rsidRPr="002C5C14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36503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6EB33" w14:textId="77777777" w:rsidR="00924978" w:rsidRPr="007136B9" w:rsidRDefault="008913C3" w:rsidP="00DF215A">
            <w:pPr>
              <w:rPr>
                <w:lang w:val="tt-RU"/>
              </w:rPr>
            </w:pPr>
            <w:r>
              <w:rPr>
                <w:lang w:val="tt-RU"/>
              </w:rPr>
              <w:t>26.10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9C576" w14:textId="77777777" w:rsidR="00924978" w:rsidRPr="002C5C14" w:rsidRDefault="00E8023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</w:tbl>
    <w:p w14:paraId="77A5CEA1" w14:textId="77777777" w:rsidR="00924978" w:rsidRPr="002C5C14" w:rsidRDefault="00924978">
      <w:pPr>
        <w:autoSpaceDE w:val="0"/>
        <w:autoSpaceDN w:val="0"/>
        <w:spacing w:after="0" w:line="14" w:lineRule="exact"/>
        <w:rPr>
          <w:lang w:val="ru-RU"/>
        </w:rPr>
      </w:pPr>
    </w:p>
    <w:p w14:paraId="2EF4EDB3" w14:textId="77777777" w:rsidR="00924978" w:rsidRPr="002C5C14" w:rsidRDefault="00924978">
      <w:pPr>
        <w:rPr>
          <w:lang w:val="ru-RU"/>
        </w:rPr>
        <w:sectPr w:rsidR="00924978" w:rsidRPr="002C5C14" w:rsidSect="003861C1">
          <w:pgSz w:w="11900" w:h="16840"/>
          <w:pgMar w:top="298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54FC592" w14:textId="77777777" w:rsidR="00924978" w:rsidRPr="002C5C14" w:rsidRDefault="0092497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17"/>
        <w:gridCol w:w="1621"/>
      </w:tblGrid>
      <w:tr w:rsidR="00924978" w14:paraId="3B70C1A2" w14:textId="77777777" w:rsidTr="00802B4B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B27D6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414269E" w14:textId="77777777" w:rsidR="00924978" w:rsidRPr="00E80237" w:rsidRDefault="00E80237" w:rsidP="002C5C14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Беседа на тему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Сыйныфташларбелəндөресаралашу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(«Правила общения с одноклассниками»)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A4820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DCD76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01FE8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64BA75" w14:textId="77777777" w:rsidR="00924978" w:rsidRPr="0062482C" w:rsidRDefault="0025487F" w:rsidP="00DF215A">
            <w:pPr>
              <w:rPr>
                <w:lang w:val="tt-RU"/>
              </w:rPr>
            </w:pPr>
            <w:r>
              <w:rPr>
                <w:lang w:val="tt-RU"/>
              </w:rPr>
              <w:t>08.11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51F6AB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5102E94A" w14:textId="77777777" w:rsidTr="00802B4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13093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171779A" w14:textId="77777777" w:rsidR="00924978" w:rsidRPr="00E80237" w:rsidRDefault="00E80237" w:rsidP="002C5C14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Диалог на тему «Минем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уенчыкларым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(«Мои игрушки»)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6470E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0C471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DD1385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2A172" w14:textId="77777777" w:rsidR="00924978" w:rsidRPr="0062482C" w:rsidRDefault="0025487F" w:rsidP="00DF215A">
            <w:pPr>
              <w:rPr>
                <w:lang w:val="tt-RU"/>
              </w:rPr>
            </w:pPr>
            <w:r>
              <w:rPr>
                <w:lang w:val="tt-RU"/>
              </w:rPr>
              <w:t>09.11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385ADF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2C5C14" w14:paraId="4D94C3F4" w14:textId="77777777" w:rsidTr="00802B4B">
        <w:trPr>
          <w:trHeight w:hRule="exact" w:val="17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BC9246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84471D5" w14:textId="77777777" w:rsidR="00924978" w:rsidRPr="002C5C14" w:rsidRDefault="002C5C14" w:rsidP="002C5C14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Хәрефтоташтыруныңтөпэлементлары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элементы соединения букв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FA929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9946E2" w14:textId="77777777" w:rsidR="00924978" w:rsidRPr="002C5C14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4146C1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467A6" w14:textId="77777777" w:rsidR="00924978" w:rsidRPr="0062482C" w:rsidRDefault="000E4039" w:rsidP="00DF215A">
            <w:pPr>
              <w:rPr>
                <w:lang w:val="tt-RU"/>
              </w:rPr>
            </w:pPr>
            <w:r>
              <w:rPr>
                <w:lang w:val="tt-RU"/>
              </w:rPr>
              <w:t>15.11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95027" w14:textId="77777777" w:rsidR="00924978" w:rsidRPr="002C5C14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:rsidRPr="002C5C14" w14:paraId="666BCE6D" w14:textId="77777777" w:rsidTr="00802B4B">
        <w:trPr>
          <w:trHeight w:hRule="exact" w:val="19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E5509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F811B9B" w14:textId="77777777" w:rsidR="00924978" w:rsidRPr="002C5C14" w:rsidRDefault="002C5C14" w:rsidP="002C5C14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Хәрефтоташтыруныңтөпэлементлары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элементы соединения букв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CBAE9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B5FEC" w14:textId="77777777" w:rsidR="00924978" w:rsidRPr="002C5C14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4BD46D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11E76" w14:textId="77777777" w:rsidR="00924978" w:rsidRPr="0062482C" w:rsidRDefault="000E4039" w:rsidP="00DF215A">
            <w:pPr>
              <w:rPr>
                <w:lang w:val="tt-RU"/>
              </w:rPr>
            </w:pPr>
            <w:r>
              <w:rPr>
                <w:lang w:val="tt-RU"/>
              </w:rPr>
              <w:t>16.11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A4593" w14:textId="77777777" w:rsidR="00924978" w:rsidRPr="002C5C14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14:paraId="035C1255" w14:textId="77777777" w:rsidTr="00802B4B">
        <w:trPr>
          <w:trHeight w:hRule="exact" w:val="1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B1261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F5CFD09" w14:textId="77777777" w:rsidR="00924978" w:rsidRPr="00E80237" w:rsidRDefault="002C5C14" w:rsidP="002C5C1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Сүздәхәрефтоташтыруныңтөпэлементлары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элементы </w:t>
            </w:r>
            <w:r w:rsidR="00E80237" w:rsidRPr="00E80237">
              <w:rPr>
                <w:lang w:val="ru-RU"/>
              </w:rPr>
              <w:br/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соединения букв в слове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42E64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4905C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3180E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E83A9" w14:textId="77777777" w:rsidR="00924978" w:rsidRPr="0062482C" w:rsidRDefault="002E2AAE" w:rsidP="00DF215A">
            <w:pPr>
              <w:rPr>
                <w:lang w:val="tt-RU"/>
              </w:rPr>
            </w:pPr>
            <w:r>
              <w:rPr>
                <w:lang w:val="tt-RU"/>
              </w:rPr>
              <w:t>22.11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DDB89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4678547B" w14:textId="77777777" w:rsidTr="00802B4B">
        <w:trPr>
          <w:trHeight w:hRule="exact" w:val="16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7E838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1D4A607" w14:textId="77777777" w:rsidR="00924978" w:rsidRPr="00E80237" w:rsidRDefault="002C5C14" w:rsidP="002C5C1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Сүздәхәрефтоташтыруныңтөпэлементлары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элементы </w:t>
            </w:r>
            <w:r w:rsidR="00E80237" w:rsidRPr="00E80237">
              <w:rPr>
                <w:lang w:val="ru-RU"/>
              </w:rPr>
              <w:br/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соединения букв в слове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233C9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96650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96B8B1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84FE5" w14:textId="77777777" w:rsidR="00924978" w:rsidRPr="0062482C" w:rsidRDefault="002E2AAE" w:rsidP="00DF215A">
            <w:pPr>
              <w:rPr>
                <w:lang w:val="tt-RU"/>
              </w:rPr>
            </w:pPr>
            <w:r>
              <w:rPr>
                <w:lang w:val="tt-RU"/>
              </w:rPr>
              <w:t>23.11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DC5C1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62482C" w14:paraId="4F1F5FB3" w14:textId="77777777" w:rsidTr="00802B4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DC495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F7B500F" w14:textId="77777777" w:rsidR="00924978" w:rsidRPr="002C5C14" w:rsidRDefault="002C5C14" w:rsidP="002C5C1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Иҗек. </w:t>
            </w:r>
            <w:r w:rsidR="00E80237"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Слог.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BB37AC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3B4CC" w14:textId="77777777" w:rsidR="00924978" w:rsidRPr="002C5C14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BE4DB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976B05" w14:textId="77777777" w:rsidR="00924978" w:rsidRPr="0062482C" w:rsidRDefault="000B1317" w:rsidP="00DF215A">
            <w:pPr>
              <w:rPr>
                <w:lang w:val="tt-RU"/>
              </w:rPr>
            </w:pPr>
            <w:r>
              <w:rPr>
                <w:lang w:val="tt-RU"/>
              </w:rPr>
              <w:t>29.11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F160E8" w14:textId="77777777" w:rsidR="00924978" w:rsidRPr="0062482C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248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:rsidRPr="0062482C" w14:paraId="75DC96A8" w14:textId="77777777" w:rsidTr="00802B4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73CF2" w14:textId="77777777" w:rsidR="00924978" w:rsidRPr="0062482C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248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7D9C2B8" w14:textId="77777777" w:rsidR="00924978" w:rsidRPr="00E80237" w:rsidRDefault="002C5C14" w:rsidP="002C5C1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Иҗек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Сүзнеиҗекләпязу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Слог. Запись слов по слогам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FC62A" w14:textId="77777777" w:rsidR="00924978" w:rsidRPr="0062482C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248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21CE1" w14:textId="77777777" w:rsidR="00924978" w:rsidRPr="0062482C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A96D7" w14:textId="77777777" w:rsidR="00924978" w:rsidRPr="0062482C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248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C98B4D" w14:textId="77777777" w:rsidR="00924978" w:rsidRPr="0062482C" w:rsidRDefault="000B1317" w:rsidP="00DF215A">
            <w:pPr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1D09B" w14:textId="77777777" w:rsidR="00924978" w:rsidRPr="0062482C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248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14:paraId="222A7F8B" w14:textId="77777777" w:rsidTr="00802B4B">
        <w:trPr>
          <w:trHeight w:hRule="exact" w:val="11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8CAEC2" w14:textId="77777777" w:rsidR="00924978" w:rsidRPr="0062482C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248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219088A" w14:textId="77777777" w:rsidR="00924978" w:rsidRPr="00E80237" w:rsidRDefault="002C5C14" w:rsidP="002C5C1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Сүзһәмҗөмләләрнехәтердәнязу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Запись слов и предложений по памяти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97B96" w14:textId="77777777" w:rsidR="00924978" w:rsidRPr="0062482C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248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B7013B" w14:textId="77777777" w:rsidR="00924978" w:rsidRPr="0062482C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248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7292C" w14:textId="77777777" w:rsidR="00924978" w:rsidRPr="0062482C" w:rsidRDefault="00924978">
            <w:pPr>
              <w:rPr>
                <w:lang w:val="ru-RU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356D2" w14:textId="77777777" w:rsidR="00924978" w:rsidRPr="0062482C" w:rsidRDefault="000B1317" w:rsidP="00DF215A">
            <w:pPr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6AE54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proofErr w:type="spellStart"/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2C5C14" w14:paraId="75E7103F" w14:textId="77777777" w:rsidTr="00802B4B">
        <w:trPr>
          <w:trHeight w:hRule="exact" w:val="21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BC5B8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88D15F5" w14:textId="77777777" w:rsidR="00924978" w:rsidRPr="00E80237" w:rsidRDefault="002C5C14" w:rsidP="002C5C14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Аваз-хәреф анализы. Җөмлә.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 предложений после предварительного </w:t>
            </w:r>
            <w:proofErr w:type="spellStart"/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слого</w:t>
            </w:r>
            <w:proofErr w:type="spellEnd"/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-звукового разбора каждого слова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04A59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80F2DA" w14:textId="77777777" w:rsidR="00924978" w:rsidRPr="002C5C14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169B6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716720" w14:textId="77777777" w:rsidR="00924978" w:rsidRPr="0062482C" w:rsidRDefault="000B1317" w:rsidP="00DF215A">
            <w:pPr>
              <w:rPr>
                <w:lang w:val="tt-RU"/>
              </w:rPr>
            </w:pPr>
            <w:r>
              <w:rPr>
                <w:lang w:val="tt-RU"/>
              </w:rPr>
              <w:t>07.12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E01C8" w14:textId="77777777" w:rsidR="00924978" w:rsidRPr="002C5C14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14:paraId="5D943F9A" w14:textId="77777777" w:rsidTr="00802B4B">
        <w:trPr>
          <w:trHeight w:hRule="exact" w:val="21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742BD" w14:textId="77777777" w:rsidR="00924978" w:rsidRPr="002C5C14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2C5C1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0781E41" w14:textId="77777777" w:rsidR="00924978" w:rsidRPr="00E80237" w:rsidRDefault="002C5C14" w:rsidP="002C5C14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Аваз-хәреф анализы. Җөмлә.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 предложений после предварительного </w:t>
            </w:r>
            <w:proofErr w:type="spellStart"/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слого</w:t>
            </w:r>
            <w:proofErr w:type="spellEnd"/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-звукового разбора каждого слова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D9C65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5C767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F85DE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F927A" w14:textId="77777777" w:rsidR="00924978" w:rsidRDefault="001E6236" w:rsidP="00DF215A">
            <w:pPr>
              <w:rPr>
                <w:lang w:val="tt-RU"/>
              </w:rPr>
            </w:pPr>
            <w:r>
              <w:rPr>
                <w:lang w:val="tt-RU"/>
              </w:rPr>
              <w:t>13.12</w:t>
            </w:r>
          </w:p>
          <w:p w14:paraId="663343AF" w14:textId="77777777" w:rsidR="001E6236" w:rsidRPr="0062482C" w:rsidRDefault="001E6236" w:rsidP="00DF215A">
            <w:pPr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88A08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1ABA4B0F" w14:textId="77777777" w:rsidTr="00802B4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58E9F6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D14553D" w14:textId="77777777" w:rsidR="00924978" w:rsidRPr="002C5C14" w:rsidRDefault="00CF126B" w:rsidP="002C5C14">
            <w:pPr>
              <w:autoSpaceDE w:val="0"/>
              <w:autoSpaceDN w:val="0"/>
              <w:spacing w:before="98" w:after="0" w:line="230" w:lineRule="auto"/>
              <w:ind w:left="72"/>
              <w:rPr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</w:t>
            </w:r>
            <w:r w:rsidR="00E80237">
              <w:rPr>
                <w:rFonts w:ascii="Times New Roman" w:eastAsia="Times New Roman" w:hAnsi="Times New Roman"/>
                <w:color w:val="000000"/>
                <w:sz w:val="24"/>
              </w:rPr>
              <w:t>алфавит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ы</w:t>
            </w:r>
            <w:r w:rsidR="002C5C14"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Татарскийалфавит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6DAF4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DA9BA9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24DC7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BEABA6" w14:textId="77777777" w:rsidR="00924978" w:rsidRPr="0062482C" w:rsidRDefault="001E6236" w:rsidP="00DF215A">
            <w:pPr>
              <w:rPr>
                <w:lang w:val="tt-RU"/>
              </w:rPr>
            </w:pPr>
            <w:r>
              <w:rPr>
                <w:lang w:val="tt-RU"/>
              </w:rPr>
              <w:t>14.12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BEFC6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CF126B" w14:paraId="5CA27146" w14:textId="77777777" w:rsidTr="00802B4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E46E7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552FE8F" w14:textId="77777777" w:rsidR="00924978" w:rsidRPr="00CF126B" w:rsidRDefault="00CF126B" w:rsidP="002C5C1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</w:t>
            </w:r>
            <w:r w:rsidR="00E80237"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алфавит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ы.</w:t>
            </w: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Татарский алфавит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C8A7D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9D5BF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69CF6F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47C75D" w14:textId="77777777" w:rsidR="00924978" w:rsidRPr="0062482C" w:rsidRDefault="00076D26" w:rsidP="00DF215A">
            <w:pPr>
              <w:rPr>
                <w:lang w:val="tt-RU"/>
              </w:rPr>
            </w:pPr>
            <w:r>
              <w:rPr>
                <w:lang w:val="tt-RU"/>
              </w:rPr>
              <w:t>20.12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B8264F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924978" w:rsidRPr="00CF126B" w14:paraId="26BFE700" w14:textId="77777777" w:rsidTr="00802B4B">
        <w:trPr>
          <w:trHeight w:hRule="exact" w:val="10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07CB2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51C9293" w14:textId="77777777" w:rsidR="00924978" w:rsidRPr="00CF126B" w:rsidRDefault="00CF126B" w:rsidP="002C5C1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Җөмләнедөресуку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Правильное чтение </w:t>
            </w:r>
            <w:r w:rsidR="00E80237" w:rsidRPr="00CF126B">
              <w:rPr>
                <w:lang w:val="ru-RU"/>
              </w:rPr>
              <w:br/>
            </w:r>
            <w:r w:rsidR="00E80237"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рукописных предложений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301069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23B0D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03052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DAA862" w14:textId="77777777" w:rsidR="00924978" w:rsidRPr="0062482C" w:rsidRDefault="00076D26" w:rsidP="00DF215A">
            <w:pPr>
              <w:rPr>
                <w:lang w:val="tt-RU"/>
              </w:rPr>
            </w:pPr>
            <w:r>
              <w:rPr>
                <w:lang w:val="tt-RU"/>
              </w:rPr>
              <w:t>21.12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A9557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924978" w14:paraId="4392F993" w14:textId="77777777" w:rsidTr="00802B4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DADEA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6D5A55A" w14:textId="77777777" w:rsidR="00924978" w:rsidRPr="00E80237" w:rsidRDefault="00E80237" w:rsidP="002C5C1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Описывание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Шүрəле</w:t>
            </w:r>
            <w:proofErr w:type="spellEnd"/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(Шурале), Су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анасы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(Водяная)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54225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72DC1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31451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F1AAE" w14:textId="77777777" w:rsidR="00924978" w:rsidRPr="0062482C" w:rsidRDefault="00373DBE" w:rsidP="00802B4B">
            <w:pPr>
              <w:rPr>
                <w:lang w:val="tt-RU"/>
              </w:rPr>
            </w:pPr>
            <w:r>
              <w:rPr>
                <w:lang w:val="tt-RU"/>
              </w:rPr>
              <w:t>27.12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F41FB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CF126B" w14:paraId="250D64EF" w14:textId="77777777" w:rsidTr="00802B4B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D4980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979B02D" w14:textId="77777777" w:rsidR="00924978" w:rsidRPr="00CF126B" w:rsidRDefault="00CF126B" w:rsidP="002C5C14">
            <w:pPr>
              <w:autoSpaceDE w:val="0"/>
              <w:autoSpaceDN w:val="0"/>
              <w:spacing w:before="98" w:after="0" w:line="230" w:lineRule="auto"/>
              <w:ind w:left="72"/>
              <w:rPr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Текст буенча эш. </w:t>
            </w:r>
            <w:r w:rsidR="00E80237"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текстом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8B824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6D186A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E8475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C5033" w14:textId="77777777" w:rsidR="00924978" w:rsidRPr="0062482C" w:rsidRDefault="00373DBE" w:rsidP="00802B4B">
            <w:pPr>
              <w:rPr>
                <w:lang w:val="tt-RU"/>
              </w:rPr>
            </w:pPr>
            <w:r>
              <w:rPr>
                <w:lang w:val="tt-RU"/>
              </w:rPr>
              <w:t>28.12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D8A3F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</w:tbl>
    <w:p w14:paraId="0DE5FAB2" w14:textId="77777777" w:rsidR="00924978" w:rsidRPr="00CF126B" w:rsidRDefault="00924978">
      <w:pPr>
        <w:autoSpaceDE w:val="0"/>
        <w:autoSpaceDN w:val="0"/>
        <w:spacing w:after="0" w:line="14" w:lineRule="exact"/>
        <w:rPr>
          <w:lang w:val="ru-RU"/>
        </w:rPr>
      </w:pPr>
    </w:p>
    <w:p w14:paraId="4ACF3849" w14:textId="77777777" w:rsidR="00924978" w:rsidRPr="00CF126B" w:rsidRDefault="00924978">
      <w:pPr>
        <w:rPr>
          <w:lang w:val="ru-RU"/>
        </w:rPr>
        <w:sectPr w:rsidR="00924978" w:rsidRPr="00CF126B" w:rsidSect="003861C1">
          <w:pgSz w:w="11900" w:h="16840"/>
          <w:pgMar w:top="284" w:right="650" w:bottom="32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AAF1626" w14:textId="77777777" w:rsidR="00924978" w:rsidRPr="00CF126B" w:rsidRDefault="0092497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924978" w:rsidRPr="00CF126B" w14:paraId="0ECF350E" w14:textId="77777777" w:rsidTr="00CF126B">
        <w:trPr>
          <w:trHeight w:hRule="exact" w:val="156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16A2C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D8306EE" w14:textId="77777777" w:rsidR="00924978" w:rsidRPr="00E80237" w:rsidRDefault="00CF126B" w:rsidP="00E80237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Сүзләрнеһәмҗөмләләрнеиҗекләпуку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по слогам слов и предложений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DB67E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3EFE67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28E35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66A75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EF739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924978" w:rsidRPr="00CF126B" w14:paraId="52DCB54B" w14:textId="77777777" w:rsidTr="00CF126B">
        <w:trPr>
          <w:trHeight w:hRule="exact" w:val="140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330A91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7292428" w14:textId="77777777" w:rsidR="00924978" w:rsidRPr="00E80237" w:rsidRDefault="00CF126B" w:rsidP="00E80237">
            <w:pPr>
              <w:autoSpaceDE w:val="0"/>
              <w:autoSpaceDN w:val="0"/>
              <w:spacing w:before="98" w:after="0" w:line="262" w:lineRule="auto"/>
              <w:ind w:left="72" w:right="1152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Сөйләм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Язмаһәмтелдәнсөйләм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Речь. Устная речь и письменная речь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CF750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88774D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5AA80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ACF0F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665521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924978" w:rsidRPr="00CF126B" w14:paraId="50284AB8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3E412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3F180FA" w14:textId="77777777" w:rsidR="00924978" w:rsidRPr="00CF126B" w:rsidRDefault="00CF126B" w:rsidP="00E80237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Сөйләминтонациясе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Интонация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DA2CE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B8436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C017B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19ACF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CC9D8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14:paraId="357FA8EC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C75A39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EDD0D54" w14:textId="77777777" w:rsidR="00924978" w:rsidRPr="00CF126B" w:rsidRDefault="00E80237" w:rsidP="00E80237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proofErr w:type="spellStart"/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Җөмлə</w:t>
            </w:r>
            <w:proofErr w:type="spellEnd"/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Предложение.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553A70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AFBC3F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58364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1E909D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E7F20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6E255660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802558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825A957" w14:textId="77777777" w:rsidR="00924978" w:rsidRPr="00E80237" w:rsidRDefault="00E80237" w:rsidP="00E80237">
            <w:pPr>
              <w:autoSpaceDE w:val="0"/>
              <w:autoSpaceDN w:val="0"/>
              <w:spacing w:before="98" w:after="0"/>
              <w:ind w:left="72" w:right="288"/>
              <w:jc w:val="both"/>
              <w:rPr>
                <w:lang w:val="ru-RU"/>
              </w:rPr>
            </w:pP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Җөмлəдəсүзлəрнеурынлыкуллану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Уместное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применение слов в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DE3890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2CAA81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5E790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14AD7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0F78B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349E38D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F9AA3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98C1923" w14:textId="77777777" w:rsidR="00924978" w:rsidRDefault="00E80237" w:rsidP="00E80237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Җөмлəтөзү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Составлениепредложения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AD16DA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527971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9D27F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D21EF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BB8D2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16588FFF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F66C63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CA8F039" w14:textId="77777777" w:rsidR="00924978" w:rsidRPr="00E80237" w:rsidRDefault="00E80237" w:rsidP="00E80237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Җөмлəдəсүзлəрнеңурнашутəртибе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Порядок  слов в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4A7E1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792F3E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62275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4C089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B4666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2F8DA713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8F46A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CE56AFD" w14:textId="77777777" w:rsidR="00924978" w:rsidRPr="00E80237" w:rsidRDefault="00E80237" w:rsidP="00E80237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Җөмлəдəсүзлəрнеңурнашутəртибе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Порядок  слов в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635A3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4A43A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D2235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61CA0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50A02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36A3FFFD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4F4E27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5762E98" w14:textId="77777777" w:rsidR="00924978" w:rsidRPr="00E80237" w:rsidRDefault="00E80237" w:rsidP="00E80237">
            <w:pPr>
              <w:autoSpaceDE w:val="0"/>
              <w:autoSpaceDN w:val="0"/>
              <w:spacing w:before="98" w:after="0" w:line="271" w:lineRule="auto"/>
              <w:ind w:left="72"/>
              <w:jc w:val="both"/>
              <w:rPr>
                <w:lang w:val="ru-RU"/>
              </w:rPr>
            </w:pP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Сорауныбелдергəнҗөмлəлəр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Вопросительные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663CB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F5622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84C11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AE95D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976FAC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48E9F159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052F8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D9BC790" w14:textId="77777777" w:rsidR="00924978" w:rsidRPr="00E80237" w:rsidRDefault="00E80237" w:rsidP="00E80237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Үз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үзеңнетикшер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! Проверь себя.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3C67E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287D1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15809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5B1588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55C816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4FDF1879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CB8D3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BAB5A29" w14:textId="77777777" w:rsidR="00924978" w:rsidRPr="00CF126B" w:rsidRDefault="00E80237" w:rsidP="00E80237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</w:t>
            </w:r>
            <w:proofErr w:type="spellEnd"/>
            <w:r w:rsidR="00CF126B"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E92C4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121B4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6A838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03E2B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DB895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77964131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ACCF9" w14:textId="77777777" w:rsidR="00924978" w:rsidRDefault="00E8023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5563F53" w14:textId="77777777" w:rsidR="00924978" w:rsidRPr="00CF126B" w:rsidRDefault="00E80237" w:rsidP="00E80237">
            <w:pPr>
              <w:autoSpaceDE w:val="0"/>
              <w:autoSpaceDN w:val="0"/>
              <w:spacing w:before="100" w:after="0" w:line="230" w:lineRule="auto"/>
              <w:ind w:left="72"/>
              <w:jc w:val="both"/>
              <w:rPr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Тексттөрлəре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="00CF126B"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 Виды текста.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84F4F" w14:textId="77777777" w:rsidR="00924978" w:rsidRDefault="00E8023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762B6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B2D83B" w14:textId="77777777" w:rsidR="00924978" w:rsidRDefault="00E8023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E0981" w14:textId="77777777" w:rsidR="00924978" w:rsidRPr="0062482C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5F6AEF" w14:textId="77777777" w:rsidR="00924978" w:rsidRDefault="00E80237">
            <w:pPr>
              <w:autoSpaceDE w:val="0"/>
              <w:autoSpaceDN w:val="0"/>
              <w:spacing w:before="10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CF126B" w14:paraId="09B43FF2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FE3FE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5EA7664" w14:textId="77777777" w:rsidR="00924978" w:rsidRPr="00CF126B" w:rsidRDefault="00CF126B" w:rsidP="00E80237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Сүзләрне юлдан-юлга күчерү. </w:t>
            </w:r>
            <w:r w:rsidR="00E80237"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Перенос слов.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CCC27A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4DAE98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FC2C0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F2F2B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16248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:rsidRPr="00CF126B" w14:paraId="120FCF27" w14:textId="77777777" w:rsidTr="00CF126B">
        <w:trPr>
          <w:trHeight w:hRule="exact" w:val="10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5EDF2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5863E3E" w14:textId="77777777" w:rsidR="00924978" w:rsidRPr="00E80237" w:rsidRDefault="00CF126B" w:rsidP="00E80237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Сүзләрне юлдан-юлга күчерү.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Перенос слов из строки в строку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ECEDA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264A0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7B2963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F9DF2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B24CE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:rsidRPr="00CF126B" w14:paraId="646BEBE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8AB641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B7EA018" w14:textId="77777777" w:rsidR="00924978" w:rsidRPr="00CF126B" w:rsidRDefault="00CF126B" w:rsidP="00E80237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Иҗек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Басымлыиҗек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Ударение. Ударный слог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0B9AC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FC630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2FCF4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EC421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6F542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:rsidRPr="00CF126B" w14:paraId="409EE452" w14:textId="77777777" w:rsidTr="00CF126B">
        <w:trPr>
          <w:trHeight w:hRule="exact" w:val="8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69BD2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48.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ED48E05" w14:textId="77777777" w:rsidR="00924978" w:rsidRPr="00CF126B" w:rsidRDefault="00CF126B" w:rsidP="00E80237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Белемнәрнетикшерү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80237"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Текущая диагностика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5941A4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7F2BD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82568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70046F" w14:textId="77777777" w:rsidR="00924978" w:rsidRPr="004C45D2" w:rsidRDefault="00924978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707B1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Зачет;</w:t>
            </w:r>
          </w:p>
        </w:tc>
      </w:tr>
      <w:tr w:rsidR="00924978" w:rsidRPr="00CF126B" w14:paraId="1AE15677" w14:textId="77777777" w:rsidTr="00CF126B">
        <w:trPr>
          <w:trHeight w:hRule="exact" w:val="17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A0185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7091C17" w14:textId="77777777" w:rsidR="00924978" w:rsidRPr="00E80237" w:rsidRDefault="00CF126B" w:rsidP="00E80237">
            <w:pPr>
              <w:autoSpaceDE w:val="0"/>
              <w:autoSpaceDN w:val="0"/>
              <w:spacing w:before="98" w:after="0" w:line="262" w:lineRule="auto"/>
              <w:ind w:left="72" w:right="100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О,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хәрефекергәнсүзләрнеңдөресязылышы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</w:t>
            </w:r>
            <w:proofErr w:type="gramEnd"/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 с гласными о и ө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770DB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13482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84CD9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B8F0B5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71B5B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</w:tbl>
    <w:p w14:paraId="51BED5FE" w14:textId="77777777" w:rsidR="00924978" w:rsidRPr="00CF126B" w:rsidRDefault="00924978">
      <w:pPr>
        <w:autoSpaceDE w:val="0"/>
        <w:autoSpaceDN w:val="0"/>
        <w:spacing w:after="0" w:line="14" w:lineRule="exact"/>
        <w:rPr>
          <w:lang w:val="ru-RU"/>
        </w:rPr>
      </w:pPr>
    </w:p>
    <w:p w14:paraId="2124450C" w14:textId="77777777" w:rsidR="00924978" w:rsidRPr="00CF126B" w:rsidRDefault="00924978">
      <w:pPr>
        <w:rPr>
          <w:lang w:val="ru-RU"/>
        </w:rPr>
        <w:sectPr w:rsidR="00924978" w:rsidRPr="00CF126B" w:rsidSect="003861C1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77993B0" w14:textId="77777777" w:rsidR="00924978" w:rsidRPr="00CF126B" w:rsidRDefault="0092497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924978" w:rsidRPr="00CF126B" w14:paraId="15E38755" w14:textId="77777777" w:rsidTr="00CF126B">
        <w:trPr>
          <w:trHeight w:hRule="exact" w:val="156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236E80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052FABF" w14:textId="77777777" w:rsidR="00924978" w:rsidRPr="00E80237" w:rsidRDefault="00CF126B" w:rsidP="00CF126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[</w:t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ғ], [қ]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авазларыкергәнсүзләрнедөресязу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специфичных согласных звуков [</w:t>
            </w:r>
            <w:r w:rsidR="00E80237"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ғ], [қ].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A277C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99F6E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E62192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29304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EEC40A" w14:textId="77777777" w:rsidR="00924978" w:rsidRPr="00CF126B" w:rsidRDefault="00E8023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24978" w14:paraId="0C0C2BD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B773C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CAA0AD9" w14:textId="77777777" w:rsidR="00924978" w:rsidRPr="00CF126B" w:rsidRDefault="00E80237" w:rsidP="00CF126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proofErr w:type="spellStart"/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күчерү</w:t>
            </w:r>
            <w:proofErr w:type="spellEnd"/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426ED656" w14:textId="77777777" w:rsidR="00924978" w:rsidRPr="00CF126B" w:rsidRDefault="00E80237" w:rsidP="00CF126B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Контрольное списывание.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1813A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75BB2" w14:textId="77777777" w:rsidR="00924978" w:rsidRPr="00CF126B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F12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359C66" w14:textId="77777777" w:rsidR="00924978" w:rsidRPr="00CF126B" w:rsidRDefault="00924978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DBBB6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719F9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07B6B12F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9B9E8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C5DCFFA" w14:textId="77777777" w:rsidR="00924978" w:rsidRDefault="00E80237" w:rsidP="00CF126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Тематикдиагностика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14:paraId="0600635E" w14:textId="77777777" w:rsidR="00924978" w:rsidRDefault="00E80237" w:rsidP="00CF126B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Тематическаядиагностика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0D3CE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A6AB0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DBCE82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E32A2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94FC9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0E2E356F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7FF6A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BCE46D8" w14:textId="77777777" w:rsidR="00924978" w:rsidRPr="00E80237" w:rsidRDefault="00E80237" w:rsidP="00CF126B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өстендəэш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Работа с текстом о символах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олимпиад.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0B54C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7DC81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32E08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9DBB3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E1FFE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11823F4D" w14:textId="77777777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494DB" w14:textId="77777777" w:rsidR="00924978" w:rsidRDefault="00E8023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98F4B82" w14:textId="77777777" w:rsidR="00924978" w:rsidRPr="00E80237" w:rsidRDefault="00E80237" w:rsidP="00CF126B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телендəсузыкавазлар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Гласные звуки татарского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языка.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08BAD" w14:textId="77777777" w:rsidR="00924978" w:rsidRDefault="00E8023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B3056" w14:textId="77777777" w:rsidR="00924978" w:rsidRDefault="00924978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4A0777" w14:textId="77777777" w:rsidR="00924978" w:rsidRDefault="00E8023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D5138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1CE41" w14:textId="77777777" w:rsidR="00924978" w:rsidRDefault="00E80237">
            <w:pPr>
              <w:autoSpaceDE w:val="0"/>
              <w:autoSpaceDN w:val="0"/>
              <w:spacing w:before="10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42F44E0F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31C7B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4286B4E" w14:textId="77777777" w:rsidR="00924978" w:rsidRDefault="00E80237" w:rsidP="00CF12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[ə], [ө], [ү], [w], [ғ], [қ], [җ], [ң], [һ]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авазлары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14:paraId="4DA97A42" w14:textId="77777777" w:rsidR="00924978" w:rsidRPr="00E80237" w:rsidRDefault="00E80237" w:rsidP="00CF126B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Специфичные звуки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татарского языка [ə], [ө], [ү], [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w</w:t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], [ғ], [қ], [җ], [ң], [һ]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4179B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A8925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C49C0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62797" w14:textId="77777777" w:rsidR="00924978" w:rsidRPr="004C45D2" w:rsidRDefault="00924978" w:rsidP="00802B4B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9815A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124136F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372BC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F35759B" w14:textId="77777777" w:rsidR="00924978" w:rsidRPr="00E80237" w:rsidRDefault="00E80237" w:rsidP="00E80237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Я, е, ё, ю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хəрефлəре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Звуковое значение букв е, ё, ю, 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D96F2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C4A15F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FA316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05A36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18D94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603374ED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57CA9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0EC59AF" w14:textId="77777777" w:rsidR="00924978" w:rsidRPr="00E80237" w:rsidRDefault="00E80237" w:rsidP="00E80237">
            <w:pPr>
              <w:autoSpaceDE w:val="0"/>
              <w:autoSpaceDN w:val="0"/>
              <w:spacing w:before="98" w:after="0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ъ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һəм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билгесекергəн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сүзлəрнеңдөресязылышы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букв ъ и ь в татарских словах.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92C79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BE3A4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8ED10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B81A4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929BF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676A6BF0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A18F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F57AF49" w14:textId="77777777" w:rsidR="00924978" w:rsidRPr="00E938B4" w:rsidRDefault="00E80237" w:rsidP="00E80237">
            <w:pPr>
              <w:autoSpaceDE w:val="0"/>
              <w:autoSpaceDN w:val="0"/>
              <w:spacing w:before="98" w:after="0" w:line="281" w:lineRule="auto"/>
              <w:ind w:left="72" w:right="144"/>
              <w:jc w:val="both"/>
              <w:rPr>
                <w:lang w:val="ru-RU"/>
              </w:rPr>
            </w:pPr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Кем? </w:t>
            </w:r>
            <w:proofErr w:type="spellStart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Нəрсə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 </w:t>
            </w:r>
            <w:proofErr w:type="spellStart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соравынаҗавапбулгансүзлəр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Слова,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отвечающие на вопросы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«кем</w:t>
            </w:r>
            <w:proofErr w:type="gram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?»</w:t>
            </w:r>
            <w:r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</w:t>
            </w:r>
            <w:proofErr w:type="gramEnd"/>
            <w:r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«кто?») и «</w:t>
            </w:r>
            <w:proofErr w:type="spellStart"/>
            <w:r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нəрсə</w:t>
            </w:r>
            <w:proofErr w:type="spellEnd"/>
            <w:r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?»(«что?»)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C502C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CC7ADC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1F95B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17CAB7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890DE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6451174C" w14:textId="77777777">
        <w:trPr>
          <w:trHeight w:hRule="exact" w:val="183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BC77A" w14:textId="77777777" w:rsidR="00924978" w:rsidRDefault="00E8023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6E085BC" w14:textId="77777777" w:rsidR="00924978" w:rsidRPr="00E938B4" w:rsidRDefault="00E80237" w:rsidP="00E80237">
            <w:pPr>
              <w:autoSpaceDE w:val="0"/>
              <w:autoSpaceDN w:val="0"/>
              <w:spacing w:before="100" w:after="0" w:line="281" w:lineRule="auto"/>
              <w:ind w:left="72" w:right="144"/>
              <w:jc w:val="both"/>
              <w:rPr>
                <w:lang w:val="ru-RU"/>
              </w:rPr>
            </w:pPr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Кем? </w:t>
            </w:r>
            <w:proofErr w:type="spellStart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Нəрсə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 </w:t>
            </w:r>
            <w:proofErr w:type="spellStart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соравынаҗавапбулгансүзлəр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Слова,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отвечающие на вопросы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«кем</w:t>
            </w:r>
            <w:proofErr w:type="gram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?»</w:t>
            </w:r>
            <w:r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</w:t>
            </w:r>
            <w:proofErr w:type="gramEnd"/>
            <w:r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«кто?») и «</w:t>
            </w:r>
            <w:proofErr w:type="spellStart"/>
            <w:r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нəрсə</w:t>
            </w:r>
            <w:proofErr w:type="spellEnd"/>
            <w:r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?»(«что?»)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776538" w14:textId="77777777" w:rsidR="00924978" w:rsidRDefault="00E8023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31313" w14:textId="77777777" w:rsidR="00924978" w:rsidRDefault="00924978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AF91F2" w14:textId="77777777" w:rsidR="00924978" w:rsidRDefault="00E8023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EED25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C846C" w14:textId="77777777" w:rsidR="00924978" w:rsidRDefault="00E80237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721F229C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7A650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8B40D86" w14:textId="77777777" w:rsidR="00924978" w:rsidRPr="00DD6344" w:rsidRDefault="00E80237" w:rsidP="00E80237">
            <w:pPr>
              <w:autoSpaceDE w:val="0"/>
              <w:autoSpaceDN w:val="0"/>
              <w:spacing w:before="98" w:after="0"/>
              <w:ind w:left="72" w:right="432"/>
              <w:jc w:val="both"/>
              <w:rPr>
                <w:lang w:val="tt-RU"/>
              </w:rPr>
            </w:pP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Нишли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соравынаҗавапбулгансүзлəр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Слова,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отвечающие на вопрос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нишли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?» </w:t>
            </w:r>
            <w:r w:rsidR="00DD6344"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(«</w:t>
            </w:r>
            <w:proofErr w:type="spellStart"/>
            <w:r w:rsidR="00DD6344"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чтоделает</w:t>
            </w:r>
            <w:proofErr w:type="spellEnd"/>
            <w:r w:rsidR="00DD6344"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?»)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77ABF1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C035C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9ACDA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8E52A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C380D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2C21E888" w14:textId="77777777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FBD59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28FD0C7" w14:textId="77777777" w:rsidR="00924978" w:rsidRPr="00DD6344" w:rsidRDefault="00E80237" w:rsidP="00E80237">
            <w:pPr>
              <w:autoSpaceDE w:val="0"/>
              <w:autoSpaceDN w:val="0"/>
              <w:spacing w:before="98" w:after="0"/>
              <w:ind w:left="72" w:right="432"/>
              <w:jc w:val="both"/>
              <w:rPr>
                <w:lang w:val="tt-RU"/>
              </w:rPr>
            </w:pP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Нишли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соравынаҗавапбулгансүзлəр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Слова, 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отвечающие на вопрос</w:t>
            </w:r>
            <w:r w:rsidRPr="00E80237">
              <w:rPr>
                <w:lang w:val="ru-RU"/>
              </w:rPr>
              <w:br/>
            </w: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нишли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?» </w:t>
            </w:r>
            <w:r w:rsidR="00DD6344"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(«</w:t>
            </w:r>
            <w:proofErr w:type="spellStart"/>
            <w:r w:rsidR="00DD6344"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чтоделает</w:t>
            </w:r>
            <w:proofErr w:type="spellEnd"/>
            <w:r w:rsidR="00DD6344" w:rsidRPr="00E938B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?»)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494D23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138AC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7C2D2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49F62A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582A5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2BE27529" w14:textId="77777777" w:rsidR="00924978" w:rsidRDefault="00924978">
      <w:pPr>
        <w:autoSpaceDE w:val="0"/>
        <w:autoSpaceDN w:val="0"/>
        <w:spacing w:after="0" w:line="14" w:lineRule="exact"/>
      </w:pPr>
    </w:p>
    <w:p w14:paraId="29B571E0" w14:textId="77777777" w:rsidR="00924978" w:rsidRDefault="00924978">
      <w:pPr>
        <w:sectPr w:rsidR="00924978" w:rsidSect="003861C1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0DE58E5" w14:textId="77777777" w:rsidR="00924978" w:rsidRDefault="0092497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924978" w14:paraId="7C2E82C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51DB6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851A4C3" w14:textId="77777777" w:rsidR="00924978" w:rsidRDefault="00E80237" w:rsidP="00E80237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14:paraId="5F2A97EB" w14:textId="77777777" w:rsidR="00924978" w:rsidRDefault="00E80237" w:rsidP="00E80237">
            <w:pPr>
              <w:autoSpaceDE w:val="0"/>
              <w:autoSpaceDN w:val="0"/>
              <w:spacing w:before="70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Контрольныйдиктант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2EC5D" w14:textId="77777777" w:rsidR="00924978" w:rsidRDefault="00E80237" w:rsidP="00E80237">
            <w:pPr>
              <w:autoSpaceDE w:val="0"/>
              <w:autoSpaceDN w:val="0"/>
              <w:spacing w:before="98" w:after="0" w:line="230" w:lineRule="auto"/>
              <w:ind w:left="7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26507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AB50F" w14:textId="77777777" w:rsidR="00924978" w:rsidRDefault="00924978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0B6C5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097DC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166D8796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CCEF0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67B865C" w14:textId="77777777" w:rsidR="00924978" w:rsidRPr="00895C35" w:rsidRDefault="00E80237" w:rsidP="00E80237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proofErr w:type="spellStart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Татартелендəаффиксларныялгауүзенчəлеклəре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0BDE419B" w14:textId="77777777" w:rsidR="00924978" w:rsidRPr="00E80237" w:rsidRDefault="00E80237" w:rsidP="00E80237">
            <w:pPr>
              <w:autoSpaceDE w:val="0"/>
              <w:autoSpaceDN w:val="0"/>
              <w:spacing w:before="70" w:after="0" w:line="262" w:lineRule="auto"/>
              <w:ind w:left="72" w:right="144"/>
              <w:jc w:val="both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присоединения аффиксов в татарском языке.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7840A" w14:textId="77777777" w:rsidR="00924978" w:rsidRDefault="00E80237" w:rsidP="00E80237">
            <w:pPr>
              <w:autoSpaceDE w:val="0"/>
              <w:autoSpaceDN w:val="0"/>
              <w:spacing w:before="98" w:after="0" w:line="230" w:lineRule="auto"/>
              <w:ind w:left="7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E15E55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CAF88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16C746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7C496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14:paraId="109257CD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737D9" w14:textId="77777777" w:rsidR="00924978" w:rsidRDefault="00E802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12635B4" w14:textId="77777777" w:rsidR="00924978" w:rsidRPr="00895C35" w:rsidRDefault="00E80237" w:rsidP="00E80237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proofErr w:type="spellStart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Татартелендəаффиксларныялгауүзенчəлеклəре</w:t>
            </w:r>
            <w:proofErr w:type="spellEnd"/>
            <w:r w:rsidRPr="00895C3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11E72B3D" w14:textId="77777777" w:rsidR="00924978" w:rsidRPr="00E80237" w:rsidRDefault="00E80237" w:rsidP="00E80237">
            <w:pPr>
              <w:autoSpaceDE w:val="0"/>
              <w:autoSpaceDN w:val="0"/>
              <w:spacing w:before="70" w:after="0" w:line="262" w:lineRule="auto"/>
              <w:ind w:right="144"/>
              <w:jc w:val="both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присоединения аффиксов в татарском языке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27C67" w14:textId="77777777" w:rsidR="00924978" w:rsidRDefault="00E80237" w:rsidP="00E80237">
            <w:pPr>
              <w:autoSpaceDE w:val="0"/>
              <w:autoSpaceDN w:val="0"/>
              <w:spacing w:before="98" w:after="0" w:line="230" w:lineRule="auto"/>
              <w:ind w:left="7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B72ED" w14:textId="77777777" w:rsidR="00924978" w:rsidRDefault="0092497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14E382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8E458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CCFF3" w14:textId="77777777" w:rsidR="00924978" w:rsidRDefault="00E80237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24978" w:rsidRPr="00776FC4" w14:paraId="3267C6CD" w14:textId="77777777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F01A1" w14:textId="77777777" w:rsidR="00924978" w:rsidRDefault="00E8023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12E5321" w14:textId="77777777" w:rsidR="00924978" w:rsidRDefault="00E80237" w:rsidP="00E80237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Итоговаядиагностика</w:t>
            </w:r>
            <w:proofErr w:type="spellEnd"/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80A6E" w14:textId="77777777" w:rsidR="00924978" w:rsidRDefault="00E80237" w:rsidP="00E80237">
            <w:pPr>
              <w:autoSpaceDE w:val="0"/>
              <w:autoSpaceDN w:val="0"/>
              <w:spacing w:before="100" w:after="0" w:line="230" w:lineRule="auto"/>
              <w:ind w:left="7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4F7F4" w14:textId="77777777" w:rsidR="00924978" w:rsidRDefault="00E8023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904E3" w14:textId="77777777" w:rsidR="00924978" w:rsidRDefault="00924978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D499D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1DDB03" w14:textId="77777777" w:rsidR="00924978" w:rsidRPr="00776FC4" w:rsidRDefault="00E80237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proofErr w:type="spellStart"/>
            <w:r w:rsidRPr="00776F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Контрольнаяработа</w:t>
            </w:r>
            <w:proofErr w:type="spellEnd"/>
            <w:r w:rsidRPr="00776F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</w:p>
        </w:tc>
      </w:tr>
      <w:tr w:rsidR="00924978" w:rsidRPr="00776FC4" w14:paraId="3458A1FD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426F9A" w14:textId="77777777" w:rsidR="00924978" w:rsidRPr="00776FC4" w:rsidRDefault="00E8023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776F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9C04B93" w14:textId="77777777" w:rsidR="00924978" w:rsidRPr="00E80237" w:rsidRDefault="00E80237" w:rsidP="00E80237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 </w:t>
            </w:r>
            <w:proofErr w:type="spellStart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белəнэш</w:t>
            </w:r>
            <w:proofErr w:type="spellEnd"/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Работа с текстом.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01E12" w14:textId="77777777" w:rsidR="00924978" w:rsidRPr="00776FC4" w:rsidRDefault="00E80237" w:rsidP="00E80237">
            <w:pPr>
              <w:autoSpaceDE w:val="0"/>
              <w:autoSpaceDN w:val="0"/>
              <w:spacing w:before="98" w:after="0" w:line="230" w:lineRule="auto"/>
              <w:ind w:left="74"/>
              <w:jc w:val="both"/>
              <w:rPr>
                <w:lang w:val="ru-RU"/>
              </w:rPr>
            </w:pPr>
            <w:r w:rsidRPr="00776F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E5FF3" w14:textId="77777777" w:rsidR="00924978" w:rsidRPr="00776FC4" w:rsidRDefault="00924978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3A4B9" w14:textId="77777777" w:rsidR="00924978" w:rsidRPr="00776FC4" w:rsidRDefault="00E802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76F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336EE" w14:textId="77777777" w:rsidR="00924978" w:rsidRPr="004C45D2" w:rsidRDefault="00924978" w:rsidP="00776FC4">
            <w:pPr>
              <w:rPr>
                <w:lang w:val="tt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F2DB0" w14:textId="77777777" w:rsidR="00924978" w:rsidRPr="00776FC4" w:rsidRDefault="00E8023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proofErr w:type="spellStart"/>
            <w:r w:rsidRPr="00776F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Устныйопрос</w:t>
            </w:r>
            <w:proofErr w:type="spellEnd"/>
            <w:r w:rsidRPr="00776F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</w:p>
        </w:tc>
      </w:tr>
      <w:tr w:rsidR="00924978" w14:paraId="1FC0B7FC" w14:textId="77777777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74B33DD" w14:textId="77777777" w:rsidR="00924978" w:rsidRPr="00E80237" w:rsidRDefault="00E8023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802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116DAB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4"/>
            </w:pPr>
            <w:r w:rsidRPr="00776F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A8FE6E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59C7A" w14:textId="77777777" w:rsidR="00924978" w:rsidRDefault="00E802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</w:t>
            </w:r>
          </w:p>
        </w:tc>
      </w:tr>
    </w:tbl>
    <w:p w14:paraId="3F5EF2D9" w14:textId="77777777" w:rsidR="00924978" w:rsidRDefault="00924978">
      <w:pPr>
        <w:autoSpaceDE w:val="0"/>
        <w:autoSpaceDN w:val="0"/>
        <w:spacing w:after="0" w:line="14" w:lineRule="exact"/>
      </w:pPr>
    </w:p>
    <w:p w14:paraId="3897406E" w14:textId="77777777" w:rsidR="00895C35" w:rsidRDefault="00895C35"/>
    <w:p w14:paraId="1D8F8E62" w14:textId="77777777" w:rsidR="00895C35" w:rsidRDefault="00895C35" w:rsidP="00895C35">
      <w:pPr>
        <w:ind w:firstLine="720"/>
      </w:pPr>
    </w:p>
    <w:p w14:paraId="275617F3" w14:textId="77777777" w:rsidR="00895C35" w:rsidRDefault="00895C35" w:rsidP="00895C35"/>
    <w:p w14:paraId="2CE190A8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95C35">
        <w:rPr>
          <w:rFonts w:ascii="Times New Roman" w:hAnsi="Times New Roman"/>
          <w:b/>
          <w:sz w:val="28"/>
          <w:szCs w:val="28"/>
          <w:lang w:val="ru-RU"/>
        </w:rPr>
        <w:t>Составлено на основе следующих нормативно-правовых документов:</w:t>
      </w:r>
    </w:p>
    <w:p w14:paraId="64774C87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rPr>
          <w:rFonts w:ascii="Times New Roman" w:hAnsi="Times New Roman"/>
          <w:lang w:val="ru-RU"/>
        </w:rPr>
      </w:pPr>
    </w:p>
    <w:p w14:paraId="4FBFCC88" w14:textId="77777777" w:rsidR="00895C35" w:rsidRPr="00895C35" w:rsidRDefault="00895C35" w:rsidP="00895C35">
      <w:pPr>
        <w:pStyle w:val="ae"/>
        <w:widowControl w:val="0"/>
        <w:numPr>
          <w:ilvl w:val="0"/>
          <w:numId w:val="10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5C35">
        <w:rPr>
          <w:rFonts w:ascii="Times New Roman" w:hAnsi="Times New Roman"/>
          <w:sz w:val="24"/>
          <w:szCs w:val="24"/>
          <w:lang w:val="ru-RU"/>
        </w:rPr>
        <w:t>Основная  образовательная</w:t>
      </w:r>
      <w:proofErr w:type="gramEnd"/>
      <w:r w:rsidRPr="00895C35">
        <w:rPr>
          <w:rFonts w:ascii="Times New Roman" w:hAnsi="Times New Roman"/>
          <w:sz w:val="24"/>
          <w:szCs w:val="24"/>
          <w:lang w:val="ru-RU"/>
        </w:rPr>
        <w:t xml:space="preserve"> программа основного </w:t>
      </w:r>
      <w:r w:rsidRPr="008342DD">
        <w:rPr>
          <w:rFonts w:ascii="Times New Roman" w:hAnsi="Times New Roman"/>
          <w:sz w:val="24"/>
          <w:szCs w:val="24"/>
          <w:lang w:val="tt-RU"/>
        </w:rPr>
        <w:t>начального</w:t>
      </w:r>
      <w:r w:rsidRPr="00895C35">
        <w:rPr>
          <w:rFonts w:ascii="Times New Roman" w:hAnsi="Times New Roman"/>
          <w:sz w:val="24"/>
          <w:szCs w:val="24"/>
          <w:lang w:val="ru-RU"/>
        </w:rPr>
        <w:t xml:space="preserve"> образования МБОУ «Иске-Казанская основная общеобразовательная школа Высокогорского  муниципального района Республики Татарстан»</w:t>
      </w:r>
    </w:p>
    <w:p w14:paraId="0C16500E" w14:textId="77777777" w:rsidR="00895C35" w:rsidRPr="00895C35" w:rsidRDefault="00895C35" w:rsidP="00895C35">
      <w:pPr>
        <w:pStyle w:val="ae"/>
        <w:widowControl w:val="0"/>
        <w:numPr>
          <w:ilvl w:val="0"/>
          <w:numId w:val="12"/>
        </w:numPr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4F09E9F9" w14:textId="77777777" w:rsidR="00895C35" w:rsidRPr="00895C35" w:rsidRDefault="00895C35" w:rsidP="00895C35">
      <w:pPr>
        <w:pStyle w:val="ae"/>
        <w:numPr>
          <w:ilvl w:val="0"/>
          <w:numId w:val="12"/>
        </w:numPr>
        <w:suppressAutoHyphens/>
        <w:spacing w:after="0" w:line="240" w:lineRule="auto"/>
        <w:outlineLvl w:val="0"/>
        <w:rPr>
          <w:rFonts w:ascii="Times New Roman" w:hAnsi="Times New Roman"/>
          <w:kern w:val="2"/>
          <w:sz w:val="24"/>
          <w:szCs w:val="24"/>
          <w:lang w:val="ru-RU"/>
        </w:rPr>
      </w:pPr>
      <w:r w:rsidRPr="00895C35">
        <w:rPr>
          <w:rFonts w:ascii="Times New Roman" w:hAnsi="Times New Roman"/>
          <w:kern w:val="2"/>
          <w:sz w:val="24"/>
          <w:szCs w:val="24"/>
          <w:lang w:val="ru-RU"/>
        </w:rPr>
        <w:t xml:space="preserve">Федеральная образовательная программа </w:t>
      </w:r>
      <w:r w:rsidRPr="008342DD">
        <w:rPr>
          <w:rFonts w:ascii="Times New Roman" w:hAnsi="Times New Roman"/>
          <w:sz w:val="24"/>
          <w:szCs w:val="24"/>
          <w:lang w:val="tt-RU"/>
        </w:rPr>
        <w:t>начального</w:t>
      </w:r>
      <w:r w:rsidRPr="00895C35">
        <w:rPr>
          <w:rFonts w:ascii="Times New Roman" w:hAnsi="Times New Roman"/>
          <w:kern w:val="2"/>
          <w:sz w:val="24"/>
          <w:szCs w:val="24"/>
          <w:lang w:val="ru-RU"/>
        </w:rPr>
        <w:t>общего образования.</w:t>
      </w:r>
    </w:p>
    <w:p w14:paraId="4A61DAD6" w14:textId="77777777" w:rsidR="00895C35" w:rsidRPr="008342DD" w:rsidRDefault="00895C35" w:rsidP="00895C35">
      <w:pPr>
        <w:pStyle w:val="ae"/>
        <w:numPr>
          <w:ilvl w:val="0"/>
          <w:numId w:val="12"/>
        </w:numPr>
        <w:tabs>
          <w:tab w:val="left" w:pos="142"/>
          <w:tab w:val="left" w:pos="9288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lastRenderedPageBreak/>
        <w:t xml:space="preserve">ПРИМЕРНАЯ ОБРАЗОВАТЕЛЬНАЯ ПРОГРАММА УЧЕБНОГО ПРЕДМЕТА «РОДНОЙ (ТАТАРСКИЙ) ЯЗЫК» ДЛЯ 1-4 КЛАССОВ НАЧАЛЬНОГО ОБЩЕГО ОБРАЗОВАНИЯ С ОБУЧЕНИЕМ НА РОДНОМ (ТАТАРСКОМ) ЯЗЫКЕ Разработчики: Шакурова М.М., кандидат филологических наук, доцент, ведущий научный сотрудник Института языка, литературы и искусства им. Г. Ибрагимова Академии наук Республики Татарстан;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Гиниятуллина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 Л.М., кандидат филологических наук, доцент, старший научный сотрудник Института языка, литературы и искусства им. Г. Ибрагимова Академии наук Республики Татарстан (ОДОБРЕНА решением федерального учебно-методического объединения по общему образованию </w:t>
      </w:r>
      <w:r w:rsidRPr="008342DD">
        <w:rPr>
          <w:rFonts w:ascii="Times New Roman" w:hAnsi="Times New Roman"/>
          <w:sz w:val="24"/>
          <w:szCs w:val="24"/>
        </w:rPr>
        <w:t>(</w:t>
      </w:r>
      <w:proofErr w:type="spellStart"/>
      <w:r w:rsidRPr="008342DD">
        <w:rPr>
          <w:rFonts w:ascii="Times New Roman" w:hAnsi="Times New Roman"/>
          <w:sz w:val="24"/>
          <w:szCs w:val="24"/>
        </w:rPr>
        <w:t>протокол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2DD">
        <w:rPr>
          <w:rFonts w:ascii="Times New Roman" w:hAnsi="Times New Roman"/>
          <w:sz w:val="24"/>
          <w:szCs w:val="24"/>
        </w:rPr>
        <w:t>от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8342DD">
        <w:rPr>
          <w:rFonts w:ascii="Times New Roman" w:hAnsi="Times New Roman"/>
          <w:sz w:val="24"/>
          <w:szCs w:val="24"/>
        </w:rPr>
        <w:t>сентября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2020 г. № 3/20</w:t>
      </w:r>
    </w:p>
    <w:p w14:paraId="2715145E" w14:textId="77777777" w:rsidR="00895C35" w:rsidRPr="008342DD" w:rsidRDefault="00895C35" w:rsidP="00895C35">
      <w:pPr>
        <w:pStyle w:val="ae"/>
        <w:numPr>
          <w:ilvl w:val="0"/>
          <w:numId w:val="12"/>
        </w:numPr>
        <w:ind w:left="-774" w:firstLine="65"/>
        <w:jc w:val="center"/>
        <w:rPr>
          <w:rFonts w:ascii="Times New Roman" w:hAnsi="Times New Roman"/>
          <w:sz w:val="24"/>
          <w:szCs w:val="24"/>
          <w:lang w:val="tt-RU"/>
        </w:rPr>
      </w:pPr>
      <w:r w:rsidRPr="008342DD">
        <w:rPr>
          <w:rFonts w:ascii="Times New Roman" w:hAnsi="Times New Roman"/>
          <w:sz w:val="24"/>
          <w:szCs w:val="24"/>
          <w:lang w:val="tt-RU"/>
        </w:rPr>
        <w:t>Туган (татар) тел фәнен федераль эш программаларына нигезләнеп укыту буенча методик тәкъдимнәр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8342DD">
        <w:rPr>
          <w:rFonts w:ascii="Times New Roman" w:hAnsi="Times New Roman"/>
          <w:sz w:val="24"/>
          <w:szCs w:val="24"/>
          <w:lang w:val="tt-RU"/>
        </w:rPr>
        <w:t>1 - 4 сыйныфлар</w:t>
      </w:r>
    </w:p>
    <w:p w14:paraId="6EBB1EB5" w14:textId="77777777" w:rsidR="00895C35" w:rsidRPr="00895C35" w:rsidRDefault="00895C35" w:rsidP="00895C35">
      <w:pPr>
        <w:pStyle w:val="ae"/>
        <w:widowControl w:val="0"/>
        <w:numPr>
          <w:ilvl w:val="0"/>
          <w:numId w:val="10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Учебный план </w:t>
      </w:r>
      <w:r w:rsidRPr="00895C35">
        <w:rPr>
          <w:lang w:val="ru-RU"/>
        </w:rPr>
        <w:t xml:space="preserve">МБОУ </w:t>
      </w:r>
      <w:r w:rsidRPr="00895C35">
        <w:rPr>
          <w:rFonts w:ascii="Times New Roman" w:hAnsi="Times New Roman"/>
          <w:sz w:val="24"/>
          <w:szCs w:val="24"/>
          <w:lang w:val="ru-RU"/>
        </w:rPr>
        <w:t xml:space="preserve">«Иске-Казанская основная общеобразовательная школа </w:t>
      </w:r>
      <w:proofErr w:type="gramStart"/>
      <w:r w:rsidRPr="00895C35">
        <w:rPr>
          <w:rFonts w:ascii="Times New Roman" w:hAnsi="Times New Roman"/>
          <w:sz w:val="24"/>
          <w:szCs w:val="24"/>
          <w:lang w:val="ru-RU"/>
        </w:rPr>
        <w:t>Высокогорского  муниципального</w:t>
      </w:r>
      <w:proofErr w:type="gramEnd"/>
      <w:r w:rsidRPr="00895C35">
        <w:rPr>
          <w:rFonts w:ascii="Times New Roman" w:hAnsi="Times New Roman"/>
          <w:sz w:val="24"/>
          <w:szCs w:val="24"/>
          <w:lang w:val="ru-RU"/>
        </w:rPr>
        <w:t xml:space="preserve"> района Республики Татарстан» на 2023/2024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уч.г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 ;</w:t>
      </w:r>
    </w:p>
    <w:p w14:paraId="1B95E750" w14:textId="77777777" w:rsidR="00895C35" w:rsidRPr="00895C35" w:rsidRDefault="00895C35" w:rsidP="00895C35">
      <w:pPr>
        <w:widowControl w:val="0"/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60D7AEB8" w14:textId="77777777" w:rsidR="00895C35" w:rsidRPr="008342DD" w:rsidRDefault="00895C35" w:rsidP="00895C35">
      <w:pPr>
        <w:spacing w:after="0" w:line="240" w:lineRule="auto"/>
        <w:rPr>
          <w:rFonts w:ascii="Times New Roman" w:hAnsi="Times New Roman"/>
          <w:b/>
          <w:spacing w:val="-1"/>
          <w:sz w:val="24"/>
          <w:szCs w:val="24"/>
          <w:lang w:val="tt-RU"/>
        </w:rPr>
      </w:pPr>
      <w:r w:rsidRPr="00895C35">
        <w:rPr>
          <w:rFonts w:ascii="Times New Roman" w:hAnsi="Times New Roman"/>
          <w:b/>
          <w:position w:val="2"/>
          <w:sz w:val="24"/>
          <w:szCs w:val="24"/>
          <w:lang w:val="ru-RU"/>
        </w:rPr>
        <w:t>Обучение ведется по учебникам</w:t>
      </w:r>
      <w:r w:rsidRPr="00895C35">
        <w:rPr>
          <w:rFonts w:ascii="Times New Roman" w:hAnsi="Times New Roman"/>
          <w:b/>
          <w:sz w:val="24"/>
          <w:szCs w:val="24"/>
          <w:lang w:val="ru-RU"/>
        </w:rPr>
        <w:t xml:space="preserve"> для учащихся </w:t>
      </w:r>
      <w:r>
        <w:rPr>
          <w:rFonts w:ascii="Times New Roman" w:hAnsi="Times New Roman"/>
          <w:b/>
          <w:sz w:val="24"/>
          <w:szCs w:val="24"/>
          <w:lang w:val="tt-RU"/>
        </w:rPr>
        <w:t>2</w:t>
      </w:r>
      <w:r w:rsidRPr="00895C35">
        <w:rPr>
          <w:rFonts w:ascii="Times New Roman" w:hAnsi="Times New Roman"/>
          <w:b/>
          <w:sz w:val="24"/>
          <w:szCs w:val="24"/>
          <w:lang w:val="ru-RU"/>
        </w:rPr>
        <w:t>класса  общеобразовательных учреждений:</w:t>
      </w:r>
    </w:p>
    <w:p w14:paraId="4D56ADB2" w14:textId="77777777" w:rsidR="00895C35" w:rsidRPr="005E7CCC" w:rsidRDefault="00895C35" w:rsidP="00895C35">
      <w:pPr>
        <w:jc w:val="both"/>
        <w:rPr>
          <w:rFonts w:ascii="Times New Roman" w:hAnsi="Times New Roman"/>
          <w:bCs/>
          <w:sz w:val="23"/>
          <w:szCs w:val="23"/>
          <w:lang w:val="tt-RU"/>
        </w:rPr>
      </w:pPr>
      <w:r>
        <w:rPr>
          <w:rFonts w:ascii="Times New Roman" w:hAnsi="Times New Roman"/>
          <w:bCs/>
          <w:sz w:val="23"/>
          <w:szCs w:val="23"/>
          <w:lang w:val="tt-RU"/>
        </w:rPr>
        <w:t>1.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Туган  тел  (татар  теле). 2 сыйныф. Ике кисәктә. 1 нче кисәк: башлангыч го</w:t>
      </w:r>
      <w:r w:rsidRPr="00E5274F">
        <w:rPr>
          <w:rFonts w:ascii="Times New Roman" w:hAnsi="Times New Roman"/>
          <w:bCs/>
          <w:sz w:val="23"/>
          <w:szCs w:val="23"/>
          <w:lang w:val="tt-RU"/>
        </w:rPr>
        <w:t>муми белем  бирү  оешмалары өчен 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 xml:space="preserve">дәреслек </w:t>
      </w:r>
      <w:r w:rsidRPr="00E5274F">
        <w:rPr>
          <w:rFonts w:ascii="Times New Roman" w:hAnsi="Times New Roman"/>
          <w:bCs/>
          <w:sz w:val="23"/>
          <w:szCs w:val="23"/>
          <w:lang w:val="tt-RU"/>
        </w:rPr>
        <w:t xml:space="preserve"> (татар  телен  туган  тел  буларак өйрәнүче  </w:t>
      </w:r>
      <w:r w:rsidRPr="005E7CCC">
        <w:rPr>
          <w:rFonts w:ascii="Times New Roman" w:hAnsi="Times New Roman"/>
          <w:bCs/>
          <w:sz w:val="23"/>
          <w:szCs w:val="23"/>
          <w:lang w:val="tt-RU"/>
        </w:rPr>
        <w:t>укучылар   өчен).   / М. М. Шәкүрова,  Л. М. Гыйниятуллина,  О. Р.  Хисамов; [рәссамы  Диләрә Нәүрузова].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 xml:space="preserve"> – </w:t>
      </w:r>
      <w:r w:rsidRPr="008224F6">
        <w:rPr>
          <w:rFonts w:ascii="Times New Roman" w:hAnsi="Times New Roman"/>
          <w:sz w:val="23"/>
          <w:szCs w:val="23"/>
          <w:lang w:val="tt-RU"/>
        </w:rPr>
        <w:t xml:space="preserve"> Казан: Тат. кит. нәшр.,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 2020.  –  126 б.</w:t>
      </w:r>
    </w:p>
    <w:p w14:paraId="1152723D" w14:textId="77777777" w:rsidR="00895C35" w:rsidRPr="008224F6" w:rsidRDefault="00895C35" w:rsidP="00895C35">
      <w:pPr>
        <w:jc w:val="both"/>
        <w:rPr>
          <w:rFonts w:ascii="Times New Roman" w:hAnsi="Times New Roman"/>
          <w:bCs/>
          <w:sz w:val="23"/>
          <w:szCs w:val="23"/>
          <w:lang w:val="tt-RU"/>
        </w:rPr>
      </w:pPr>
      <w:r>
        <w:rPr>
          <w:rFonts w:ascii="Times New Roman" w:hAnsi="Times New Roman"/>
          <w:bCs/>
          <w:sz w:val="23"/>
          <w:szCs w:val="23"/>
          <w:lang w:val="tt-RU"/>
        </w:rPr>
        <w:t>2.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Туган тел  (татар теле). 2 сыйныф. Ике кисәктә. 2 нче кисәк:  башлангыч  гомуми  белем  бирү  оешмалары  өчен  дәреслек (татар телен туган тел буларак өйрәнүче  укучылар  өчен). / М. М. Шәкүрова,  Л. М. Гыйниятуллина, О. Р.  Хисамов;  [рәссамы  Диләрә Нәүрузова].  – </w:t>
      </w:r>
      <w:r w:rsidRPr="008224F6">
        <w:rPr>
          <w:rFonts w:ascii="Times New Roman" w:hAnsi="Times New Roman"/>
          <w:sz w:val="23"/>
          <w:szCs w:val="23"/>
          <w:lang w:val="tt-RU"/>
        </w:rPr>
        <w:t xml:space="preserve"> Казан: Тат. кит. нәшр.,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 2020.  – 112 б.</w:t>
      </w:r>
    </w:p>
    <w:p w14:paraId="22F54935" w14:textId="77777777" w:rsidR="00895C35" w:rsidRPr="00AD6189" w:rsidRDefault="00895C35" w:rsidP="00895C35">
      <w:pPr>
        <w:shd w:val="clear" w:color="auto" w:fill="FFFFFF"/>
        <w:spacing w:line="360" w:lineRule="auto"/>
        <w:ind w:firstLine="142"/>
        <w:rPr>
          <w:rFonts w:ascii="Times New Roman" w:hAnsi="Times New Roman"/>
          <w:lang w:val="tt-RU"/>
        </w:rPr>
      </w:pPr>
    </w:p>
    <w:p w14:paraId="37062ED3" w14:textId="77777777" w:rsidR="00895C35" w:rsidRPr="00895C35" w:rsidRDefault="00895C35" w:rsidP="00895C35">
      <w:pPr>
        <w:pStyle w:val="aa"/>
        <w:tabs>
          <w:tab w:val="left" w:pos="142"/>
        </w:tabs>
        <w:spacing w:line="360" w:lineRule="auto"/>
        <w:ind w:firstLine="142"/>
        <w:jc w:val="both"/>
        <w:rPr>
          <w:b/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14:paraId="033F33D1" w14:textId="77777777" w:rsidR="00895C35" w:rsidRDefault="00895C35" w:rsidP="00895C35">
      <w:pPr>
        <w:spacing w:after="258" w:line="228" w:lineRule="auto"/>
        <w:rPr>
          <w:rFonts w:ascii="Times New Roman" w:hAnsi="Times New Roman"/>
          <w:sz w:val="24"/>
          <w:szCs w:val="24"/>
          <w:lang w:val="tt-RU"/>
        </w:rPr>
      </w:pPr>
    </w:p>
    <w:p w14:paraId="2AB38044" w14:textId="77777777" w:rsidR="00895C35" w:rsidRDefault="00895C35" w:rsidP="00895C35">
      <w:pPr>
        <w:spacing w:after="258" w:line="228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14:paraId="434C720B" w14:textId="77777777" w:rsidR="00895C35" w:rsidRDefault="00895C35" w:rsidP="00895C35">
      <w:pPr>
        <w:spacing w:after="258" w:line="228" w:lineRule="auto"/>
        <w:jc w:val="center"/>
        <w:rPr>
          <w:b/>
          <w:sz w:val="24"/>
          <w:szCs w:val="24"/>
          <w:lang w:val="tt-RU"/>
        </w:rPr>
      </w:pPr>
      <w:r w:rsidRPr="00AD6189">
        <w:rPr>
          <w:rFonts w:ascii="Times New Roman" w:hAnsi="Times New Roman"/>
          <w:b/>
          <w:sz w:val="24"/>
          <w:szCs w:val="24"/>
          <w:lang w:val="tt-RU"/>
        </w:rPr>
        <w:t xml:space="preserve">ПОУРОЧНОЕ </w:t>
      </w:r>
      <w:r w:rsidRPr="006D3E3C">
        <w:rPr>
          <w:rFonts w:ascii="Times New Roman" w:hAnsi="Times New Roman"/>
          <w:b/>
          <w:sz w:val="24"/>
          <w:szCs w:val="24"/>
          <w:lang w:val="ru-RU"/>
        </w:rPr>
        <w:t xml:space="preserve"> ПЛАНИРОВАНИЕ</w:t>
      </w:r>
    </w:p>
    <w:p w14:paraId="66BFE975" w14:textId="77777777" w:rsidR="00895C35" w:rsidRDefault="00895C35" w:rsidP="00895C35">
      <w:pPr>
        <w:spacing w:after="0" w:line="240" w:lineRule="auto"/>
        <w:jc w:val="center"/>
        <w:rPr>
          <w:b/>
          <w:sz w:val="24"/>
          <w:szCs w:val="24"/>
          <w:lang w:val="tt-RU"/>
        </w:rPr>
      </w:pPr>
      <w:r w:rsidRPr="00A1775A">
        <w:rPr>
          <w:b/>
          <w:sz w:val="24"/>
          <w:szCs w:val="24"/>
          <w:lang w:val="tt-RU"/>
        </w:rPr>
        <w:t>2 класс</w:t>
      </w:r>
    </w:p>
    <w:p w14:paraId="6B6C290F" w14:textId="77777777" w:rsidR="00895C35" w:rsidRPr="00146D93" w:rsidRDefault="00895C35" w:rsidP="00895C35">
      <w:pPr>
        <w:spacing w:after="0" w:line="240" w:lineRule="auto"/>
        <w:jc w:val="center"/>
        <w:rPr>
          <w:sz w:val="24"/>
          <w:szCs w:val="24"/>
          <w:lang w:val="tt-RU"/>
        </w:rPr>
      </w:pPr>
    </w:p>
    <w:tbl>
      <w:tblPr>
        <w:tblStyle w:val="aff1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66"/>
        <w:gridCol w:w="6661"/>
        <w:gridCol w:w="945"/>
        <w:gridCol w:w="1046"/>
        <w:gridCol w:w="1114"/>
        <w:gridCol w:w="1134"/>
        <w:gridCol w:w="3686"/>
      </w:tblGrid>
      <w:tr w:rsidR="00895C35" w:rsidRPr="00AC5F97" w14:paraId="1715D921" w14:textId="77777777" w:rsidTr="005E6A4F">
        <w:trPr>
          <w:trHeight w:val="960"/>
        </w:trPr>
        <w:tc>
          <w:tcPr>
            <w:tcW w:w="866" w:type="dxa"/>
            <w:vMerge w:val="restart"/>
          </w:tcPr>
          <w:p w14:paraId="2F70127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661" w:type="dxa"/>
            <w:vMerge w:val="restart"/>
          </w:tcPr>
          <w:p w14:paraId="79806BC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05" w:type="dxa"/>
            <w:gridSpan w:val="3"/>
          </w:tcPr>
          <w:p w14:paraId="4EB31B9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часов/Сәгать саны</w:t>
            </w:r>
          </w:p>
        </w:tc>
        <w:tc>
          <w:tcPr>
            <w:tcW w:w="1134" w:type="dxa"/>
            <w:vMerge w:val="restart"/>
          </w:tcPr>
          <w:p w14:paraId="483549B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686" w:type="dxa"/>
            <w:vMerge w:val="restart"/>
          </w:tcPr>
          <w:p w14:paraId="3F5ABD1D" w14:textId="77777777" w:rsidR="00895C35" w:rsidRPr="00AC5F97" w:rsidRDefault="00895C35" w:rsidP="005E6A4F">
            <w:pPr>
              <w:jc w:val="center"/>
              <w:rPr>
                <w:sz w:val="24"/>
                <w:szCs w:val="24"/>
                <w:lang w:val="tt-RU"/>
              </w:rPr>
            </w:pPr>
            <w:r w:rsidRPr="00AC5F97">
              <w:rPr>
                <w:b/>
                <w:sz w:val="24"/>
                <w:szCs w:val="24"/>
                <w:lang w:val="tt-RU"/>
              </w:rPr>
              <w:t>ЦОР</w:t>
            </w:r>
          </w:p>
        </w:tc>
      </w:tr>
      <w:tr w:rsidR="00895C35" w:rsidRPr="00AC5F97" w14:paraId="6D5FCDDD" w14:textId="77777777" w:rsidTr="005E6A4F">
        <w:trPr>
          <w:trHeight w:val="960"/>
        </w:trPr>
        <w:tc>
          <w:tcPr>
            <w:tcW w:w="866" w:type="dxa"/>
            <w:vMerge/>
          </w:tcPr>
          <w:p w14:paraId="3C37876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3953428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4A2C1E6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046" w:type="dxa"/>
          </w:tcPr>
          <w:p w14:paraId="1996CB0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1114" w:type="dxa"/>
          </w:tcPr>
          <w:p w14:paraId="48F6B5B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Практич.</w:t>
            </w:r>
          </w:p>
        </w:tc>
        <w:tc>
          <w:tcPr>
            <w:tcW w:w="1134" w:type="dxa"/>
            <w:vMerge/>
          </w:tcPr>
          <w:p w14:paraId="3BA4EFF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vMerge/>
          </w:tcPr>
          <w:p w14:paraId="41978897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4B79D70B" w14:textId="77777777" w:rsidTr="005E6A4F">
        <w:trPr>
          <w:trHeight w:val="625"/>
        </w:trPr>
        <w:tc>
          <w:tcPr>
            <w:tcW w:w="866" w:type="dxa"/>
          </w:tcPr>
          <w:p w14:paraId="0F697C4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5CD1F70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Звук и буква.Г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ласны</w:t>
            </w:r>
            <w:proofErr w:type="spellEnd"/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 звуки.  Твёрдые и  </w:t>
            </w:r>
            <w:r w:rsidRPr="00AE273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-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мягкие звуки. </w:t>
            </w:r>
          </w:p>
          <w:p w14:paraId="7DFEA0B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Аваз һәм хәреф. Сузык авазлар. Калын сузыклар. Нечкә сузыклар.</w:t>
            </w:r>
          </w:p>
        </w:tc>
        <w:tc>
          <w:tcPr>
            <w:tcW w:w="945" w:type="dxa"/>
            <w:vMerge w:val="restart"/>
          </w:tcPr>
          <w:p w14:paraId="2C681F7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318AE3E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855009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0035547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1.09.23</w:t>
            </w:r>
          </w:p>
        </w:tc>
        <w:tc>
          <w:tcPr>
            <w:tcW w:w="3686" w:type="dxa"/>
          </w:tcPr>
          <w:p w14:paraId="0AEB4AC8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7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https://disk.yandex.ru/d/z8T8CjAwkDi3lQ?w=1</w:t>
              </w:r>
            </w:hyperlink>
          </w:p>
          <w:p w14:paraId="7FA080CB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2C0F7E66" w14:textId="77777777" w:rsidTr="005E6A4F">
        <w:trPr>
          <w:trHeight w:val="407"/>
        </w:trPr>
        <w:tc>
          <w:tcPr>
            <w:tcW w:w="866" w:type="dxa"/>
          </w:tcPr>
          <w:p w14:paraId="1C3B9F0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3650CE2C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550246C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5361FD2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138EE1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01217E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4.09.23</w:t>
            </w:r>
          </w:p>
        </w:tc>
        <w:tc>
          <w:tcPr>
            <w:tcW w:w="3686" w:type="dxa"/>
          </w:tcPr>
          <w:p w14:paraId="412B0FF2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2728B956" w14:textId="77777777" w:rsidTr="005E6A4F">
        <w:trPr>
          <w:trHeight w:val="143"/>
        </w:trPr>
        <w:tc>
          <w:tcPr>
            <w:tcW w:w="866" w:type="dxa"/>
          </w:tcPr>
          <w:p w14:paraId="6970CD78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7875A3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0E9C15B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14F905D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062AB9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45E154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5.09.23</w:t>
            </w:r>
          </w:p>
        </w:tc>
        <w:tc>
          <w:tcPr>
            <w:tcW w:w="3686" w:type="dxa"/>
          </w:tcPr>
          <w:p w14:paraId="38621E14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4986F4E7" w14:textId="77777777" w:rsidTr="005E6A4F">
        <w:trPr>
          <w:trHeight w:val="545"/>
        </w:trPr>
        <w:tc>
          <w:tcPr>
            <w:tcW w:w="866" w:type="dxa"/>
          </w:tcPr>
          <w:p w14:paraId="605AEA70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1AE0AE7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Звуки [ō], [ы], [э], которые употребляются только в русских заимствованиях/</w:t>
            </w:r>
            <w:r w:rsidR="00000000">
              <w:rPr>
                <w:rFonts w:ascii="Times New Roman" w:hAnsi="Times New Roman"/>
                <w:noProof/>
                <w:sz w:val="24"/>
                <w:szCs w:val="24"/>
              </w:rPr>
              <w:pict w14:anchorId="0AC08EAE">
                <v:line id="Прямая соединительная линия 5" o:spid="_x0000_s1028" style="position:absolute;z-index:251662336;visibility:visible;mso-position-horizontal-relative:text;mso-position-vertical-relative:text" from="46.25pt,1.25pt" to="50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" strokecolor="#4f81bd [3204]" strokeweight=".5pt">
                  <v:stroke joinstyle="miter"/>
                </v:line>
              </w:pict>
            </w:r>
            <w:r w:rsidR="00000000">
              <w:rPr>
                <w:rFonts w:ascii="Times New Roman" w:hAnsi="Times New Roman"/>
                <w:noProof/>
                <w:sz w:val="24"/>
                <w:szCs w:val="24"/>
              </w:rPr>
              <w:pict w14:anchorId="182E6C6D">
                <v:line id="Прямая соединительная линия 4" o:spid="_x0000_s1027" style="position:absolute;z-index:251661312;visibility:visible;mso-position-horizontal-relative:text;mso-position-vertical-relative:text" from="25.25pt,.75pt" to="30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" strokecolor="#4f81bd [3204]" strokeweight=".5pt">
                  <v:stroke joinstyle="miter"/>
                </v:line>
              </w:pict>
            </w:r>
            <w:r w:rsidR="00000000">
              <w:rPr>
                <w:rFonts w:ascii="Times New Roman" w:hAnsi="Times New Roman"/>
                <w:noProof/>
                <w:sz w:val="24"/>
                <w:szCs w:val="24"/>
              </w:rPr>
              <w:pict w14:anchorId="48024273">
                <v:line id="Прямая соединительная линия 1" o:spid="_x0000_s1026" style="position:absolute;z-index:251660288;visibility:visible;mso-position-horizontal-relative:text;mso-position-vertical-relative:text" from="3.75pt,1.25pt" to="8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" strokecolor="#4f81bd [3204]" strokeweight=".5pt">
                  <v:stroke joinstyle="miter"/>
                </v:line>
              </w:pic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[о], [ы], [э] сузыклары.( Мәктәптә һәм өйдә)</w:t>
            </w:r>
          </w:p>
        </w:tc>
        <w:tc>
          <w:tcPr>
            <w:tcW w:w="945" w:type="dxa"/>
            <w:vMerge w:val="restart"/>
          </w:tcPr>
          <w:p w14:paraId="3892EF8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  <w:vMerge w:val="restart"/>
          </w:tcPr>
          <w:p w14:paraId="77FB695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  <w:vMerge w:val="restart"/>
          </w:tcPr>
          <w:p w14:paraId="0304953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1DCD610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8.09.23</w:t>
            </w:r>
          </w:p>
        </w:tc>
        <w:tc>
          <w:tcPr>
            <w:tcW w:w="3686" w:type="dxa"/>
          </w:tcPr>
          <w:p w14:paraId="700D0C6A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8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3FA21EDE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7EB85916" w14:textId="77777777" w:rsidTr="005E6A4F">
        <w:trPr>
          <w:trHeight w:val="479"/>
        </w:trPr>
        <w:tc>
          <w:tcPr>
            <w:tcW w:w="866" w:type="dxa"/>
            <w:tcBorders>
              <w:bottom w:val="single" w:sz="4" w:space="0" w:color="auto"/>
            </w:tcBorders>
          </w:tcPr>
          <w:p w14:paraId="596E1BF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03452C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</w:tcPr>
          <w:p w14:paraId="2257CFD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  <w:vMerge/>
            <w:tcBorders>
              <w:bottom w:val="single" w:sz="4" w:space="0" w:color="auto"/>
            </w:tcBorders>
          </w:tcPr>
          <w:p w14:paraId="1DCE470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</w:tcPr>
          <w:p w14:paraId="0D868C3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BCE85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11.09.23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3299EA7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6B375EBC" w14:textId="77777777" w:rsidTr="005E6A4F">
        <w:tc>
          <w:tcPr>
            <w:tcW w:w="866" w:type="dxa"/>
          </w:tcPr>
          <w:p w14:paraId="013E9AD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59C677F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Слова мягким и тведыс произношением и соединение аффиксов к ним/ </w:t>
            </w:r>
            <w:r w:rsidRPr="002C23D0">
              <w:rPr>
                <w:rFonts w:ascii="Times New Roman" w:hAnsi="Times New Roman"/>
                <w:sz w:val="24"/>
                <w:szCs w:val="24"/>
                <w:lang w:val="tt-RU"/>
              </w:rPr>
              <w:t>Калын һәм нечкә әйтелешле сүзләр. Аларга кушымчалар ялгау. Көн тәртибе</w:t>
            </w:r>
          </w:p>
        </w:tc>
        <w:tc>
          <w:tcPr>
            <w:tcW w:w="945" w:type="dxa"/>
            <w:vMerge w:val="restart"/>
          </w:tcPr>
          <w:p w14:paraId="2DF59E2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42C1AF9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B79F0C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016A942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12.09.23</w:t>
            </w:r>
          </w:p>
        </w:tc>
        <w:tc>
          <w:tcPr>
            <w:tcW w:w="3686" w:type="dxa"/>
          </w:tcPr>
          <w:p w14:paraId="70680DD5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9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http://www.antat.ru/ru/iyli/publishing/book/2019/метод_2%20кл-новый.pdf</w:t>
              </w:r>
            </w:hyperlink>
          </w:p>
          <w:p w14:paraId="62E7A1CF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2D8437F3" w14:textId="77777777" w:rsidTr="005E6A4F">
        <w:tc>
          <w:tcPr>
            <w:tcW w:w="866" w:type="dxa"/>
          </w:tcPr>
          <w:p w14:paraId="463A38A6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429C16F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7928DED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FF995E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4F98B6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464B96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15.09.23</w:t>
            </w:r>
          </w:p>
        </w:tc>
        <w:tc>
          <w:tcPr>
            <w:tcW w:w="3686" w:type="dxa"/>
          </w:tcPr>
          <w:p w14:paraId="6729112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152BD71D" w14:textId="77777777" w:rsidTr="005E6A4F">
        <w:tc>
          <w:tcPr>
            <w:tcW w:w="866" w:type="dxa"/>
          </w:tcPr>
          <w:p w14:paraId="446327E3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AFE1BA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7178075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4BDC85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FBB1BF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82C268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18.09.23</w:t>
            </w:r>
          </w:p>
        </w:tc>
        <w:tc>
          <w:tcPr>
            <w:tcW w:w="3686" w:type="dxa"/>
          </w:tcPr>
          <w:p w14:paraId="00CEB614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740C20DA" w14:textId="77777777" w:rsidTr="005E6A4F">
        <w:trPr>
          <w:trHeight w:val="517"/>
        </w:trPr>
        <w:tc>
          <w:tcPr>
            <w:tcW w:w="866" w:type="dxa"/>
          </w:tcPr>
          <w:p w14:paraId="4DE82FB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5F7AEC4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[Звуки ; а], [о], [ы], [ө] /   а], [о], [ы], [ө] авазлары. Дус гаилә – бәхетле гаилә</w:t>
            </w:r>
          </w:p>
          <w:p w14:paraId="09C69CA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 w:val="restart"/>
          </w:tcPr>
          <w:p w14:paraId="2374BC7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14:paraId="506ED62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471992F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B280BE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A5DBEFE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19.09.23</w:t>
            </w:r>
          </w:p>
        </w:tc>
        <w:tc>
          <w:tcPr>
            <w:tcW w:w="3686" w:type="dxa"/>
          </w:tcPr>
          <w:p w14:paraId="4974C57A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0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1FC8C3CC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23B13965" w14:textId="77777777" w:rsidTr="005E6A4F">
        <w:trPr>
          <w:trHeight w:val="517"/>
        </w:trPr>
        <w:tc>
          <w:tcPr>
            <w:tcW w:w="866" w:type="dxa"/>
          </w:tcPr>
          <w:p w14:paraId="105550CC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3409507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6461B5F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138E5D1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5795C9B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869531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22.09.23</w:t>
            </w:r>
          </w:p>
        </w:tc>
        <w:tc>
          <w:tcPr>
            <w:tcW w:w="3686" w:type="dxa"/>
          </w:tcPr>
          <w:p w14:paraId="6BA4933B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19515F62" w14:textId="77777777" w:rsidTr="005E6A4F">
        <w:trPr>
          <w:trHeight w:val="517"/>
        </w:trPr>
        <w:tc>
          <w:tcPr>
            <w:tcW w:w="866" w:type="dxa"/>
          </w:tcPr>
          <w:p w14:paraId="60F38E03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A9BFD6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4D54487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356D733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2EA11B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8B5B82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25.09.23</w:t>
            </w:r>
          </w:p>
        </w:tc>
        <w:tc>
          <w:tcPr>
            <w:tcW w:w="3686" w:type="dxa"/>
          </w:tcPr>
          <w:p w14:paraId="5E666584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63379AB" w14:textId="77777777" w:rsidTr="005E6A4F">
        <w:trPr>
          <w:trHeight w:val="675"/>
        </w:trPr>
        <w:tc>
          <w:tcPr>
            <w:tcW w:w="866" w:type="dxa"/>
          </w:tcPr>
          <w:p w14:paraId="61C4F1B0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5B78EAE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Значение    аффикса –кай,-кәй/ -кай/-кәй кушымчасының мәгънәсе. Дус гаилә – бәхетле гаилә.</w:t>
            </w:r>
          </w:p>
        </w:tc>
        <w:tc>
          <w:tcPr>
            <w:tcW w:w="945" w:type="dxa"/>
          </w:tcPr>
          <w:p w14:paraId="48D813A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2475E96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5A88973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51E2805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26.09.23</w:t>
            </w:r>
          </w:p>
        </w:tc>
        <w:tc>
          <w:tcPr>
            <w:tcW w:w="3686" w:type="dxa"/>
          </w:tcPr>
          <w:p w14:paraId="30F21824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1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5294EC20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6C272CC8" w14:textId="77777777" w:rsidTr="005E6A4F">
        <w:tc>
          <w:tcPr>
            <w:tcW w:w="866" w:type="dxa"/>
          </w:tcPr>
          <w:p w14:paraId="6FCF5A21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00C188FF" w14:textId="77777777" w:rsid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текстом.“</w:t>
            </w:r>
            <w:r w:rsidRPr="002C23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Кадерле бүләк»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  <w:p w14:paraId="1BB14C6C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Текст белән эш. «Кадерле бүләк» тексты белән эш</w:t>
            </w:r>
          </w:p>
        </w:tc>
        <w:tc>
          <w:tcPr>
            <w:tcW w:w="945" w:type="dxa"/>
          </w:tcPr>
          <w:p w14:paraId="7BCD7E0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5690A7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9C2EB0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5BEE15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29.09.23</w:t>
            </w:r>
          </w:p>
        </w:tc>
        <w:tc>
          <w:tcPr>
            <w:tcW w:w="3686" w:type="dxa"/>
          </w:tcPr>
          <w:p w14:paraId="46D81EEC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49F68D3C" w14:textId="77777777" w:rsidTr="005E6A4F">
        <w:tc>
          <w:tcPr>
            <w:tcW w:w="866" w:type="dxa"/>
          </w:tcPr>
          <w:p w14:paraId="35EDE7D2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02E3442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63BB208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CDACA8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097BF5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8930AA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2.10.23</w:t>
            </w:r>
          </w:p>
        </w:tc>
        <w:tc>
          <w:tcPr>
            <w:tcW w:w="3686" w:type="dxa"/>
          </w:tcPr>
          <w:p w14:paraId="2C0B5632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4552FA73" w14:textId="77777777" w:rsidTr="005E6A4F">
        <w:trPr>
          <w:trHeight w:val="423"/>
        </w:trPr>
        <w:tc>
          <w:tcPr>
            <w:tcW w:w="866" w:type="dxa"/>
          </w:tcPr>
          <w:p w14:paraId="1295252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7EBFAB7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Согласные звуки в татарском языке: специфичные согласные звуки [w], [ғ], [қ],.Тартык авазлар. Татар теленең үзенчәлекле авазлары [w], [ғ], [қ]. (Дуслар белән күңелле)</w:t>
            </w:r>
          </w:p>
        </w:tc>
        <w:tc>
          <w:tcPr>
            <w:tcW w:w="945" w:type="dxa"/>
            <w:vMerge w:val="restart"/>
          </w:tcPr>
          <w:p w14:paraId="1A2149E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0A1CBE6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0BC1DBC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718162A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3.10.23</w:t>
            </w:r>
          </w:p>
        </w:tc>
        <w:tc>
          <w:tcPr>
            <w:tcW w:w="3686" w:type="dxa"/>
          </w:tcPr>
          <w:p w14:paraId="621712B0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2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2A34C414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41F4E727" w14:textId="77777777" w:rsidTr="005E6A4F">
        <w:trPr>
          <w:trHeight w:val="416"/>
        </w:trPr>
        <w:tc>
          <w:tcPr>
            <w:tcW w:w="866" w:type="dxa"/>
          </w:tcPr>
          <w:p w14:paraId="1B5ED6AF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05EC74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6F1092A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69D663D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0C1D77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773192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6.10.23</w:t>
            </w:r>
          </w:p>
        </w:tc>
        <w:tc>
          <w:tcPr>
            <w:tcW w:w="3686" w:type="dxa"/>
          </w:tcPr>
          <w:p w14:paraId="6599378C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3B7588F0" w14:textId="77777777" w:rsidTr="005E6A4F">
        <w:trPr>
          <w:trHeight w:val="422"/>
        </w:trPr>
        <w:tc>
          <w:tcPr>
            <w:tcW w:w="866" w:type="dxa"/>
          </w:tcPr>
          <w:p w14:paraId="6B548F38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6073F3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7F1031B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B4FF71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5C6535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479113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9.10.23</w:t>
            </w:r>
          </w:p>
        </w:tc>
        <w:tc>
          <w:tcPr>
            <w:tcW w:w="3686" w:type="dxa"/>
          </w:tcPr>
          <w:p w14:paraId="0396638B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B85677D" w14:textId="77777777" w:rsidTr="005E6A4F">
        <w:trPr>
          <w:trHeight w:val="692"/>
        </w:trPr>
        <w:tc>
          <w:tcPr>
            <w:tcW w:w="866" w:type="dxa"/>
          </w:tcPr>
          <w:p w14:paraId="271336EE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272F16D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Согласные звуки в татарском языке: специфичные согласные звуки [ғ], [қ]. 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/Татар телендә [в] авазының кулланылуы. [қ], [ғ], [к], [г] авазларының кулланылу үзенчәлекләре (Дуслар белән күңелле)</w:t>
            </w:r>
          </w:p>
        </w:tc>
        <w:tc>
          <w:tcPr>
            <w:tcW w:w="945" w:type="dxa"/>
            <w:vMerge w:val="restart"/>
          </w:tcPr>
          <w:p w14:paraId="548BE96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16870B1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55C0201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69B931B" w14:textId="77777777" w:rsidR="00895C35" w:rsidRPr="00B043E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B043E5"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10.10.23</w:t>
            </w:r>
          </w:p>
        </w:tc>
        <w:tc>
          <w:tcPr>
            <w:tcW w:w="3686" w:type="dxa"/>
          </w:tcPr>
          <w:p w14:paraId="5967459A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3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69E61A22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5D789E58" w14:textId="77777777" w:rsidTr="005E6A4F">
        <w:trPr>
          <w:trHeight w:val="385"/>
        </w:trPr>
        <w:tc>
          <w:tcPr>
            <w:tcW w:w="866" w:type="dxa"/>
          </w:tcPr>
          <w:p w14:paraId="07DFF7C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3631978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278F417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3DCFD5F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94F324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E47A7D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13.10.23</w:t>
            </w:r>
          </w:p>
        </w:tc>
        <w:tc>
          <w:tcPr>
            <w:tcW w:w="3686" w:type="dxa"/>
          </w:tcPr>
          <w:p w14:paraId="3DFE3D0B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0F7717B8" w14:textId="77777777" w:rsidTr="005E6A4F">
        <w:trPr>
          <w:trHeight w:val="527"/>
        </w:trPr>
        <w:tc>
          <w:tcPr>
            <w:tcW w:w="866" w:type="dxa"/>
          </w:tcPr>
          <w:p w14:paraId="775F7D8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255F323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Согласные звуки в татарском языке: специфичные согласные </w:t>
            </w: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звуки [җ], [ң], [һ]. 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теленең үзенчәлекле авазлары [җ], [ң], [һ] .Дус яшәү серләре</w:t>
            </w:r>
          </w:p>
          <w:p w14:paraId="5015DB7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 w:val="restart"/>
          </w:tcPr>
          <w:p w14:paraId="7191579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  <w:p w14:paraId="6FDB3E1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48EA9FC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C01370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5A963FC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16.10.23</w:t>
            </w:r>
          </w:p>
        </w:tc>
        <w:tc>
          <w:tcPr>
            <w:tcW w:w="3686" w:type="dxa"/>
          </w:tcPr>
          <w:p w14:paraId="4E6D7D02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4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596193FC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24A2A687" w14:textId="77777777" w:rsidTr="005E6A4F">
        <w:trPr>
          <w:trHeight w:val="430"/>
        </w:trPr>
        <w:tc>
          <w:tcPr>
            <w:tcW w:w="866" w:type="dxa"/>
          </w:tcPr>
          <w:p w14:paraId="66D5BA45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3057CD6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336F7DD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573BC5B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2B1D268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85B8DC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17.10.23</w:t>
            </w:r>
          </w:p>
        </w:tc>
        <w:tc>
          <w:tcPr>
            <w:tcW w:w="3686" w:type="dxa"/>
          </w:tcPr>
          <w:p w14:paraId="0B5A5CB1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64BCB4C4" w14:textId="77777777" w:rsidTr="005E6A4F">
        <w:trPr>
          <w:trHeight w:val="272"/>
        </w:trPr>
        <w:tc>
          <w:tcPr>
            <w:tcW w:w="866" w:type="dxa"/>
          </w:tcPr>
          <w:p w14:paraId="0EDB53AD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0F25C40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36DE128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007920D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1EE2F4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9996A3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20.10.23</w:t>
            </w:r>
          </w:p>
        </w:tc>
        <w:tc>
          <w:tcPr>
            <w:tcW w:w="3686" w:type="dxa"/>
          </w:tcPr>
          <w:p w14:paraId="3D8CFC6D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505C8708" w14:textId="77777777" w:rsidTr="005E6A4F">
        <w:trPr>
          <w:trHeight w:val="539"/>
        </w:trPr>
        <w:tc>
          <w:tcPr>
            <w:tcW w:w="866" w:type="dxa"/>
          </w:tcPr>
          <w:p w14:paraId="366FB4DF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767A978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Борын авазлары [м], [н], [ң]. Дус яшәү серләре</w:t>
            </w:r>
          </w:p>
        </w:tc>
        <w:tc>
          <w:tcPr>
            <w:tcW w:w="945" w:type="dxa"/>
            <w:vMerge w:val="restart"/>
          </w:tcPr>
          <w:p w14:paraId="581482B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25E8855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45158E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FCBF254" w14:textId="77777777" w:rsidR="00895C35" w:rsidRPr="00AE273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23.10.23</w:t>
            </w:r>
          </w:p>
        </w:tc>
        <w:tc>
          <w:tcPr>
            <w:tcW w:w="3686" w:type="dxa"/>
          </w:tcPr>
          <w:p w14:paraId="6E1C4FA3" w14:textId="77777777" w:rsidR="00895C35" w:rsidRPr="00FE6B7A" w:rsidRDefault="00000000" w:rsidP="005E6A4F">
            <w:pPr>
              <w:jc w:val="center"/>
              <w:rPr>
                <w:sz w:val="16"/>
                <w:szCs w:val="16"/>
                <w:lang w:val="tt-RU"/>
              </w:rPr>
            </w:pPr>
            <w:hyperlink r:id="rId15" w:history="1">
              <w:r w:rsidR="00895C35" w:rsidRPr="00FE6B7A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https://disk.yandex.ru/d/z8T8CjAwkDi3lQ?w=1</w:t>
              </w:r>
            </w:hyperlink>
          </w:p>
          <w:p w14:paraId="4F28193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55BEE914" w14:textId="77777777" w:rsidTr="005E6A4F">
        <w:trPr>
          <w:trHeight w:val="539"/>
        </w:trPr>
        <w:tc>
          <w:tcPr>
            <w:tcW w:w="866" w:type="dxa"/>
          </w:tcPr>
          <w:p w14:paraId="08B52A42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922CC1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36FD5FD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31524C6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D4A56C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7EFC2B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24.10.23</w:t>
            </w:r>
          </w:p>
        </w:tc>
        <w:tc>
          <w:tcPr>
            <w:tcW w:w="3686" w:type="dxa"/>
          </w:tcPr>
          <w:p w14:paraId="740DF00C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5A9410C" w14:textId="77777777" w:rsidTr="005E6A4F">
        <w:tc>
          <w:tcPr>
            <w:tcW w:w="866" w:type="dxa"/>
          </w:tcPr>
          <w:p w14:paraId="180093B0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692E7E3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Урок-игра/ Уен-дәрес «Дустым янына барам». </w:t>
            </w:r>
          </w:p>
          <w:p w14:paraId="37AD9F9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1AD0048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394A6A0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6D1CD0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9B4755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27.10.23</w:t>
            </w:r>
          </w:p>
        </w:tc>
        <w:tc>
          <w:tcPr>
            <w:tcW w:w="3686" w:type="dxa"/>
          </w:tcPr>
          <w:p w14:paraId="4B07648D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5EC8753" w14:textId="77777777" w:rsidTr="005E6A4F">
        <w:tc>
          <w:tcPr>
            <w:tcW w:w="866" w:type="dxa"/>
          </w:tcPr>
          <w:p w14:paraId="793162AA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76A316F4" w14:textId="77777777" w:rsid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текстом.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«Йолдызкай»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  <w:p w14:paraId="69B490F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Текст белән эш.«Йолдызкай» тексты белән эш</w:t>
            </w:r>
          </w:p>
          <w:p w14:paraId="4F29429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7CECA14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CF3F56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5619B3A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30DDB9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7.11.23</w:t>
            </w:r>
          </w:p>
        </w:tc>
        <w:tc>
          <w:tcPr>
            <w:tcW w:w="3686" w:type="dxa"/>
          </w:tcPr>
          <w:p w14:paraId="35AE2C76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42FAB47" w14:textId="77777777" w:rsidTr="005E6A4F">
        <w:trPr>
          <w:trHeight w:val="710"/>
        </w:trPr>
        <w:tc>
          <w:tcPr>
            <w:tcW w:w="866" w:type="dxa"/>
          </w:tcPr>
          <w:p w14:paraId="0E1080E7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A2DDA3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Татарский алфавит. Словари./Татар алфавиты. Сүзлекләр</w:t>
            </w:r>
          </w:p>
          <w:p w14:paraId="3C1A121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F35554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4C15328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643F2AB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655D27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05781D5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C0A3A9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F779916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10.11.23</w:t>
            </w:r>
          </w:p>
        </w:tc>
        <w:tc>
          <w:tcPr>
            <w:tcW w:w="3686" w:type="dxa"/>
          </w:tcPr>
          <w:p w14:paraId="0A38CB2B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6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https://shubino-video.ru/tatarskie-bukvyi.html</w:t>
              </w:r>
            </w:hyperlink>
          </w:p>
          <w:p w14:paraId="3FD6F2DC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7EA6125F" w14:textId="77777777" w:rsidTr="005E6A4F">
        <w:trPr>
          <w:trHeight w:val="950"/>
        </w:trPr>
        <w:tc>
          <w:tcPr>
            <w:tcW w:w="866" w:type="dxa"/>
          </w:tcPr>
          <w:p w14:paraId="23CA95F7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DE7F00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Виды словарей/ Сүзлекләрнең төрләре. </w:t>
            </w:r>
          </w:p>
        </w:tc>
        <w:tc>
          <w:tcPr>
            <w:tcW w:w="945" w:type="dxa"/>
          </w:tcPr>
          <w:p w14:paraId="35F051C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5F7EF8B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25187D1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784AC4F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13.11.23</w:t>
            </w:r>
          </w:p>
        </w:tc>
        <w:tc>
          <w:tcPr>
            <w:tcW w:w="3686" w:type="dxa"/>
          </w:tcPr>
          <w:p w14:paraId="77D32651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7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https://nsportal.ru/nachalnaya-shkola/regionalnyy-komponent/2018/09/07/suzleklr</w:t>
              </w:r>
            </w:hyperlink>
          </w:p>
          <w:p w14:paraId="7A71E68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4394B38B" w14:textId="77777777" w:rsidTr="005E6A4F">
        <w:tc>
          <w:tcPr>
            <w:tcW w:w="866" w:type="dxa"/>
          </w:tcPr>
          <w:p w14:paraId="441BC96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790AA79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 Прослушивание аудиотекста, выполнение устных и письменных заданий/ Кабатлау. Аудиотекстны тыңлап, телдән һәм язмача биремнәр башкару</w:t>
            </w:r>
          </w:p>
        </w:tc>
        <w:tc>
          <w:tcPr>
            <w:tcW w:w="945" w:type="dxa"/>
          </w:tcPr>
          <w:p w14:paraId="28CB717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FCDC68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445845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9F2643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14.11.23</w:t>
            </w:r>
          </w:p>
        </w:tc>
        <w:tc>
          <w:tcPr>
            <w:tcW w:w="3686" w:type="dxa"/>
          </w:tcPr>
          <w:p w14:paraId="12FB08FE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182CA7B7" w14:textId="77777777" w:rsidTr="005E6A4F">
        <w:trPr>
          <w:trHeight w:val="653"/>
        </w:trPr>
        <w:tc>
          <w:tcPr>
            <w:tcW w:w="866" w:type="dxa"/>
          </w:tcPr>
          <w:p w14:paraId="3AB8A8F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59372B4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Слово, лексическое значение слова./ Сүз һәм аның лексик мәгънәсе. </w:t>
            </w:r>
            <w:proofErr w:type="spellStart"/>
            <w:r w:rsidRPr="00AE273D">
              <w:rPr>
                <w:rFonts w:ascii="Times New Roman" w:hAnsi="Times New Roman"/>
                <w:sz w:val="24"/>
                <w:szCs w:val="24"/>
              </w:rPr>
              <w:t>Әкияттә</w:t>
            </w:r>
            <w:proofErr w:type="spellEnd"/>
            <w:r w:rsidRPr="00AE2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273D">
              <w:rPr>
                <w:rFonts w:ascii="Times New Roman" w:hAnsi="Times New Roman"/>
                <w:sz w:val="24"/>
                <w:szCs w:val="24"/>
              </w:rPr>
              <w:t>кунакта</w:t>
            </w:r>
            <w:proofErr w:type="spellEnd"/>
          </w:p>
          <w:p w14:paraId="34832B7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 w:val="restart"/>
          </w:tcPr>
          <w:p w14:paraId="272644D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14:paraId="022B240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C11DE0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6480C42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AF23A2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9ADBB2A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17.11.23</w:t>
            </w:r>
          </w:p>
        </w:tc>
        <w:tc>
          <w:tcPr>
            <w:tcW w:w="3686" w:type="dxa"/>
          </w:tcPr>
          <w:p w14:paraId="18F221A9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8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http://www.antat.ru/ru/iyli/publishing/book/2019/метод_2%20кл-новый.pdf</w:t>
              </w:r>
            </w:hyperlink>
          </w:p>
          <w:p w14:paraId="1C021D5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701459C5" w14:textId="77777777" w:rsidTr="005E6A4F">
        <w:trPr>
          <w:trHeight w:val="381"/>
        </w:trPr>
        <w:tc>
          <w:tcPr>
            <w:tcW w:w="866" w:type="dxa"/>
          </w:tcPr>
          <w:p w14:paraId="042ADCC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B650BE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6E863A3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E742AB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997AD7C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AE7435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20.11.23</w:t>
            </w:r>
          </w:p>
        </w:tc>
        <w:tc>
          <w:tcPr>
            <w:tcW w:w="3686" w:type="dxa"/>
          </w:tcPr>
          <w:p w14:paraId="650E4906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765CCAB8" w14:textId="77777777" w:rsidTr="005E6A4F">
        <w:trPr>
          <w:trHeight w:val="381"/>
        </w:trPr>
        <w:tc>
          <w:tcPr>
            <w:tcW w:w="866" w:type="dxa"/>
          </w:tcPr>
          <w:p w14:paraId="57C4DEAA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369F029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0D3324B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7E151DE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0B283BE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18F97E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21.11.23</w:t>
            </w:r>
          </w:p>
        </w:tc>
        <w:tc>
          <w:tcPr>
            <w:tcW w:w="3686" w:type="dxa"/>
          </w:tcPr>
          <w:p w14:paraId="1CC2C06D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4A400EC" w14:textId="77777777" w:rsidTr="005E6A4F">
        <w:trPr>
          <w:trHeight w:val="810"/>
        </w:trPr>
        <w:tc>
          <w:tcPr>
            <w:tcW w:w="866" w:type="dxa"/>
          </w:tcPr>
          <w:p w14:paraId="60D9ECBA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35B8D6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Группировка слов в зависимости от их лексического значения.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 мәгънәләренә карап, сүзләрне төркемләү. </w:t>
            </w:r>
            <w:proofErr w:type="spellStart"/>
            <w:r w:rsidRPr="00AE273D">
              <w:rPr>
                <w:rFonts w:ascii="Times New Roman" w:hAnsi="Times New Roman"/>
                <w:sz w:val="24"/>
                <w:szCs w:val="24"/>
              </w:rPr>
              <w:t>Әкияттә</w:t>
            </w:r>
            <w:proofErr w:type="spellEnd"/>
            <w:r w:rsidRPr="00AE2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273D">
              <w:rPr>
                <w:rFonts w:ascii="Times New Roman" w:hAnsi="Times New Roman"/>
                <w:sz w:val="24"/>
                <w:szCs w:val="24"/>
              </w:rPr>
              <w:t>кунакта</w:t>
            </w:r>
            <w:proofErr w:type="spellEnd"/>
          </w:p>
        </w:tc>
        <w:tc>
          <w:tcPr>
            <w:tcW w:w="945" w:type="dxa"/>
          </w:tcPr>
          <w:p w14:paraId="0A4BE57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CAD9E5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B9FCF8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CE99E8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24.11.23</w:t>
            </w:r>
          </w:p>
        </w:tc>
        <w:tc>
          <w:tcPr>
            <w:tcW w:w="3686" w:type="dxa"/>
          </w:tcPr>
          <w:p w14:paraId="39726546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D135049" w14:textId="77777777" w:rsidTr="005E6A4F">
        <w:trPr>
          <w:trHeight w:val="940"/>
        </w:trPr>
        <w:tc>
          <w:tcPr>
            <w:tcW w:w="866" w:type="dxa"/>
          </w:tcPr>
          <w:p w14:paraId="52C45D6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524072C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Синонимы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Осознание значения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синонимовв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тексте и разговорной </w:t>
            </w:r>
            <w:proofErr w:type="gram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речи..</w:t>
            </w:r>
            <w:proofErr w:type="gramEnd"/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/Синоним сүзләр. Сөйләмдә синонимнарны дөрес куллану. Әкият геройлары бездә кунакта</w:t>
            </w:r>
          </w:p>
        </w:tc>
        <w:tc>
          <w:tcPr>
            <w:tcW w:w="945" w:type="dxa"/>
            <w:vMerge w:val="restart"/>
          </w:tcPr>
          <w:p w14:paraId="0D7F991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14:paraId="73205FD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0AAC0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007757D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D71F39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79B37A3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27.11.23</w:t>
            </w:r>
          </w:p>
        </w:tc>
        <w:tc>
          <w:tcPr>
            <w:tcW w:w="3686" w:type="dxa"/>
          </w:tcPr>
          <w:p w14:paraId="38B21B64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19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23D1A77E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09472549" w14:textId="77777777" w:rsidTr="005E6A4F">
        <w:trPr>
          <w:trHeight w:val="551"/>
        </w:trPr>
        <w:tc>
          <w:tcPr>
            <w:tcW w:w="866" w:type="dxa"/>
          </w:tcPr>
          <w:p w14:paraId="28FBCD3F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5EFDC3B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484A883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6E598BE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C595E3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B80EF8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28.11.23</w:t>
            </w:r>
          </w:p>
        </w:tc>
        <w:tc>
          <w:tcPr>
            <w:tcW w:w="3686" w:type="dxa"/>
          </w:tcPr>
          <w:p w14:paraId="6C72C046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1360949A" w14:textId="77777777" w:rsidTr="005E6A4F">
        <w:trPr>
          <w:trHeight w:val="572"/>
        </w:trPr>
        <w:tc>
          <w:tcPr>
            <w:tcW w:w="866" w:type="dxa"/>
          </w:tcPr>
          <w:p w14:paraId="096E0BB5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5DC3DC5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3DE901A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EF1037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F1DBA2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27A40A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1.12.23</w:t>
            </w:r>
          </w:p>
        </w:tc>
        <w:tc>
          <w:tcPr>
            <w:tcW w:w="3686" w:type="dxa"/>
          </w:tcPr>
          <w:p w14:paraId="07103226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02FA5A8E" w14:textId="77777777" w:rsidTr="005E6A4F">
        <w:trPr>
          <w:trHeight w:val="550"/>
        </w:trPr>
        <w:tc>
          <w:tcPr>
            <w:tcW w:w="866" w:type="dxa"/>
          </w:tcPr>
          <w:p w14:paraId="7B31A5A5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3AAC92A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Ряд синонимов. Использование синонимов в сказках /Синонимнар рәте. Синонимнарның әкиятләрдә кулланылуы</w:t>
            </w:r>
          </w:p>
        </w:tc>
        <w:tc>
          <w:tcPr>
            <w:tcW w:w="945" w:type="dxa"/>
            <w:vMerge w:val="restart"/>
          </w:tcPr>
          <w:p w14:paraId="0982866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6F6AFBA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646090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7D4D151" w14:textId="77777777" w:rsidR="00895C35" w:rsidRPr="00AE273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4.12.23</w:t>
            </w:r>
          </w:p>
        </w:tc>
        <w:tc>
          <w:tcPr>
            <w:tcW w:w="3686" w:type="dxa"/>
          </w:tcPr>
          <w:p w14:paraId="3A6EFBCC" w14:textId="77777777" w:rsidR="00895C35" w:rsidRPr="00FE6B7A" w:rsidRDefault="00000000" w:rsidP="005E6A4F">
            <w:pPr>
              <w:jc w:val="center"/>
              <w:rPr>
                <w:sz w:val="16"/>
                <w:szCs w:val="16"/>
                <w:lang w:val="tt-RU"/>
              </w:rPr>
            </w:pPr>
            <w:hyperlink r:id="rId20" w:history="1">
              <w:r w:rsidR="00895C35" w:rsidRPr="00FE6B7A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https://disk.yandex.ru/d/z8T8CjAwkDi3lQ?w=1</w:t>
              </w:r>
            </w:hyperlink>
          </w:p>
          <w:p w14:paraId="4EBEA630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1C4D50EB" w14:textId="77777777" w:rsidTr="005E6A4F">
        <w:trPr>
          <w:trHeight w:val="430"/>
        </w:trPr>
        <w:tc>
          <w:tcPr>
            <w:tcW w:w="866" w:type="dxa"/>
          </w:tcPr>
          <w:p w14:paraId="5970A84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51F418C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1C66DC7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3123883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B2E2D9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597610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5.12.23</w:t>
            </w:r>
          </w:p>
        </w:tc>
        <w:tc>
          <w:tcPr>
            <w:tcW w:w="3686" w:type="dxa"/>
          </w:tcPr>
          <w:p w14:paraId="4B732B34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5F11201B" w14:textId="77777777" w:rsidTr="005E6A4F">
        <w:trPr>
          <w:trHeight w:val="676"/>
        </w:trPr>
        <w:tc>
          <w:tcPr>
            <w:tcW w:w="866" w:type="dxa"/>
          </w:tcPr>
          <w:p w14:paraId="5D2617D8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196D967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Употребление  антонимов в разговорной речи. Слова антонимы/ Антоним сүзләр Антонимнарның сөйләмдә кулланылуы</w:t>
            </w:r>
          </w:p>
          <w:p w14:paraId="1C31C9F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3D1CE84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14:paraId="1908FCA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08D1B0B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F74533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CA92172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8.12.23</w:t>
            </w:r>
          </w:p>
        </w:tc>
        <w:tc>
          <w:tcPr>
            <w:tcW w:w="3686" w:type="dxa"/>
          </w:tcPr>
          <w:p w14:paraId="5F7502BB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21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http://www.antat.ru/ru/iyli/publishing/book/2019/метод_2%20кл-новый.pdf</w:t>
              </w:r>
            </w:hyperlink>
          </w:p>
          <w:p w14:paraId="26F6A47D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2D9E3257" w14:textId="77777777" w:rsidTr="005E6A4F">
        <w:trPr>
          <w:trHeight w:val="676"/>
        </w:trPr>
        <w:tc>
          <w:tcPr>
            <w:tcW w:w="866" w:type="dxa"/>
          </w:tcPr>
          <w:p w14:paraId="2F099DB3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1EF3B97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071ED11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444918E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34E42A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C607CA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11.12.23</w:t>
            </w:r>
          </w:p>
        </w:tc>
        <w:tc>
          <w:tcPr>
            <w:tcW w:w="3686" w:type="dxa"/>
          </w:tcPr>
          <w:p w14:paraId="0C9AE70A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443950B5" w14:textId="77777777" w:rsidTr="005E6A4F">
        <w:trPr>
          <w:trHeight w:val="706"/>
        </w:trPr>
        <w:tc>
          <w:tcPr>
            <w:tcW w:w="866" w:type="dxa"/>
          </w:tcPr>
          <w:p w14:paraId="28FE06ED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345C8B5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Антонимы образованные  с аффиксами -лы/-ле, -сыз/-сез кушымчалары ярдәмендә ясалган антонимнар.( Кем ялкау да кем тырыш.) </w:t>
            </w:r>
          </w:p>
        </w:tc>
        <w:tc>
          <w:tcPr>
            <w:tcW w:w="945" w:type="dxa"/>
            <w:vMerge w:val="restart"/>
          </w:tcPr>
          <w:p w14:paraId="5D5A48E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6BAB4D2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25BCF5A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D2962AF" w14:textId="77777777" w:rsidR="00895C35" w:rsidRPr="00AE273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12.12.23</w:t>
            </w:r>
          </w:p>
        </w:tc>
        <w:tc>
          <w:tcPr>
            <w:tcW w:w="3686" w:type="dxa"/>
          </w:tcPr>
          <w:p w14:paraId="17BBAAF2" w14:textId="77777777" w:rsidR="00895C35" w:rsidRPr="00FE6B7A" w:rsidRDefault="00000000" w:rsidP="005E6A4F">
            <w:pPr>
              <w:jc w:val="center"/>
              <w:rPr>
                <w:sz w:val="16"/>
                <w:szCs w:val="16"/>
                <w:lang w:val="tt-RU"/>
              </w:rPr>
            </w:pPr>
            <w:hyperlink r:id="rId22" w:history="1">
              <w:r w:rsidR="00895C35" w:rsidRPr="00FE6B7A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https://disk.yandex.ru/d/z8T8CjAwkDi3lQ?w=1</w:t>
              </w:r>
            </w:hyperlink>
          </w:p>
          <w:p w14:paraId="1599B173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742B677A" w14:textId="77777777" w:rsidTr="005E6A4F">
        <w:trPr>
          <w:trHeight w:val="706"/>
        </w:trPr>
        <w:tc>
          <w:tcPr>
            <w:tcW w:w="866" w:type="dxa"/>
          </w:tcPr>
          <w:p w14:paraId="65DA17FA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AD6C50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1C52B83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C72529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8D6B28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F8B0EA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15.12.23</w:t>
            </w:r>
          </w:p>
        </w:tc>
        <w:tc>
          <w:tcPr>
            <w:tcW w:w="3686" w:type="dxa"/>
          </w:tcPr>
          <w:p w14:paraId="34BDE5F3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2F935D17" w14:textId="77777777" w:rsidTr="005E6A4F">
        <w:tc>
          <w:tcPr>
            <w:tcW w:w="866" w:type="dxa"/>
          </w:tcPr>
          <w:p w14:paraId="402DA91C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32BD5F5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текстом/ Текст белән эш. Аудиотекстны тыңлап, телдән һәм язмача биремнәр башкару</w:t>
            </w:r>
          </w:p>
        </w:tc>
        <w:tc>
          <w:tcPr>
            <w:tcW w:w="945" w:type="dxa"/>
          </w:tcPr>
          <w:p w14:paraId="25FEF04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4054E10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349D8C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30F3C1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18.12.23</w:t>
            </w:r>
          </w:p>
        </w:tc>
        <w:tc>
          <w:tcPr>
            <w:tcW w:w="3686" w:type="dxa"/>
          </w:tcPr>
          <w:p w14:paraId="4A801ADD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14751B9" w14:textId="77777777" w:rsidTr="005E6A4F">
        <w:tc>
          <w:tcPr>
            <w:tcW w:w="866" w:type="dxa"/>
          </w:tcPr>
          <w:p w14:paraId="4366F5CD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5FF0870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2978CAF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A0E709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7033AE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1F7CA8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19.12.23</w:t>
            </w:r>
          </w:p>
        </w:tc>
        <w:tc>
          <w:tcPr>
            <w:tcW w:w="3686" w:type="dxa"/>
          </w:tcPr>
          <w:p w14:paraId="6A20396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96D3695" w14:textId="77777777" w:rsidTr="005E6A4F">
        <w:tc>
          <w:tcPr>
            <w:tcW w:w="866" w:type="dxa"/>
          </w:tcPr>
          <w:p w14:paraId="58172B9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0BEFB2E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Кабатлау. </w:t>
            </w:r>
          </w:p>
        </w:tc>
        <w:tc>
          <w:tcPr>
            <w:tcW w:w="945" w:type="dxa"/>
          </w:tcPr>
          <w:p w14:paraId="05AEC4C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CBFA1A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EA8F5E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2EDA8C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22.12.23</w:t>
            </w:r>
          </w:p>
        </w:tc>
        <w:tc>
          <w:tcPr>
            <w:tcW w:w="3686" w:type="dxa"/>
          </w:tcPr>
          <w:p w14:paraId="626FE33B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5AB9C677" w14:textId="77777777" w:rsidTr="005E6A4F">
        <w:tc>
          <w:tcPr>
            <w:tcW w:w="866" w:type="dxa"/>
          </w:tcPr>
          <w:p w14:paraId="6DD3DE66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407DB0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6C6A6BA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49B0532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0C732AF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944A5E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25.12.23</w:t>
            </w:r>
          </w:p>
        </w:tc>
        <w:tc>
          <w:tcPr>
            <w:tcW w:w="3686" w:type="dxa"/>
          </w:tcPr>
          <w:p w14:paraId="199DEDD5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2EDE37BC" w14:textId="77777777" w:rsidTr="005E6A4F">
        <w:tc>
          <w:tcPr>
            <w:tcW w:w="866" w:type="dxa"/>
          </w:tcPr>
          <w:p w14:paraId="23FFA50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16A3F8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Бирелгән үрнәктән җөмләләрне күчереп язу. </w:t>
            </w:r>
          </w:p>
        </w:tc>
        <w:tc>
          <w:tcPr>
            <w:tcW w:w="945" w:type="dxa"/>
          </w:tcPr>
          <w:p w14:paraId="0413026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6850927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60EF58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6ED4AC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26.12.23</w:t>
            </w:r>
          </w:p>
        </w:tc>
        <w:tc>
          <w:tcPr>
            <w:tcW w:w="3686" w:type="dxa"/>
          </w:tcPr>
          <w:p w14:paraId="48598F60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275F42DA" w14:textId="77777777" w:rsidTr="005E6A4F">
        <w:trPr>
          <w:trHeight w:val="1010"/>
        </w:trPr>
        <w:tc>
          <w:tcPr>
            <w:tcW w:w="866" w:type="dxa"/>
          </w:tcPr>
          <w:p w14:paraId="1E0CE351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6F7960D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Состав слова (морфемика). Присоединение аф</w:t>
            </w: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фиксов к существительным 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/ Морфемика. Исемгә кушымчалар ялгану.</w:t>
            </w:r>
          </w:p>
          <w:p w14:paraId="1E85A7D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0885E8A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43B5C4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4501B8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03D276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551D124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575202C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04285B6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29.12.23</w:t>
            </w:r>
          </w:p>
        </w:tc>
        <w:tc>
          <w:tcPr>
            <w:tcW w:w="3686" w:type="dxa"/>
          </w:tcPr>
          <w:p w14:paraId="131047AC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23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https://nsportal.ru/shkola/rodnoy-yazyk-i-literatura/library/2021/01/12/4-syynyf-tatar-tele-r-z-haydarova-g-m-1</w:t>
              </w:r>
            </w:hyperlink>
          </w:p>
          <w:p w14:paraId="729A5FEF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5BF653D4" w14:textId="77777777" w:rsidTr="005E6A4F">
        <w:trPr>
          <w:trHeight w:val="845"/>
        </w:trPr>
        <w:tc>
          <w:tcPr>
            <w:tcW w:w="866" w:type="dxa"/>
          </w:tcPr>
          <w:p w14:paraId="0C9467F6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3464F5C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бразование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глагола с помощью суффикса 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ла/-лә /   -ла/-лә кушымчасы ярдәмендә фигыль ясалу (Дүрт аяклы дусларым)</w:t>
            </w:r>
          </w:p>
        </w:tc>
        <w:tc>
          <w:tcPr>
            <w:tcW w:w="945" w:type="dxa"/>
          </w:tcPr>
          <w:p w14:paraId="2035899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40ED405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8C98665" w14:textId="77777777" w:rsidR="00895C35" w:rsidRPr="00AE273D" w:rsidRDefault="00895C35" w:rsidP="005E6A4F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134" w:type="dxa"/>
          </w:tcPr>
          <w:p w14:paraId="1635AD28" w14:textId="77777777" w:rsidR="00895C35" w:rsidRPr="00AE273D" w:rsidRDefault="00895C35" w:rsidP="005E6A4F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  <w:lang w:val="tt-RU"/>
              </w:rPr>
            </w:pPr>
            <w:r w:rsidRPr="008F476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9.01.24</w:t>
            </w:r>
          </w:p>
        </w:tc>
        <w:tc>
          <w:tcPr>
            <w:tcW w:w="3686" w:type="dxa"/>
          </w:tcPr>
          <w:p w14:paraId="2440908E" w14:textId="77777777" w:rsidR="00895C35" w:rsidRPr="00AC5F97" w:rsidRDefault="00895C35" w:rsidP="005E6A4F">
            <w:pPr>
              <w:rPr>
                <w:b/>
                <w:sz w:val="16"/>
                <w:szCs w:val="16"/>
                <w:highlight w:val="yellow"/>
                <w:lang w:val="tt-RU"/>
              </w:rPr>
            </w:pPr>
          </w:p>
        </w:tc>
      </w:tr>
      <w:tr w:rsidR="00895C35" w:rsidRPr="006D3E3C" w14:paraId="2F5846C9" w14:textId="77777777" w:rsidTr="005E6A4F">
        <w:trPr>
          <w:trHeight w:val="527"/>
        </w:trPr>
        <w:tc>
          <w:tcPr>
            <w:tcW w:w="866" w:type="dxa"/>
          </w:tcPr>
          <w:p w14:paraId="13FAC75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16BEB1A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Части речи/ Сүз төркемнәре турында мәгълүмат бирү</w:t>
            </w:r>
          </w:p>
          <w:p w14:paraId="2CB1DAA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 w:val="restart"/>
          </w:tcPr>
          <w:p w14:paraId="3E1D74E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14:paraId="0B1BC6E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43A92EE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C784DB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4A7FD5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12.01.24</w:t>
            </w:r>
          </w:p>
        </w:tc>
        <w:tc>
          <w:tcPr>
            <w:tcW w:w="3686" w:type="dxa"/>
          </w:tcPr>
          <w:p w14:paraId="4B16EF1C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24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49DFF21E" w14:textId="77777777" w:rsidR="00895C35" w:rsidRPr="00AE273D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6729AE5E" w14:textId="77777777" w:rsidTr="005E6A4F">
        <w:trPr>
          <w:trHeight w:val="409"/>
        </w:trPr>
        <w:tc>
          <w:tcPr>
            <w:tcW w:w="866" w:type="dxa"/>
          </w:tcPr>
          <w:p w14:paraId="68A0575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6A43D25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46EA1C3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1E4A43E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221CA6E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03CA50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15.01.24</w:t>
            </w:r>
          </w:p>
        </w:tc>
        <w:tc>
          <w:tcPr>
            <w:tcW w:w="3686" w:type="dxa"/>
          </w:tcPr>
          <w:p w14:paraId="719473C1" w14:textId="77777777" w:rsidR="00895C35" w:rsidRPr="00AE273D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27D650A2" w14:textId="77777777" w:rsidTr="005E6A4F">
        <w:trPr>
          <w:trHeight w:val="414"/>
        </w:trPr>
        <w:tc>
          <w:tcPr>
            <w:tcW w:w="866" w:type="dxa"/>
          </w:tcPr>
          <w:p w14:paraId="451344B5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0F3FB79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1A71C0B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18FA14A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CF80A8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2B913D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16.01.24</w:t>
            </w:r>
          </w:p>
        </w:tc>
        <w:tc>
          <w:tcPr>
            <w:tcW w:w="3686" w:type="dxa"/>
          </w:tcPr>
          <w:p w14:paraId="713C0D47" w14:textId="77777777" w:rsidR="00895C35" w:rsidRPr="00AE273D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05B79EA4" w14:textId="77777777" w:rsidTr="005E6A4F">
        <w:trPr>
          <w:trHeight w:val="275"/>
        </w:trPr>
        <w:tc>
          <w:tcPr>
            <w:tcW w:w="866" w:type="dxa"/>
          </w:tcPr>
          <w:p w14:paraId="63E029CC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9B053D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Слово.Словосочетание. Предложение./Сүз. Сүзтезмә. Җөмлә.</w:t>
            </w:r>
          </w:p>
        </w:tc>
        <w:tc>
          <w:tcPr>
            <w:tcW w:w="945" w:type="dxa"/>
          </w:tcPr>
          <w:p w14:paraId="6C8E66E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2E0EA46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02C5E04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C38F979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19.01.24</w:t>
            </w:r>
          </w:p>
        </w:tc>
        <w:tc>
          <w:tcPr>
            <w:tcW w:w="3686" w:type="dxa"/>
          </w:tcPr>
          <w:p w14:paraId="30C78B53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25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7238BD00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5EC633A9" w14:textId="77777777" w:rsidTr="005E6A4F">
        <w:trPr>
          <w:trHeight w:val="385"/>
        </w:trPr>
        <w:tc>
          <w:tcPr>
            <w:tcW w:w="866" w:type="dxa"/>
          </w:tcPr>
          <w:p w14:paraId="704DB3F2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6FFD37D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Имя существительное/ Исем сүз төркеме.</w:t>
            </w:r>
          </w:p>
        </w:tc>
        <w:tc>
          <w:tcPr>
            <w:tcW w:w="945" w:type="dxa"/>
            <w:vMerge w:val="restart"/>
          </w:tcPr>
          <w:p w14:paraId="6054D0F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30E11F5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77C52B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77E88A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22.01.24</w:t>
            </w:r>
          </w:p>
        </w:tc>
        <w:tc>
          <w:tcPr>
            <w:tcW w:w="3686" w:type="dxa"/>
          </w:tcPr>
          <w:p w14:paraId="1C4D5BC4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7401A32A" w14:textId="77777777" w:rsidTr="005E6A4F">
        <w:trPr>
          <w:trHeight w:val="550"/>
        </w:trPr>
        <w:tc>
          <w:tcPr>
            <w:tcW w:w="866" w:type="dxa"/>
          </w:tcPr>
          <w:p w14:paraId="74B8C2D7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6F17BA3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7C5104B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4B2F984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BF0EE7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4F97145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23.01.24</w:t>
            </w:r>
          </w:p>
        </w:tc>
        <w:tc>
          <w:tcPr>
            <w:tcW w:w="3686" w:type="dxa"/>
          </w:tcPr>
          <w:p w14:paraId="507B51B0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26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25F99CD0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2A0CF386" w14:textId="77777777" w:rsidTr="005E6A4F">
        <w:trPr>
          <w:trHeight w:val="550"/>
        </w:trPr>
        <w:tc>
          <w:tcPr>
            <w:tcW w:w="866" w:type="dxa"/>
          </w:tcPr>
          <w:p w14:paraId="7DDD66A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31B84A8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060FA42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1199C8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E97970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889BE2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26.01.24</w:t>
            </w:r>
          </w:p>
        </w:tc>
        <w:tc>
          <w:tcPr>
            <w:tcW w:w="3686" w:type="dxa"/>
          </w:tcPr>
          <w:p w14:paraId="675103D5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993E6B7" w14:textId="77777777" w:rsidTr="005E6A4F">
        <w:trPr>
          <w:trHeight w:val="561"/>
        </w:trPr>
        <w:tc>
          <w:tcPr>
            <w:tcW w:w="866" w:type="dxa"/>
          </w:tcPr>
          <w:p w14:paraId="4DE719C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35D570D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Группировка имен в зависимости от их лексического значения /Лексик мәгънәләренә карап, исемнәрне төркемләү.</w:t>
            </w:r>
          </w:p>
        </w:tc>
        <w:tc>
          <w:tcPr>
            <w:tcW w:w="945" w:type="dxa"/>
            <w:vMerge w:val="restart"/>
          </w:tcPr>
          <w:p w14:paraId="5856B7C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14:paraId="11D4442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17483CC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94F79C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8FE9917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29.01.24</w:t>
            </w:r>
          </w:p>
        </w:tc>
        <w:tc>
          <w:tcPr>
            <w:tcW w:w="3686" w:type="dxa"/>
          </w:tcPr>
          <w:p w14:paraId="2A43AEC5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27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http://www.antat.ru/ru/iyli/publishing/book/2019/метод_2%20кл-новый.pdf</w:t>
              </w:r>
            </w:hyperlink>
          </w:p>
          <w:p w14:paraId="019483E0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6560F310" w14:textId="77777777" w:rsidTr="005E6A4F">
        <w:trPr>
          <w:trHeight w:val="561"/>
        </w:trPr>
        <w:tc>
          <w:tcPr>
            <w:tcW w:w="866" w:type="dxa"/>
          </w:tcPr>
          <w:p w14:paraId="7A06D91D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3C422A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4672108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0F1A76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1AFB40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C9AE87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30.01.24</w:t>
            </w:r>
          </w:p>
        </w:tc>
        <w:tc>
          <w:tcPr>
            <w:tcW w:w="3686" w:type="dxa"/>
          </w:tcPr>
          <w:p w14:paraId="5DD59278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6EFFAD51" w14:textId="77777777" w:rsidTr="005E6A4F">
        <w:trPr>
          <w:trHeight w:val="650"/>
        </w:trPr>
        <w:tc>
          <w:tcPr>
            <w:tcW w:w="866" w:type="dxa"/>
          </w:tcPr>
          <w:p w14:paraId="5359951D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2EBA4D6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Прописная буква в начале предложения и в именах собственных/. Баш хәрефтән языла торган сүзләр.</w:t>
            </w:r>
          </w:p>
          <w:p w14:paraId="3C3765E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 w:val="restart"/>
          </w:tcPr>
          <w:p w14:paraId="344CCBF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013ACC4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7BAB28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060BC5D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2.02.24</w:t>
            </w:r>
          </w:p>
        </w:tc>
        <w:tc>
          <w:tcPr>
            <w:tcW w:w="3686" w:type="dxa"/>
          </w:tcPr>
          <w:p w14:paraId="7A272BBA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28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4BC566A5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7D4D3A29" w14:textId="77777777" w:rsidTr="005E6A4F">
        <w:trPr>
          <w:trHeight w:val="650"/>
        </w:trPr>
        <w:tc>
          <w:tcPr>
            <w:tcW w:w="866" w:type="dxa"/>
          </w:tcPr>
          <w:p w14:paraId="61A8F36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98EEE1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6B4FE3B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72E069C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2647DAD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DA2CC8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5.02.24</w:t>
            </w:r>
          </w:p>
        </w:tc>
        <w:tc>
          <w:tcPr>
            <w:tcW w:w="3686" w:type="dxa"/>
          </w:tcPr>
          <w:p w14:paraId="598C7ABB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517BDA5A" w14:textId="77777777" w:rsidTr="005E6A4F">
        <w:trPr>
          <w:trHeight w:val="650"/>
        </w:trPr>
        <w:tc>
          <w:tcPr>
            <w:tcW w:w="866" w:type="dxa"/>
          </w:tcPr>
          <w:p w14:paraId="16BD3C1F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4B8233C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572CBAE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6A0BA89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5C5016F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78E586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6.02.24</w:t>
            </w:r>
          </w:p>
        </w:tc>
        <w:tc>
          <w:tcPr>
            <w:tcW w:w="3686" w:type="dxa"/>
          </w:tcPr>
          <w:p w14:paraId="7AE22A40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5961F818" w14:textId="77777777" w:rsidTr="005E6A4F">
        <w:trPr>
          <w:trHeight w:val="551"/>
        </w:trPr>
        <w:tc>
          <w:tcPr>
            <w:tcW w:w="866" w:type="dxa"/>
          </w:tcPr>
          <w:p w14:paraId="17748757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6C78C38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Имена собственные/ Ялгызлык исемнәр</w:t>
            </w:r>
          </w:p>
        </w:tc>
        <w:tc>
          <w:tcPr>
            <w:tcW w:w="945" w:type="dxa"/>
          </w:tcPr>
          <w:p w14:paraId="6FF1473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644EB1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CFC4F9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6861319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9.02.24</w:t>
            </w:r>
          </w:p>
        </w:tc>
        <w:tc>
          <w:tcPr>
            <w:tcW w:w="3686" w:type="dxa"/>
          </w:tcPr>
          <w:p w14:paraId="00976540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29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4B140072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0EE10EC" w14:textId="77777777" w:rsidTr="005E6A4F">
        <w:tc>
          <w:tcPr>
            <w:tcW w:w="866" w:type="dxa"/>
          </w:tcPr>
          <w:p w14:paraId="1E779E7E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6E07FF3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писыва</w:t>
            </w:r>
            <w:proofErr w:type="spellEnd"/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ние</w:t>
            </w: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слов и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предложени</w:t>
            </w:r>
            <w:proofErr w:type="spellEnd"/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 по образцу/ Бирелгән үрнәктән җөмләләрне күчереп язу </w:t>
            </w:r>
          </w:p>
        </w:tc>
        <w:tc>
          <w:tcPr>
            <w:tcW w:w="945" w:type="dxa"/>
          </w:tcPr>
          <w:p w14:paraId="43D6F11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27EAFE6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D2E9E7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0822E6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12.02.24</w:t>
            </w:r>
          </w:p>
        </w:tc>
        <w:tc>
          <w:tcPr>
            <w:tcW w:w="3686" w:type="dxa"/>
          </w:tcPr>
          <w:p w14:paraId="1D3AB993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72ECC765" w14:textId="77777777" w:rsidTr="005E6A4F">
        <w:trPr>
          <w:trHeight w:val="471"/>
        </w:trPr>
        <w:tc>
          <w:tcPr>
            <w:tcW w:w="866" w:type="dxa"/>
          </w:tcPr>
          <w:p w14:paraId="780C0EE0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01A3A79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Имена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су</w:t>
            </w: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щ. имеющих форму множественного </w:t>
            </w:r>
            <w:proofErr w:type="gram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числа.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Исемнәрнең күплек санда килүе</w:t>
            </w:r>
          </w:p>
        </w:tc>
        <w:tc>
          <w:tcPr>
            <w:tcW w:w="945" w:type="dxa"/>
            <w:vMerge w:val="restart"/>
          </w:tcPr>
          <w:p w14:paraId="7E60AA8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5D7A43F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68D96EC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0E3A6CF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13.02.24</w:t>
            </w:r>
          </w:p>
        </w:tc>
        <w:tc>
          <w:tcPr>
            <w:tcW w:w="3686" w:type="dxa"/>
          </w:tcPr>
          <w:p w14:paraId="6883538D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30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http://www.antat.ru/ru/iyli/publishing/book/2019/метод_2%20кл-новый.pdf</w:t>
              </w:r>
            </w:hyperlink>
          </w:p>
          <w:p w14:paraId="112927E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348E1F2C" w14:textId="77777777" w:rsidTr="005E6A4F">
        <w:trPr>
          <w:trHeight w:val="408"/>
        </w:trPr>
        <w:tc>
          <w:tcPr>
            <w:tcW w:w="866" w:type="dxa"/>
          </w:tcPr>
          <w:p w14:paraId="00AA5EEA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307D5C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7EA20C6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9C315E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C2C745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0773E1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16.02.24</w:t>
            </w:r>
          </w:p>
        </w:tc>
        <w:tc>
          <w:tcPr>
            <w:tcW w:w="3686" w:type="dxa"/>
          </w:tcPr>
          <w:p w14:paraId="4996AD96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02AC5719" w14:textId="77777777" w:rsidTr="005E6A4F">
        <w:trPr>
          <w:trHeight w:val="271"/>
        </w:trPr>
        <w:tc>
          <w:tcPr>
            <w:tcW w:w="866" w:type="dxa"/>
          </w:tcPr>
          <w:p w14:paraId="4B4E9FFE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25CB84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5A164FF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2505835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5F8CF36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D61A85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19.02.24</w:t>
            </w:r>
          </w:p>
        </w:tc>
        <w:tc>
          <w:tcPr>
            <w:tcW w:w="3686" w:type="dxa"/>
          </w:tcPr>
          <w:p w14:paraId="668475E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5308462D" w14:textId="77777777" w:rsidTr="005E6A4F">
        <w:trPr>
          <w:trHeight w:val="445"/>
        </w:trPr>
        <w:tc>
          <w:tcPr>
            <w:tcW w:w="866" w:type="dxa"/>
          </w:tcPr>
          <w:p w14:paraId="2895F95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1C8ADB8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 в речи существительных, имеющих в русском языке лишь форму множественного числа/Р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ус телендә күплек саны гына булган сүзләрне татар телендә куллану.</w:t>
            </w:r>
          </w:p>
        </w:tc>
        <w:tc>
          <w:tcPr>
            <w:tcW w:w="945" w:type="dxa"/>
            <w:vMerge w:val="restart"/>
          </w:tcPr>
          <w:p w14:paraId="16152DA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458618F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477C04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11723E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20.02.24</w:t>
            </w:r>
          </w:p>
        </w:tc>
        <w:tc>
          <w:tcPr>
            <w:tcW w:w="3686" w:type="dxa"/>
          </w:tcPr>
          <w:p w14:paraId="2FC927CA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1C2708FE" w14:textId="77777777" w:rsidTr="005E6A4F">
        <w:trPr>
          <w:trHeight w:val="551"/>
        </w:trPr>
        <w:tc>
          <w:tcPr>
            <w:tcW w:w="866" w:type="dxa"/>
          </w:tcPr>
          <w:p w14:paraId="7F79055C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60CF928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14:paraId="16354BD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15AB482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6FCD4B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C795FAD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26.02.24</w:t>
            </w:r>
          </w:p>
        </w:tc>
        <w:tc>
          <w:tcPr>
            <w:tcW w:w="3686" w:type="dxa"/>
          </w:tcPr>
          <w:p w14:paraId="2758389B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31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http://www.antat.ru/ru/iyli/publishing/book/2019/метод_2%20кл-новый.pdf</w:t>
              </w:r>
            </w:hyperlink>
          </w:p>
          <w:p w14:paraId="7E805418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4640D2EA" w14:textId="77777777" w:rsidTr="005E6A4F">
        <w:tc>
          <w:tcPr>
            <w:tcW w:w="866" w:type="dxa"/>
          </w:tcPr>
          <w:p w14:paraId="2090BDE2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6BD1571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945" w:type="dxa"/>
          </w:tcPr>
          <w:p w14:paraId="5908402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2C92677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07993D9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CDD9F0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27.02.24</w:t>
            </w:r>
          </w:p>
        </w:tc>
        <w:tc>
          <w:tcPr>
            <w:tcW w:w="3686" w:type="dxa"/>
          </w:tcPr>
          <w:p w14:paraId="7D29C393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464C59FE" w14:textId="77777777" w:rsidTr="005E6A4F">
        <w:trPr>
          <w:trHeight w:val="316"/>
        </w:trPr>
        <w:tc>
          <w:tcPr>
            <w:tcW w:w="866" w:type="dxa"/>
          </w:tcPr>
          <w:p w14:paraId="3FE8463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4CDB1C8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Имя прилагательное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 часть речи/Сыйфат сүз төркеме.</w:t>
            </w:r>
          </w:p>
        </w:tc>
        <w:tc>
          <w:tcPr>
            <w:tcW w:w="945" w:type="dxa"/>
            <w:vMerge w:val="restart"/>
          </w:tcPr>
          <w:p w14:paraId="0CE136E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37037AE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B8DF07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F4EE032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1.03.24</w:t>
            </w:r>
          </w:p>
        </w:tc>
        <w:tc>
          <w:tcPr>
            <w:tcW w:w="3686" w:type="dxa"/>
          </w:tcPr>
          <w:p w14:paraId="7FFBA544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32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http://www.antat.ru/ru/iyli/publishing/book/2019/метод_2%20кл-новый.pdf</w:t>
              </w:r>
            </w:hyperlink>
          </w:p>
          <w:p w14:paraId="7400305D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55D9FD72" w14:textId="77777777" w:rsidTr="005E6A4F">
        <w:trPr>
          <w:trHeight w:val="405"/>
        </w:trPr>
        <w:tc>
          <w:tcPr>
            <w:tcW w:w="866" w:type="dxa"/>
          </w:tcPr>
          <w:p w14:paraId="7A254900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036E7C2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409D1D5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667C39A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6BD60D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A39CEE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4.03.24</w:t>
            </w:r>
          </w:p>
        </w:tc>
        <w:tc>
          <w:tcPr>
            <w:tcW w:w="3686" w:type="dxa"/>
          </w:tcPr>
          <w:p w14:paraId="46C38534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3A702C9D" w14:textId="77777777" w:rsidTr="005E6A4F">
        <w:trPr>
          <w:trHeight w:val="425"/>
        </w:trPr>
        <w:tc>
          <w:tcPr>
            <w:tcW w:w="866" w:type="dxa"/>
          </w:tcPr>
          <w:p w14:paraId="26DCEB4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043B267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Употребление прилагательных в речи</w:t>
            </w: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./ 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Сыйфатларның сөйләмдә кулланылышы</w:t>
            </w:r>
          </w:p>
        </w:tc>
        <w:tc>
          <w:tcPr>
            <w:tcW w:w="945" w:type="dxa"/>
            <w:vMerge w:val="restart"/>
          </w:tcPr>
          <w:p w14:paraId="6C3E652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30BAD06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09D8B2A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94A072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5.03.24</w:t>
            </w:r>
          </w:p>
        </w:tc>
        <w:tc>
          <w:tcPr>
            <w:tcW w:w="3686" w:type="dxa"/>
          </w:tcPr>
          <w:p w14:paraId="0801719C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0B0F8A35" w14:textId="77777777" w:rsidTr="005E6A4F">
        <w:trPr>
          <w:trHeight w:val="276"/>
        </w:trPr>
        <w:tc>
          <w:tcPr>
            <w:tcW w:w="866" w:type="dxa"/>
          </w:tcPr>
          <w:p w14:paraId="7C6C4CB0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61C6EAF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2731808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11C1FE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F015DA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2729CF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11.03.24</w:t>
            </w:r>
          </w:p>
        </w:tc>
        <w:tc>
          <w:tcPr>
            <w:tcW w:w="3686" w:type="dxa"/>
          </w:tcPr>
          <w:p w14:paraId="51FDA77F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46F9F358" w14:textId="77777777" w:rsidTr="005E6A4F">
        <w:tc>
          <w:tcPr>
            <w:tcW w:w="866" w:type="dxa"/>
          </w:tcPr>
          <w:p w14:paraId="6E35C946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077813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Иҗади эш </w:t>
            </w:r>
          </w:p>
        </w:tc>
        <w:tc>
          <w:tcPr>
            <w:tcW w:w="945" w:type="dxa"/>
          </w:tcPr>
          <w:p w14:paraId="23A4B4F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00BFDC2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5B6D64E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EC526F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12.03.24</w:t>
            </w:r>
          </w:p>
        </w:tc>
        <w:tc>
          <w:tcPr>
            <w:tcW w:w="3686" w:type="dxa"/>
          </w:tcPr>
          <w:p w14:paraId="3C73F13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7ECC5DE" w14:textId="77777777" w:rsidTr="005E6A4F">
        <w:trPr>
          <w:trHeight w:val="770"/>
        </w:trPr>
        <w:tc>
          <w:tcPr>
            <w:tcW w:w="866" w:type="dxa"/>
          </w:tcPr>
          <w:p w14:paraId="7DF9566D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61757D2B" w14:textId="77777777" w:rsidR="00895C35" w:rsidRPr="00AE273D" w:rsidRDefault="00895C35" w:rsidP="005E6A4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Глагол изъявительного наклонения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/ Хәзерге заман хикәя фигыль</w:t>
            </w:r>
          </w:p>
        </w:tc>
        <w:tc>
          <w:tcPr>
            <w:tcW w:w="945" w:type="dxa"/>
          </w:tcPr>
          <w:p w14:paraId="734FD84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928E6B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128134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4977B2D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0143F6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3D19B86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15.03.24</w:t>
            </w:r>
          </w:p>
        </w:tc>
        <w:tc>
          <w:tcPr>
            <w:tcW w:w="3686" w:type="dxa"/>
          </w:tcPr>
          <w:p w14:paraId="4B485199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33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http://www.antat.ru/ru/iyli/publishing/book/2019/метод_2%20кл-новый.pdf</w:t>
              </w:r>
            </w:hyperlink>
          </w:p>
          <w:p w14:paraId="306F4668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173EBF83" w14:textId="77777777" w:rsidTr="005E6A4F">
        <w:trPr>
          <w:trHeight w:val="890"/>
        </w:trPr>
        <w:tc>
          <w:tcPr>
            <w:tcW w:w="866" w:type="dxa"/>
          </w:tcPr>
          <w:p w14:paraId="116FB76F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05DCD26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Образование глагола с помощью суффикса ла/-лә /   -ла/-лә кушымчасы ярдәмендә фигыль ясалу.</w:t>
            </w:r>
          </w:p>
        </w:tc>
        <w:tc>
          <w:tcPr>
            <w:tcW w:w="945" w:type="dxa"/>
          </w:tcPr>
          <w:p w14:paraId="037F776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4C15868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0D70BDC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4EEEBD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18.03.24</w:t>
            </w:r>
          </w:p>
        </w:tc>
        <w:tc>
          <w:tcPr>
            <w:tcW w:w="3686" w:type="dxa"/>
          </w:tcPr>
          <w:p w14:paraId="5CD94BD3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32F08709" w14:textId="77777777" w:rsidTr="005E6A4F">
        <w:tc>
          <w:tcPr>
            <w:tcW w:w="866" w:type="dxa"/>
          </w:tcPr>
          <w:p w14:paraId="5D45C09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57FAE71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текстом/ Текст белән эш. «Начарлык» тексты белән эш</w:t>
            </w:r>
          </w:p>
        </w:tc>
        <w:tc>
          <w:tcPr>
            <w:tcW w:w="945" w:type="dxa"/>
          </w:tcPr>
          <w:p w14:paraId="4F80C6C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A55D30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98E53A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42BA41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19.03.24</w:t>
            </w:r>
          </w:p>
        </w:tc>
        <w:tc>
          <w:tcPr>
            <w:tcW w:w="3686" w:type="dxa"/>
          </w:tcPr>
          <w:p w14:paraId="69426383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1DD86602" w14:textId="77777777" w:rsidTr="005E6A4F">
        <w:tc>
          <w:tcPr>
            <w:tcW w:w="866" w:type="dxa"/>
          </w:tcPr>
          <w:p w14:paraId="50793411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54CF5B2C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31E98F8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683356F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49C8C1D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4B7FF7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22.03.24</w:t>
            </w:r>
          </w:p>
        </w:tc>
        <w:tc>
          <w:tcPr>
            <w:tcW w:w="3686" w:type="dxa"/>
          </w:tcPr>
          <w:p w14:paraId="31D04449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01DC1FFE" w14:textId="77777777" w:rsidTr="005E6A4F">
        <w:tc>
          <w:tcPr>
            <w:tcW w:w="866" w:type="dxa"/>
          </w:tcPr>
          <w:p w14:paraId="11CE2B21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D5940A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945" w:type="dxa"/>
          </w:tcPr>
          <w:p w14:paraId="5411C17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483910E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4" w:type="dxa"/>
          </w:tcPr>
          <w:p w14:paraId="50498F9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1162D0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1.04.24</w:t>
            </w:r>
          </w:p>
        </w:tc>
        <w:tc>
          <w:tcPr>
            <w:tcW w:w="3686" w:type="dxa"/>
          </w:tcPr>
          <w:p w14:paraId="3ACA66F2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2011C196" w14:textId="77777777" w:rsidTr="005E6A4F">
        <w:trPr>
          <w:trHeight w:val="508"/>
        </w:trPr>
        <w:tc>
          <w:tcPr>
            <w:tcW w:w="866" w:type="dxa"/>
          </w:tcPr>
          <w:p w14:paraId="74C41116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20D0739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Слово и предложение. 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Сүз һәм җөмлә</w:t>
            </w:r>
          </w:p>
        </w:tc>
        <w:tc>
          <w:tcPr>
            <w:tcW w:w="945" w:type="dxa"/>
            <w:vMerge w:val="restart"/>
          </w:tcPr>
          <w:p w14:paraId="77EEC59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1E1FF18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A8090D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1418409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2.04.24</w:t>
            </w:r>
          </w:p>
        </w:tc>
        <w:tc>
          <w:tcPr>
            <w:tcW w:w="3686" w:type="dxa"/>
          </w:tcPr>
          <w:p w14:paraId="097337BF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34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242E5223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462518AF" w14:textId="77777777" w:rsidTr="005E6A4F">
        <w:trPr>
          <w:trHeight w:val="508"/>
        </w:trPr>
        <w:tc>
          <w:tcPr>
            <w:tcW w:w="866" w:type="dxa"/>
          </w:tcPr>
          <w:p w14:paraId="643C6C2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D0E447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2765BF2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05633C4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B0BFBA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5C1442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5.04.24</w:t>
            </w:r>
          </w:p>
        </w:tc>
        <w:tc>
          <w:tcPr>
            <w:tcW w:w="3686" w:type="dxa"/>
          </w:tcPr>
          <w:p w14:paraId="02605EE5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34A8E1E8" w14:textId="77777777" w:rsidTr="005E6A4F">
        <w:trPr>
          <w:trHeight w:val="508"/>
        </w:trPr>
        <w:tc>
          <w:tcPr>
            <w:tcW w:w="866" w:type="dxa"/>
          </w:tcPr>
          <w:p w14:paraId="1830D2D6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4151D6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5914F09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135E052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8F97E0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664442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8.04.24</w:t>
            </w:r>
          </w:p>
        </w:tc>
        <w:tc>
          <w:tcPr>
            <w:tcW w:w="3686" w:type="dxa"/>
          </w:tcPr>
          <w:p w14:paraId="3F97912B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2A5F3CDC" w14:textId="77777777" w:rsidTr="005E6A4F">
        <w:trPr>
          <w:trHeight w:val="467"/>
        </w:trPr>
        <w:tc>
          <w:tcPr>
            <w:tcW w:w="866" w:type="dxa"/>
          </w:tcPr>
          <w:p w14:paraId="4DEF5F77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732E3E6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Место глагола в предложении /Җөмләдә фигыльнең урыны/</w:t>
            </w:r>
          </w:p>
        </w:tc>
        <w:tc>
          <w:tcPr>
            <w:tcW w:w="945" w:type="dxa"/>
            <w:vMerge w:val="restart"/>
          </w:tcPr>
          <w:p w14:paraId="501DF8D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28E1670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A3AD747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E61A72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9.04.24</w:t>
            </w:r>
          </w:p>
        </w:tc>
        <w:tc>
          <w:tcPr>
            <w:tcW w:w="3686" w:type="dxa"/>
          </w:tcPr>
          <w:p w14:paraId="3356F76F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6CF26EAC" w14:textId="77777777" w:rsidTr="005E6A4F">
        <w:trPr>
          <w:trHeight w:val="467"/>
        </w:trPr>
        <w:tc>
          <w:tcPr>
            <w:tcW w:w="866" w:type="dxa"/>
          </w:tcPr>
          <w:p w14:paraId="22AE8E1A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1D8E4E8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7767EED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69422E0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2AECBBD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6EF76F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12.04.24</w:t>
            </w:r>
          </w:p>
        </w:tc>
        <w:tc>
          <w:tcPr>
            <w:tcW w:w="3686" w:type="dxa"/>
          </w:tcPr>
          <w:p w14:paraId="3BB369E6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6CD973BE" w14:textId="77777777" w:rsidTr="005E6A4F">
        <w:trPr>
          <w:trHeight w:val="611"/>
        </w:trPr>
        <w:tc>
          <w:tcPr>
            <w:tcW w:w="866" w:type="dxa"/>
          </w:tcPr>
          <w:p w14:paraId="2B8CBFAF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51A27883" w14:textId="77777777" w:rsidR="00895C35" w:rsidRP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Виды предложений по цели высказывания/</w:t>
            </w:r>
          </w:p>
          <w:p w14:paraId="60F60E8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Әйтелү максаты ягыннан җөмлә төрләре</w:t>
            </w:r>
          </w:p>
          <w:p w14:paraId="5A995D0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 w:val="restart"/>
          </w:tcPr>
          <w:p w14:paraId="4893215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4F732F9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0F4BE8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83DBCED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15.04.24</w:t>
            </w:r>
          </w:p>
        </w:tc>
        <w:tc>
          <w:tcPr>
            <w:tcW w:w="3686" w:type="dxa"/>
          </w:tcPr>
          <w:p w14:paraId="138583F3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35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0423CF6E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5CAF6297" w14:textId="77777777" w:rsidTr="005E6A4F">
        <w:trPr>
          <w:trHeight w:val="422"/>
        </w:trPr>
        <w:tc>
          <w:tcPr>
            <w:tcW w:w="866" w:type="dxa"/>
          </w:tcPr>
          <w:p w14:paraId="6D3A367C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6D4913A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2782E69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63D45C3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4E2500B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9259A5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16.04.24</w:t>
            </w:r>
          </w:p>
        </w:tc>
        <w:tc>
          <w:tcPr>
            <w:tcW w:w="3686" w:type="dxa"/>
          </w:tcPr>
          <w:p w14:paraId="129E4450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65BAF86A" w14:textId="77777777" w:rsidTr="005E6A4F">
        <w:trPr>
          <w:trHeight w:val="414"/>
        </w:trPr>
        <w:tc>
          <w:tcPr>
            <w:tcW w:w="866" w:type="dxa"/>
          </w:tcPr>
          <w:p w14:paraId="4F66172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1A939E12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2C23DD0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76E309C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EFA953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E3A75B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19.04.24</w:t>
            </w:r>
          </w:p>
        </w:tc>
        <w:tc>
          <w:tcPr>
            <w:tcW w:w="3686" w:type="dxa"/>
          </w:tcPr>
          <w:p w14:paraId="53C272CD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5E332A2A" w14:textId="77777777" w:rsidTr="005E6A4F">
        <w:trPr>
          <w:trHeight w:val="561"/>
        </w:trPr>
        <w:tc>
          <w:tcPr>
            <w:tcW w:w="866" w:type="dxa"/>
          </w:tcPr>
          <w:p w14:paraId="50D8E175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B4E356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Интонация.</w:t>
            </w:r>
          </w:p>
        </w:tc>
        <w:tc>
          <w:tcPr>
            <w:tcW w:w="945" w:type="dxa"/>
          </w:tcPr>
          <w:p w14:paraId="72625E9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42D4BCD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65CB401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D7283E5" w14:textId="77777777" w:rsidR="00895C35" w:rsidRPr="00AE273D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22.04.24</w:t>
            </w:r>
          </w:p>
        </w:tc>
        <w:tc>
          <w:tcPr>
            <w:tcW w:w="3686" w:type="dxa"/>
          </w:tcPr>
          <w:p w14:paraId="0D3ADA03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36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25CA5532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42D95C30" w14:textId="77777777" w:rsidTr="005E6A4F">
        <w:trPr>
          <w:trHeight w:val="439"/>
        </w:trPr>
        <w:tc>
          <w:tcPr>
            <w:tcW w:w="866" w:type="dxa"/>
          </w:tcPr>
          <w:p w14:paraId="6BE586A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5F6B254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Знаки препинания в конце предложения./Җөмлә ахырында тыныш билгеләре.</w:t>
            </w:r>
          </w:p>
        </w:tc>
        <w:tc>
          <w:tcPr>
            <w:tcW w:w="945" w:type="dxa"/>
            <w:vMerge w:val="restart"/>
          </w:tcPr>
          <w:p w14:paraId="2C83188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6" w:type="dxa"/>
          </w:tcPr>
          <w:p w14:paraId="3C518C5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F81215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7E91AF7" w14:textId="77777777" w:rsidR="00895C35" w:rsidRPr="00AE273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23.04.24</w:t>
            </w:r>
          </w:p>
        </w:tc>
        <w:tc>
          <w:tcPr>
            <w:tcW w:w="3686" w:type="dxa"/>
            <w:vMerge w:val="restart"/>
          </w:tcPr>
          <w:p w14:paraId="04BC4216" w14:textId="77777777" w:rsidR="00895C35" w:rsidRDefault="00000000" w:rsidP="005E6A4F">
            <w:pPr>
              <w:jc w:val="center"/>
              <w:rPr>
                <w:sz w:val="16"/>
                <w:szCs w:val="16"/>
                <w:lang w:val="tt-RU"/>
              </w:rPr>
            </w:pPr>
            <w:hyperlink r:id="rId37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https://infourok.ru/razrabotka-uroka-po-rodnomu-tatarskomu-yazyku-dlya-1-klassa-po-teme-җөmlә-ahyrynda-tynysh-bilgelәre-audiozapis-s-obyasneniem-5131573.html</w:t>
              </w:r>
            </w:hyperlink>
          </w:p>
          <w:p w14:paraId="453FFCFD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19FCEE9E" w14:textId="77777777" w:rsidTr="005E6A4F">
        <w:trPr>
          <w:trHeight w:val="421"/>
        </w:trPr>
        <w:tc>
          <w:tcPr>
            <w:tcW w:w="866" w:type="dxa"/>
          </w:tcPr>
          <w:p w14:paraId="27B274F5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043D947A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4975CC02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472051B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DEB2C3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20C6BA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26.04.24</w:t>
            </w:r>
          </w:p>
        </w:tc>
        <w:tc>
          <w:tcPr>
            <w:tcW w:w="3686" w:type="dxa"/>
            <w:vMerge/>
          </w:tcPr>
          <w:p w14:paraId="318A1964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500D6E" w14:paraId="07F79C90" w14:textId="77777777" w:rsidTr="005E6A4F">
        <w:trPr>
          <w:trHeight w:val="272"/>
        </w:trPr>
        <w:tc>
          <w:tcPr>
            <w:tcW w:w="866" w:type="dxa"/>
          </w:tcPr>
          <w:p w14:paraId="175AF35A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17366FE8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1E6FD13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42B97B0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60B18BC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64CB2D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29.04.24</w:t>
            </w:r>
          </w:p>
        </w:tc>
        <w:tc>
          <w:tcPr>
            <w:tcW w:w="3686" w:type="dxa"/>
          </w:tcPr>
          <w:p w14:paraId="17753ED1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5A51E9EF" w14:textId="77777777" w:rsidTr="005E6A4F">
        <w:trPr>
          <w:trHeight w:val="443"/>
        </w:trPr>
        <w:tc>
          <w:tcPr>
            <w:tcW w:w="866" w:type="dxa"/>
          </w:tcPr>
          <w:p w14:paraId="413E027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02F1C4B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Стилистическик ошибки: повторения в предложениях/ Стиль хаталары: җөмләләрдә кабатлаулар</w:t>
            </w:r>
          </w:p>
        </w:tc>
        <w:tc>
          <w:tcPr>
            <w:tcW w:w="945" w:type="dxa"/>
            <w:vMerge w:val="restart"/>
          </w:tcPr>
          <w:p w14:paraId="10142B0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70C4364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26397F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1C8B11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30.04.24</w:t>
            </w:r>
          </w:p>
        </w:tc>
        <w:tc>
          <w:tcPr>
            <w:tcW w:w="3686" w:type="dxa"/>
          </w:tcPr>
          <w:p w14:paraId="7B3FD16B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6C41F187" w14:textId="77777777" w:rsidTr="005E6A4F">
        <w:trPr>
          <w:trHeight w:val="443"/>
        </w:trPr>
        <w:tc>
          <w:tcPr>
            <w:tcW w:w="866" w:type="dxa"/>
          </w:tcPr>
          <w:p w14:paraId="13885D9A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717BA65F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2FAA8B0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3CA3DFB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75CA18F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52D93E0" w14:textId="77777777" w:rsidR="00895C35" w:rsidRPr="00AE273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3.05.24</w:t>
            </w:r>
          </w:p>
        </w:tc>
        <w:tc>
          <w:tcPr>
            <w:tcW w:w="3686" w:type="dxa"/>
          </w:tcPr>
          <w:p w14:paraId="208EDCDB" w14:textId="77777777" w:rsidR="00895C35" w:rsidRDefault="00000000" w:rsidP="005E6A4F">
            <w:pPr>
              <w:jc w:val="center"/>
              <w:rPr>
                <w:sz w:val="16"/>
                <w:szCs w:val="16"/>
                <w:lang w:val="tt-RU"/>
              </w:rPr>
            </w:pPr>
            <w:hyperlink r:id="rId38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23BB874A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1F0E9794" w14:textId="77777777" w:rsidTr="005E6A4F">
        <w:tc>
          <w:tcPr>
            <w:tcW w:w="866" w:type="dxa"/>
          </w:tcPr>
          <w:p w14:paraId="38DBCB78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6319852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Словарный диктант/Сүзлек диктанты</w:t>
            </w:r>
          </w:p>
        </w:tc>
        <w:tc>
          <w:tcPr>
            <w:tcW w:w="945" w:type="dxa"/>
          </w:tcPr>
          <w:p w14:paraId="6515D260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1134A95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2C50F06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823870B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6.05.24</w:t>
            </w:r>
          </w:p>
        </w:tc>
        <w:tc>
          <w:tcPr>
            <w:tcW w:w="3686" w:type="dxa"/>
          </w:tcPr>
          <w:p w14:paraId="460092DA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6A354C6" w14:textId="77777777" w:rsidTr="005E6A4F">
        <w:tc>
          <w:tcPr>
            <w:tcW w:w="866" w:type="dxa"/>
          </w:tcPr>
          <w:p w14:paraId="0DD9CF3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77EEA779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текстом. Текст белән эш. «Кечкенә Апуш Сабантуйда» тексты белән эш</w:t>
            </w:r>
          </w:p>
        </w:tc>
        <w:tc>
          <w:tcPr>
            <w:tcW w:w="945" w:type="dxa"/>
            <w:vMerge w:val="restart"/>
          </w:tcPr>
          <w:p w14:paraId="199BC5E5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6" w:type="dxa"/>
          </w:tcPr>
          <w:p w14:paraId="08039C4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0D8E876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FEDB58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7.04.24</w:t>
            </w:r>
          </w:p>
        </w:tc>
        <w:tc>
          <w:tcPr>
            <w:tcW w:w="3686" w:type="dxa"/>
          </w:tcPr>
          <w:p w14:paraId="4D5951C8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054F6FB" w14:textId="77777777" w:rsidTr="005E6A4F">
        <w:tc>
          <w:tcPr>
            <w:tcW w:w="866" w:type="dxa"/>
          </w:tcPr>
          <w:p w14:paraId="72F81814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32C0A3B0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vMerge/>
          </w:tcPr>
          <w:p w14:paraId="23546A7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46" w:type="dxa"/>
          </w:tcPr>
          <w:p w14:paraId="7885DED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42C2454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1E9968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10.05.24</w:t>
            </w:r>
          </w:p>
        </w:tc>
        <w:tc>
          <w:tcPr>
            <w:tcW w:w="3686" w:type="dxa"/>
          </w:tcPr>
          <w:p w14:paraId="6940A709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69BF9829" w14:textId="77777777" w:rsidTr="005E6A4F">
        <w:tc>
          <w:tcPr>
            <w:tcW w:w="866" w:type="dxa"/>
          </w:tcPr>
          <w:p w14:paraId="0693FEE9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76A6F0B5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Повторение/Кабатлау</w:t>
            </w:r>
          </w:p>
        </w:tc>
        <w:tc>
          <w:tcPr>
            <w:tcW w:w="945" w:type="dxa"/>
          </w:tcPr>
          <w:p w14:paraId="7D6D353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619F09FE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2D4F4A17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5DA0EA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13.05.24</w:t>
            </w:r>
          </w:p>
        </w:tc>
        <w:tc>
          <w:tcPr>
            <w:tcW w:w="3686" w:type="dxa"/>
          </w:tcPr>
          <w:p w14:paraId="2970DC49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7204D992" w14:textId="77777777" w:rsidTr="005E6A4F">
        <w:tc>
          <w:tcPr>
            <w:tcW w:w="866" w:type="dxa"/>
          </w:tcPr>
          <w:p w14:paraId="763D4D36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28C7F52C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</w:tcPr>
          <w:p w14:paraId="1A1569D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4289E9D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FDCD8A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670B964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14.05.24</w:t>
            </w:r>
          </w:p>
        </w:tc>
        <w:tc>
          <w:tcPr>
            <w:tcW w:w="3686" w:type="dxa"/>
          </w:tcPr>
          <w:p w14:paraId="7D84FDAD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3F77A540" w14:textId="77777777" w:rsidTr="005E6A4F">
        <w:tc>
          <w:tcPr>
            <w:tcW w:w="866" w:type="dxa"/>
          </w:tcPr>
          <w:p w14:paraId="3F1B9C77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214E66C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с предложениями: составление предложений из заданных слов / Җөмләләр белән эшләү: бирелгән сүзләрдән </w:t>
            </w: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җөмләләр төзү</w:t>
            </w:r>
          </w:p>
        </w:tc>
        <w:tc>
          <w:tcPr>
            <w:tcW w:w="945" w:type="dxa"/>
          </w:tcPr>
          <w:p w14:paraId="57C8FF0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046" w:type="dxa"/>
          </w:tcPr>
          <w:p w14:paraId="54ECDEF3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1E31F296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D3423F4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17.05.24</w:t>
            </w:r>
          </w:p>
        </w:tc>
        <w:tc>
          <w:tcPr>
            <w:tcW w:w="3686" w:type="dxa"/>
          </w:tcPr>
          <w:p w14:paraId="54544213" w14:textId="77777777" w:rsidR="00895C35" w:rsidRPr="00AC5F97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2639370B" w14:textId="77777777" w:rsidTr="005E6A4F">
        <w:tc>
          <w:tcPr>
            <w:tcW w:w="866" w:type="dxa"/>
          </w:tcPr>
          <w:p w14:paraId="6C0B53A0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 w:val="restart"/>
          </w:tcPr>
          <w:p w14:paraId="099416F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пройденного во 2 классе</w:t>
            </w:r>
            <w:proofErr w:type="gram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/  2</w:t>
            </w:r>
            <w:proofErr w:type="gram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класста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өйрәнгәннәрне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кабатлау</w:t>
            </w:r>
            <w:proofErr w:type="spellEnd"/>
          </w:p>
        </w:tc>
        <w:tc>
          <w:tcPr>
            <w:tcW w:w="945" w:type="dxa"/>
          </w:tcPr>
          <w:p w14:paraId="1142B71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477786C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F7AB02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0C4878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20.05.24</w:t>
            </w:r>
          </w:p>
        </w:tc>
        <w:tc>
          <w:tcPr>
            <w:tcW w:w="3686" w:type="dxa"/>
          </w:tcPr>
          <w:p w14:paraId="7E91460C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3D46E6B" w14:textId="77777777" w:rsidTr="005E6A4F">
        <w:tc>
          <w:tcPr>
            <w:tcW w:w="866" w:type="dxa"/>
          </w:tcPr>
          <w:p w14:paraId="7C015E0F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  <w:vMerge/>
          </w:tcPr>
          <w:p w14:paraId="5B826713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4B9270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3E1B43A9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14:paraId="36FF777F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1981975" w14:textId="77777777" w:rsidR="00895C35" w:rsidRPr="00AE273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21.05.24</w:t>
            </w:r>
          </w:p>
        </w:tc>
        <w:tc>
          <w:tcPr>
            <w:tcW w:w="3686" w:type="dxa"/>
          </w:tcPr>
          <w:p w14:paraId="43155A92" w14:textId="77777777" w:rsidR="00895C35" w:rsidRDefault="00000000" w:rsidP="005E6A4F">
            <w:pPr>
              <w:jc w:val="center"/>
              <w:rPr>
                <w:sz w:val="16"/>
                <w:szCs w:val="16"/>
                <w:lang w:val="tt-RU"/>
              </w:rPr>
            </w:pPr>
            <w:hyperlink r:id="rId39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https://disk.yandex.ru/d/RN-ecVugobgVUQ?w=1</w:t>
              </w:r>
            </w:hyperlink>
          </w:p>
          <w:p w14:paraId="25406E4E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47799AA4" w14:textId="77777777" w:rsidTr="005E6A4F">
        <w:tc>
          <w:tcPr>
            <w:tcW w:w="866" w:type="dxa"/>
          </w:tcPr>
          <w:p w14:paraId="779CCEAB" w14:textId="77777777" w:rsidR="00895C35" w:rsidRPr="00AE273D" w:rsidRDefault="00895C35" w:rsidP="005E6A4F">
            <w:pPr>
              <w:pStyle w:val="ae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55B1611E" w14:textId="77777777" w:rsidR="00895C35" w:rsidRPr="00AE273D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Контрольное с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писыва</w:t>
            </w:r>
            <w:proofErr w:type="spellEnd"/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ние/ </w:t>
            </w: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Контроль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күчереп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язу</w:t>
            </w:r>
            <w:proofErr w:type="spellEnd"/>
          </w:p>
        </w:tc>
        <w:tc>
          <w:tcPr>
            <w:tcW w:w="945" w:type="dxa"/>
          </w:tcPr>
          <w:p w14:paraId="10E7A46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6" w:type="dxa"/>
          </w:tcPr>
          <w:p w14:paraId="219BABF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4" w:type="dxa"/>
          </w:tcPr>
          <w:p w14:paraId="6C21B9D6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4E33808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24.05.24</w:t>
            </w:r>
          </w:p>
        </w:tc>
        <w:tc>
          <w:tcPr>
            <w:tcW w:w="3686" w:type="dxa"/>
          </w:tcPr>
          <w:p w14:paraId="7BE97D52" w14:textId="77777777" w:rsidR="00895C35" w:rsidRPr="00AC5F97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AC5F97" w14:paraId="351843B8" w14:textId="77777777" w:rsidTr="005E6A4F">
        <w:tc>
          <w:tcPr>
            <w:tcW w:w="866" w:type="dxa"/>
          </w:tcPr>
          <w:p w14:paraId="1F2E5621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14:paraId="4FAAED94" w14:textId="77777777" w:rsidR="00895C35" w:rsidRPr="00AE273D" w:rsidRDefault="00895C35" w:rsidP="005E6A4F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Всего  /Барлыгы</w:t>
            </w:r>
          </w:p>
        </w:tc>
        <w:tc>
          <w:tcPr>
            <w:tcW w:w="945" w:type="dxa"/>
          </w:tcPr>
          <w:p w14:paraId="6B692C71" w14:textId="77777777" w:rsidR="00895C35" w:rsidRPr="00AE273D" w:rsidRDefault="00895C35" w:rsidP="005E6A4F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AE273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102</w:t>
            </w:r>
          </w:p>
        </w:tc>
        <w:tc>
          <w:tcPr>
            <w:tcW w:w="1046" w:type="dxa"/>
          </w:tcPr>
          <w:p w14:paraId="3CDAD78C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</w:tcPr>
          <w:p w14:paraId="328BF04D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D8E76AA" w14:textId="77777777" w:rsidR="00895C35" w:rsidRPr="00AE273D" w:rsidRDefault="00895C35" w:rsidP="005E6A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14:paraId="1D6B368B" w14:textId="77777777" w:rsidR="00895C35" w:rsidRPr="00AC5F97" w:rsidRDefault="00895C35" w:rsidP="005E6A4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</w:p>
        </w:tc>
      </w:tr>
    </w:tbl>
    <w:p w14:paraId="7EEABFC8" w14:textId="77777777" w:rsidR="00895C35" w:rsidRPr="00AD6189" w:rsidRDefault="00895C35" w:rsidP="00895C35">
      <w:pPr>
        <w:spacing w:after="258" w:line="228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0ECC68F9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95C35">
        <w:rPr>
          <w:rFonts w:ascii="Times New Roman" w:hAnsi="Times New Roman"/>
          <w:b/>
          <w:sz w:val="28"/>
          <w:szCs w:val="28"/>
          <w:lang w:val="ru-RU"/>
        </w:rPr>
        <w:t>Составлено на основе следующих нормативно-правовых документов:</w:t>
      </w:r>
    </w:p>
    <w:p w14:paraId="52E3E21C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rPr>
          <w:rFonts w:ascii="Times New Roman" w:hAnsi="Times New Roman"/>
          <w:lang w:val="ru-RU"/>
        </w:rPr>
      </w:pPr>
    </w:p>
    <w:p w14:paraId="0B663B38" w14:textId="77777777" w:rsidR="00895C35" w:rsidRPr="00895C35" w:rsidRDefault="00895C35" w:rsidP="00895C35">
      <w:pPr>
        <w:pStyle w:val="ae"/>
        <w:widowControl w:val="0"/>
        <w:numPr>
          <w:ilvl w:val="0"/>
          <w:numId w:val="12"/>
        </w:numPr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5C35">
        <w:rPr>
          <w:rFonts w:ascii="Times New Roman" w:hAnsi="Times New Roman"/>
          <w:sz w:val="24"/>
          <w:szCs w:val="24"/>
          <w:lang w:val="ru-RU"/>
        </w:rPr>
        <w:t>Основная  образовательная</w:t>
      </w:r>
      <w:proofErr w:type="gramEnd"/>
      <w:r w:rsidRPr="00895C35">
        <w:rPr>
          <w:rFonts w:ascii="Times New Roman" w:hAnsi="Times New Roman"/>
          <w:sz w:val="24"/>
          <w:szCs w:val="24"/>
          <w:lang w:val="ru-RU"/>
        </w:rPr>
        <w:t xml:space="preserve"> программа основного </w:t>
      </w:r>
      <w:r w:rsidRPr="008342DD">
        <w:rPr>
          <w:rFonts w:ascii="Times New Roman" w:hAnsi="Times New Roman"/>
          <w:sz w:val="24"/>
          <w:szCs w:val="24"/>
          <w:lang w:val="tt-RU"/>
        </w:rPr>
        <w:t>начального</w:t>
      </w:r>
      <w:r w:rsidRPr="00895C35">
        <w:rPr>
          <w:rFonts w:ascii="Times New Roman" w:hAnsi="Times New Roman"/>
          <w:sz w:val="24"/>
          <w:szCs w:val="24"/>
          <w:lang w:val="ru-RU"/>
        </w:rPr>
        <w:t xml:space="preserve"> образования МБОУ «Иске –Казанская ООШ» Высокогорского муниципального района Республики Татарстан</w:t>
      </w:r>
    </w:p>
    <w:p w14:paraId="6BFA8E29" w14:textId="77777777" w:rsidR="00895C35" w:rsidRPr="00895C35" w:rsidRDefault="00895C35" w:rsidP="00895C35">
      <w:pPr>
        <w:pStyle w:val="ae"/>
        <w:numPr>
          <w:ilvl w:val="0"/>
          <w:numId w:val="12"/>
        </w:numPr>
        <w:suppressAutoHyphens/>
        <w:spacing w:after="0" w:line="240" w:lineRule="auto"/>
        <w:outlineLvl w:val="0"/>
        <w:rPr>
          <w:rFonts w:ascii="Times New Roman" w:hAnsi="Times New Roman"/>
          <w:kern w:val="2"/>
          <w:sz w:val="24"/>
          <w:szCs w:val="24"/>
          <w:lang w:val="ru-RU"/>
        </w:rPr>
      </w:pPr>
      <w:r w:rsidRPr="00895C35">
        <w:rPr>
          <w:rFonts w:ascii="Times New Roman" w:hAnsi="Times New Roman"/>
          <w:kern w:val="2"/>
          <w:sz w:val="24"/>
          <w:szCs w:val="24"/>
          <w:lang w:val="ru-RU"/>
        </w:rPr>
        <w:t xml:space="preserve">Федеральная образовательная программа </w:t>
      </w:r>
      <w:r w:rsidRPr="008342DD">
        <w:rPr>
          <w:rFonts w:ascii="Times New Roman" w:hAnsi="Times New Roman"/>
          <w:sz w:val="24"/>
          <w:szCs w:val="24"/>
          <w:lang w:val="tt-RU"/>
        </w:rPr>
        <w:t>начального</w:t>
      </w:r>
      <w:r w:rsidRPr="00895C35">
        <w:rPr>
          <w:rFonts w:ascii="Times New Roman" w:hAnsi="Times New Roman"/>
          <w:kern w:val="2"/>
          <w:sz w:val="24"/>
          <w:szCs w:val="24"/>
          <w:lang w:val="ru-RU"/>
        </w:rPr>
        <w:t>общего образования.</w:t>
      </w:r>
    </w:p>
    <w:p w14:paraId="062CAB4A" w14:textId="77777777" w:rsidR="00895C35" w:rsidRPr="008342DD" w:rsidRDefault="00895C35" w:rsidP="00895C35">
      <w:pPr>
        <w:pStyle w:val="ae"/>
        <w:numPr>
          <w:ilvl w:val="0"/>
          <w:numId w:val="12"/>
        </w:numPr>
        <w:tabs>
          <w:tab w:val="left" w:pos="142"/>
          <w:tab w:val="left" w:pos="9288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ПРИМЕРНАЯ ОБРАЗОВАТЕЛЬНАЯ ПРОГРАММА УЧЕБНОГО ПРЕДМЕТА «РОДНОЙ (ТАТАРСКИЙ) ЯЗЫК» ДЛЯ 1-4 КЛАССОВ НАЧАЛЬНОГО ОБЩЕГО ОБРАЗОВАНИЯ С ОБУЧЕНИЕМ НА РОДНОМ (ТАТАРСКОМ) ЯЗЫКЕ Разработчики: Шакурова М.М., кандидат филологических наук, доцент, ведущий научный сотрудник Института языка, литературы и искусства им. Г. Ибрагимова Академии наук Республики Татарстан;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Гиниятуллина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 Л.М., кандидат филологических наук, доцент, старший научный сотрудник Института языка, литературы и искусства им. Г. Ибрагимова Академии наук Республики Татарстан (ОДОБРЕНА решением федерального учебно-методического объединения по общему образованию </w:t>
      </w:r>
      <w:r w:rsidRPr="008342DD">
        <w:rPr>
          <w:rFonts w:ascii="Times New Roman" w:hAnsi="Times New Roman"/>
          <w:sz w:val="24"/>
          <w:szCs w:val="24"/>
        </w:rPr>
        <w:t>(</w:t>
      </w:r>
      <w:proofErr w:type="spellStart"/>
      <w:r w:rsidRPr="008342DD">
        <w:rPr>
          <w:rFonts w:ascii="Times New Roman" w:hAnsi="Times New Roman"/>
          <w:sz w:val="24"/>
          <w:szCs w:val="24"/>
        </w:rPr>
        <w:t>протокол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2DD">
        <w:rPr>
          <w:rFonts w:ascii="Times New Roman" w:hAnsi="Times New Roman"/>
          <w:sz w:val="24"/>
          <w:szCs w:val="24"/>
        </w:rPr>
        <w:t>от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8342DD">
        <w:rPr>
          <w:rFonts w:ascii="Times New Roman" w:hAnsi="Times New Roman"/>
          <w:sz w:val="24"/>
          <w:szCs w:val="24"/>
        </w:rPr>
        <w:t>сентября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2020 г. № 3/20</w:t>
      </w:r>
    </w:p>
    <w:p w14:paraId="7AB3FB0A" w14:textId="77777777" w:rsidR="00895C35" w:rsidRPr="008342DD" w:rsidRDefault="00895C35" w:rsidP="00895C35">
      <w:pPr>
        <w:pStyle w:val="ae"/>
        <w:numPr>
          <w:ilvl w:val="0"/>
          <w:numId w:val="12"/>
        </w:numPr>
        <w:ind w:left="-774" w:firstLine="65"/>
        <w:jc w:val="center"/>
        <w:rPr>
          <w:rFonts w:ascii="Times New Roman" w:hAnsi="Times New Roman"/>
          <w:sz w:val="24"/>
          <w:szCs w:val="24"/>
          <w:lang w:val="tt-RU"/>
        </w:rPr>
      </w:pPr>
      <w:r w:rsidRPr="008342DD">
        <w:rPr>
          <w:rFonts w:ascii="Times New Roman" w:hAnsi="Times New Roman"/>
          <w:sz w:val="24"/>
          <w:szCs w:val="24"/>
          <w:lang w:val="tt-RU"/>
        </w:rPr>
        <w:t>Туган (татар) тел фәнен федераль эш программаларына нигезләнеп укыту буенча методик тәкъдимнәр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8342DD">
        <w:rPr>
          <w:rFonts w:ascii="Times New Roman" w:hAnsi="Times New Roman"/>
          <w:sz w:val="24"/>
          <w:szCs w:val="24"/>
          <w:lang w:val="tt-RU"/>
        </w:rPr>
        <w:t>1 - 4 сыйныфлар</w:t>
      </w:r>
    </w:p>
    <w:p w14:paraId="65B2A192" w14:textId="77777777" w:rsidR="00895C35" w:rsidRPr="00895C35" w:rsidRDefault="00895C35" w:rsidP="00895C35">
      <w:pPr>
        <w:pStyle w:val="ae"/>
        <w:widowControl w:val="0"/>
        <w:numPr>
          <w:ilvl w:val="0"/>
          <w:numId w:val="12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>Учебный план МБОУ «Иске –</w:t>
      </w:r>
      <w:proofErr w:type="gramStart"/>
      <w:r w:rsidRPr="00895C35">
        <w:rPr>
          <w:rFonts w:ascii="Times New Roman" w:hAnsi="Times New Roman"/>
          <w:sz w:val="24"/>
          <w:szCs w:val="24"/>
          <w:lang w:val="ru-RU"/>
        </w:rPr>
        <w:t>Казанская  Основная</w:t>
      </w:r>
      <w:proofErr w:type="gramEnd"/>
      <w:r w:rsidRPr="00895C35">
        <w:rPr>
          <w:rFonts w:ascii="Times New Roman" w:hAnsi="Times New Roman"/>
          <w:sz w:val="24"/>
          <w:szCs w:val="24"/>
          <w:lang w:val="ru-RU"/>
        </w:rPr>
        <w:t xml:space="preserve"> общеобразовательная школа» Высокогорского муниципального района Республики Татарстан  на 2023/2024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уч.г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 ;</w:t>
      </w:r>
    </w:p>
    <w:p w14:paraId="10ED5075" w14:textId="77777777" w:rsidR="00895C35" w:rsidRPr="00895C35" w:rsidRDefault="00895C35" w:rsidP="00895C35">
      <w:pPr>
        <w:widowControl w:val="0"/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7B3459FD" w14:textId="77777777" w:rsidR="00895C35" w:rsidRPr="008342DD" w:rsidRDefault="00895C35" w:rsidP="00895C35">
      <w:pPr>
        <w:spacing w:after="0" w:line="240" w:lineRule="auto"/>
        <w:rPr>
          <w:rFonts w:ascii="Times New Roman" w:hAnsi="Times New Roman"/>
          <w:b/>
          <w:spacing w:val="-1"/>
          <w:sz w:val="24"/>
          <w:szCs w:val="24"/>
          <w:lang w:val="tt-RU"/>
        </w:rPr>
      </w:pPr>
      <w:r w:rsidRPr="00895C35">
        <w:rPr>
          <w:rFonts w:ascii="Times New Roman" w:hAnsi="Times New Roman"/>
          <w:b/>
          <w:position w:val="2"/>
          <w:sz w:val="24"/>
          <w:szCs w:val="24"/>
          <w:lang w:val="ru-RU"/>
        </w:rPr>
        <w:t>Обучение ведется по учебникам</w:t>
      </w:r>
      <w:r w:rsidRPr="00895C35">
        <w:rPr>
          <w:rFonts w:ascii="Times New Roman" w:hAnsi="Times New Roman"/>
          <w:b/>
          <w:sz w:val="24"/>
          <w:szCs w:val="24"/>
          <w:lang w:val="ru-RU"/>
        </w:rPr>
        <w:t xml:space="preserve"> для учащихся </w:t>
      </w:r>
      <w:r>
        <w:rPr>
          <w:rFonts w:ascii="Times New Roman" w:hAnsi="Times New Roman"/>
          <w:b/>
          <w:sz w:val="24"/>
          <w:szCs w:val="24"/>
          <w:lang w:val="tt-RU"/>
        </w:rPr>
        <w:t>3</w:t>
      </w:r>
      <w:r w:rsidRPr="00895C35">
        <w:rPr>
          <w:rFonts w:ascii="Times New Roman" w:hAnsi="Times New Roman"/>
          <w:b/>
          <w:sz w:val="24"/>
          <w:szCs w:val="24"/>
          <w:lang w:val="ru-RU"/>
        </w:rPr>
        <w:t>класса  общеобразовательных учреждений:</w:t>
      </w:r>
    </w:p>
    <w:p w14:paraId="226D35AC" w14:textId="77777777" w:rsidR="00895C35" w:rsidRPr="008224F6" w:rsidRDefault="00895C35" w:rsidP="00895C35">
      <w:pPr>
        <w:jc w:val="both"/>
        <w:rPr>
          <w:rFonts w:ascii="Times New Roman" w:hAnsi="Times New Roman"/>
          <w:bCs/>
          <w:sz w:val="23"/>
          <w:szCs w:val="23"/>
          <w:lang w:val="tt-RU"/>
        </w:rPr>
      </w:pPr>
      <w:r>
        <w:rPr>
          <w:rFonts w:ascii="Times New Roman" w:hAnsi="Times New Roman"/>
          <w:bCs/>
          <w:sz w:val="23"/>
          <w:szCs w:val="23"/>
          <w:lang w:val="tt-RU"/>
        </w:rPr>
        <w:t>1.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Туган  тел  (татар  теле). 3 сыйныф. Ике кисәктә. 1 нче кисәк: башлангыч гомуми белем  бирү  оешмалары өчен дәреслек  (татар  телен  туган  тел  буларак өйрәнүче  укучылар   өчен). / М. М. Шәкүрова,  Л. М. Гыйниятуллина,  О. Р.  Хисамов;  [рәссамы Андрей Шляпкин].  – </w:t>
      </w:r>
      <w:r w:rsidRPr="008224F6">
        <w:rPr>
          <w:rFonts w:ascii="Times New Roman" w:hAnsi="Times New Roman"/>
          <w:sz w:val="23"/>
          <w:szCs w:val="23"/>
          <w:lang w:val="tt-RU"/>
        </w:rPr>
        <w:t xml:space="preserve"> Казан: Тат. кит. нәшр.,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  2020.  –  104 б.</w:t>
      </w:r>
    </w:p>
    <w:p w14:paraId="52B0DD93" w14:textId="77777777" w:rsidR="00895C35" w:rsidRPr="008224F6" w:rsidRDefault="00895C35" w:rsidP="00895C35">
      <w:pPr>
        <w:jc w:val="both"/>
        <w:rPr>
          <w:rFonts w:ascii="Times New Roman" w:hAnsi="Times New Roman"/>
          <w:bCs/>
          <w:sz w:val="23"/>
          <w:szCs w:val="23"/>
          <w:lang w:val="tt-RU"/>
        </w:rPr>
      </w:pPr>
      <w:r w:rsidRPr="008224F6">
        <w:rPr>
          <w:rFonts w:ascii="Times New Roman" w:hAnsi="Times New Roman"/>
          <w:bCs/>
          <w:sz w:val="23"/>
          <w:szCs w:val="23"/>
          <w:lang w:val="tt-RU"/>
        </w:rPr>
        <w:t>6</w:t>
      </w:r>
      <w:r>
        <w:rPr>
          <w:rFonts w:ascii="Times New Roman" w:hAnsi="Times New Roman"/>
          <w:bCs/>
          <w:sz w:val="23"/>
          <w:szCs w:val="23"/>
          <w:lang w:val="tt-RU"/>
        </w:rPr>
        <w:t xml:space="preserve">. 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Туган тел  (татар теле). 3 сыйныф. Ике кисәктә. 2 нче кисәк:  башлангыч  гомуми  белем  бирү  оешмалары  өчен  дәреслек (татар телен туган тел буларак  өйрәнүче  укучылар  өчен).  / М. М. Шәкүрова,  Л. М. Гыйниятуллина, О. Р.  Хисамов;  [рәссамы Андрей Шляпкин].  – </w:t>
      </w:r>
      <w:r w:rsidRPr="008224F6">
        <w:rPr>
          <w:rFonts w:ascii="Times New Roman" w:hAnsi="Times New Roman"/>
          <w:sz w:val="23"/>
          <w:szCs w:val="23"/>
          <w:lang w:val="tt-RU"/>
        </w:rPr>
        <w:t xml:space="preserve"> Казан: Тат. кит. нәшр.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, 2020.  – 112 б.</w:t>
      </w:r>
    </w:p>
    <w:p w14:paraId="6631454A" w14:textId="77777777" w:rsidR="00895C35" w:rsidRPr="00AD6189" w:rsidRDefault="00895C35" w:rsidP="00895C35">
      <w:pPr>
        <w:shd w:val="clear" w:color="auto" w:fill="FFFFFF"/>
        <w:spacing w:line="360" w:lineRule="auto"/>
        <w:ind w:firstLine="142"/>
        <w:rPr>
          <w:rFonts w:ascii="Times New Roman" w:hAnsi="Times New Roman"/>
          <w:lang w:val="tt-RU"/>
        </w:rPr>
      </w:pPr>
    </w:p>
    <w:p w14:paraId="0B3C0F83" w14:textId="77777777" w:rsidR="00895C35" w:rsidRPr="00895C35" w:rsidRDefault="00895C35" w:rsidP="00895C35">
      <w:pPr>
        <w:pStyle w:val="aa"/>
        <w:tabs>
          <w:tab w:val="left" w:pos="142"/>
        </w:tabs>
        <w:spacing w:line="360" w:lineRule="auto"/>
        <w:ind w:firstLine="142"/>
        <w:jc w:val="both"/>
        <w:rPr>
          <w:b/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14:paraId="1A2BD016" w14:textId="77777777" w:rsidR="00895C35" w:rsidRDefault="00895C35" w:rsidP="00895C35">
      <w:pPr>
        <w:spacing w:after="258" w:line="228" w:lineRule="auto"/>
        <w:jc w:val="center"/>
        <w:rPr>
          <w:b/>
          <w:sz w:val="24"/>
          <w:szCs w:val="24"/>
          <w:lang w:val="tt-RU"/>
        </w:rPr>
      </w:pPr>
      <w:r w:rsidRPr="00AD6189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ПОУРОЧНОЕ </w:t>
      </w:r>
      <w:r w:rsidRPr="00895C35">
        <w:rPr>
          <w:rFonts w:ascii="Times New Roman" w:hAnsi="Times New Roman"/>
          <w:b/>
          <w:sz w:val="24"/>
          <w:szCs w:val="24"/>
          <w:lang w:val="ru-RU"/>
        </w:rPr>
        <w:t xml:space="preserve"> ПЛАНИРОВАНИЕ</w:t>
      </w:r>
    </w:p>
    <w:p w14:paraId="1DDA9803" w14:textId="77777777" w:rsidR="00895C35" w:rsidRPr="00146D93" w:rsidRDefault="00895C35" w:rsidP="00895C35">
      <w:pPr>
        <w:spacing w:after="0" w:line="240" w:lineRule="auto"/>
        <w:jc w:val="center"/>
        <w:rPr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3 </w:t>
      </w:r>
      <w:r w:rsidRPr="00A1775A">
        <w:rPr>
          <w:b/>
          <w:sz w:val="24"/>
          <w:szCs w:val="24"/>
          <w:lang w:val="tt-RU"/>
        </w:rPr>
        <w:t>класс</w:t>
      </w:r>
    </w:p>
    <w:tbl>
      <w:tblPr>
        <w:tblStyle w:val="aff1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5954"/>
        <w:gridCol w:w="951"/>
        <w:gridCol w:w="1175"/>
        <w:gridCol w:w="1134"/>
        <w:gridCol w:w="992"/>
        <w:gridCol w:w="3969"/>
      </w:tblGrid>
      <w:tr w:rsidR="00895C35" w:rsidRPr="00780B80" w14:paraId="23521C93" w14:textId="77777777" w:rsidTr="005E6A4F">
        <w:trPr>
          <w:trHeight w:val="523"/>
        </w:trPr>
        <w:tc>
          <w:tcPr>
            <w:tcW w:w="993" w:type="dxa"/>
            <w:vMerge w:val="restart"/>
          </w:tcPr>
          <w:p w14:paraId="66067185" w14:textId="77777777" w:rsidR="00895C35" w:rsidRPr="003A6C85" w:rsidRDefault="00895C35" w:rsidP="005E6A4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954" w:type="dxa"/>
            <w:vMerge w:val="restart"/>
          </w:tcPr>
          <w:p w14:paraId="203DF1A1" w14:textId="77777777" w:rsidR="00895C35" w:rsidRPr="003A6C85" w:rsidRDefault="00895C35" w:rsidP="005E6A4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eastAsia="Calibri" w:hAnsi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260" w:type="dxa"/>
            <w:gridSpan w:val="3"/>
          </w:tcPr>
          <w:p w14:paraId="036B801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14:paraId="4E1C9FB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969" w:type="dxa"/>
            <w:vMerge w:val="restart"/>
          </w:tcPr>
          <w:p w14:paraId="3B28B26F" w14:textId="77777777" w:rsidR="00895C35" w:rsidRPr="00780B80" w:rsidRDefault="00895C35" w:rsidP="005E6A4F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80B80">
              <w:rPr>
                <w:b/>
                <w:sz w:val="24"/>
                <w:szCs w:val="24"/>
                <w:lang w:val="tt-RU"/>
              </w:rPr>
              <w:t>ЦОР</w:t>
            </w:r>
          </w:p>
        </w:tc>
      </w:tr>
      <w:tr w:rsidR="00895C35" w:rsidRPr="00D330BB" w14:paraId="12A208D0" w14:textId="77777777" w:rsidTr="005E6A4F">
        <w:trPr>
          <w:trHeight w:val="523"/>
        </w:trPr>
        <w:tc>
          <w:tcPr>
            <w:tcW w:w="993" w:type="dxa"/>
            <w:vMerge/>
          </w:tcPr>
          <w:p w14:paraId="201EFB7C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5FA293D8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B0EB07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175" w:type="dxa"/>
          </w:tcPr>
          <w:p w14:paraId="7D94ADC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1134" w:type="dxa"/>
          </w:tcPr>
          <w:p w14:paraId="4BDAADF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практ</w:t>
            </w:r>
          </w:p>
        </w:tc>
        <w:tc>
          <w:tcPr>
            <w:tcW w:w="992" w:type="dxa"/>
            <w:vMerge/>
          </w:tcPr>
          <w:p w14:paraId="1F4FAE8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vMerge/>
          </w:tcPr>
          <w:p w14:paraId="4EE71874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6DD4A8E" w14:textId="77777777" w:rsidTr="005E6A4F">
        <w:trPr>
          <w:trHeight w:val="523"/>
        </w:trPr>
        <w:tc>
          <w:tcPr>
            <w:tcW w:w="993" w:type="dxa"/>
          </w:tcPr>
          <w:p w14:paraId="6D38D1E7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37D9698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Различение звука и буквы: буква как знак звука. Алфавит/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Аваз белән хәрефнең аермасы. Алфавит. Үзенчәлекле хәрефләр</w:t>
            </w:r>
          </w:p>
        </w:tc>
        <w:tc>
          <w:tcPr>
            <w:tcW w:w="951" w:type="dxa"/>
            <w:vMerge w:val="restart"/>
          </w:tcPr>
          <w:p w14:paraId="2AB32FF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75" w:type="dxa"/>
          </w:tcPr>
          <w:p w14:paraId="37433C1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9643A4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51BC6E7" w14:textId="77777777" w:rsidR="00895C35" w:rsidRPr="00C267D7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</w:rPr>
              <w:t>1.09</w:t>
            </w:r>
          </w:p>
        </w:tc>
        <w:tc>
          <w:tcPr>
            <w:tcW w:w="3969" w:type="dxa"/>
          </w:tcPr>
          <w:p w14:paraId="15AA45FE" w14:textId="77777777" w:rsidR="00895C35" w:rsidRPr="00D330BB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40" w:history="1">
              <w:r w:rsidR="00895C35" w:rsidRPr="00D330BB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404BCBFC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2A42C2CE" w14:textId="77777777" w:rsidTr="005E6A4F">
        <w:trPr>
          <w:trHeight w:val="543"/>
        </w:trPr>
        <w:tc>
          <w:tcPr>
            <w:tcW w:w="993" w:type="dxa"/>
          </w:tcPr>
          <w:p w14:paraId="6281F26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2E3DBBA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951" w:type="dxa"/>
            <w:vMerge/>
          </w:tcPr>
          <w:p w14:paraId="1153D14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579056B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75AFCE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8A5D92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2.09</w:t>
            </w:r>
          </w:p>
        </w:tc>
        <w:tc>
          <w:tcPr>
            <w:tcW w:w="3969" w:type="dxa"/>
          </w:tcPr>
          <w:p w14:paraId="6D888AD3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E12C06" w14:paraId="2A60D9D3" w14:textId="77777777" w:rsidTr="005E6A4F">
        <w:trPr>
          <w:trHeight w:val="543"/>
        </w:trPr>
        <w:tc>
          <w:tcPr>
            <w:tcW w:w="993" w:type="dxa"/>
          </w:tcPr>
          <w:p w14:paraId="5E381FF1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2A2E48DA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4CADA70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CEE0E4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3A6F6B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752948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4.09</w:t>
            </w:r>
          </w:p>
        </w:tc>
        <w:tc>
          <w:tcPr>
            <w:tcW w:w="3969" w:type="dxa"/>
          </w:tcPr>
          <w:p w14:paraId="0619E488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0D1D7D46" w14:textId="77777777" w:rsidTr="005E6A4F">
        <w:trPr>
          <w:trHeight w:val="543"/>
        </w:trPr>
        <w:tc>
          <w:tcPr>
            <w:tcW w:w="993" w:type="dxa"/>
          </w:tcPr>
          <w:p w14:paraId="609131C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3D2F1C4C" w14:textId="77777777" w:rsidR="00895C35" w:rsidRPr="00895C3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Работа со словарями, справочниками/ 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Сүзлек белән эшләү</w:t>
            </w:r>
          </w:p>
        </w:tc>
        <w:tc>
          <w:tcPr>
            <w:tcW w:w="951" w:type="dxa"/>
          </w:tcPr>
          <w:p w14:paraId="535D5F4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401C440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76AFE0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EA0874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8.09</w:t>
            </w:r>
          </w:p>
        </w:tc>
        <w:tc>
          <w:tcPr>
            <w:tcW w:w="3969" w:type="dxa"/>
          </w:tcPr>
          <w:p w14:paraId="6F724066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15F7F623" w14:textId="77777777" w:rsidTr="005E6A4F">
        <w:trPr>
          <w:trHeight w:val="591"/>
        </w:trPr>
        <w:tc>
          <w:tcPr>
            <w:tcW w:w="993" w:type="dxa"/>
          </w:tcPr>
          <w:p w14:paraId="3F5B8F6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3699BD0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Буквы ъ и ь/     ъ һәм ь хәрефләре</w:t>
            </w:r>
          </w:p>
          <w:p w14:paraId="42F6C35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FB0A0B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0613857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75" w:type="dxa"/>
          </w:tcPr>
          <w:p w14:paraId="35F339E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F007A4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05FD433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9.09</w:t>
            </w:r>
          </w:p>
        </w:tc>
        <w:tc>
          <w:tcPr>
            <w:tcW w:w="3969" w:type="dxa"/>
          </w:tcPr>
          <w:p w14:paraId="575CA3A2" w14:textId="77777777" w:rsidR="00895C35" w:rsidRPr="00D330BB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41" w:history="1">
              <w:r w:rsidR="00895C35" w:rsidRPr="00D330BB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17FE686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64B05DE9" w14:textId="77777777" w:rsidTr="005E6A4F">
        <w:trPr>
          <w:trHeight w:val="620"/>
        </w:trPr>
        <w:tc>
          <w:tcPr>
            <w:tcW w:w="993" w:type="dxa"/>
          </w:tcPr>
          <w:p w14:paraId="64AA5176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7504174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38FDB87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789B682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CF78AB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F9173B5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11.09</w:t>
            </w:r>
          </w:p>
        </w:tc>
        <w:tc>
          <w:tcPr>
            <w:tcW w:w="3969" w:type="dxa"/>
          </w:tcPr>
          <w:p w14:paraId="4A10CFE1" w14:textId="77777777" w:rsidR="00895C35" w:rsidRDefault="00000000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  <w:hyperlink r:id="rId42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https://infourok.ru/material.html?mid=50521</w:t>
              </w:r>
            </w:hyperlink>
          </w:p>
          <w:p w14:paraId="0203BE83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E12C06" w14:paraId="7D6004DA" w14:textId="77777777" w:rsidTr="005E6A4F">
        <w:trPr>
          <w:trHeight w:val="620"/>
        </w:trPr>
        <w:tc>
          <w:tcPr>
            <w:tcW w:w="993" w:type="dxa"/>
          </w:tcPr>
          <w:p w14:paraId="5D0FA7EF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3CAA691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708DAAE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5E3730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1C0DC7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ED5890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3969" w:type="dxa"/>
          </w:tcPr>
          <w:p w14:paraId="40F7CC29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3B09F8DE" w14:textId="77777777" w:rsidTr="005E6A4F">
        <w:trPr>
          <w:trHeight w:val="620"/>
        </w:trPr>
        <w:tc>
          <w:tcPr>
            <w:tcW w:w="993" w:type="dxa"/>
          </w:tcPr>
          <w:p w14:paraId="67A715BB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0FF98E9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3A6C8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П</w:t>
            </w:r>
            <w:proofErr w:type="spellStart"/>
            <w:r w:rsidRPr="00895C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еренос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5C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слов</w:t>
            </w:r>
            <w:r w:rsidRPr="003A6C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5C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3A6C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5C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буквами</w:t>
            </w:r>
            <w:r w:rsidRPr="003A6C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5C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“ъ” и “</w:t>
            </w:r>
            <w:r w:rsidRPr="00895C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ь</w:t>
            </w:r>
            <w:r w:rsidRPr="00895C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” в середине</w:t>
            </w:r>
            <w:r w:rsidRPr="003A6C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5C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слова</w:t>
            </w:r>
            <w:r w:rsidRPr="00895C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./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ъ һәм ь хәрефләре кергән сүзләрне юлдан-юлга күчерү</w:t>
            </w:r>
          </w:p>
        </w:tc>
        <w:tc>
          <w:tcPr>
            <w:tcW w:w="951" w:type="dxa"/>
          </w:tcPr>
          <w:p w14:paraId="73DEE5C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4922F23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CB314D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D33C61C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16.09</w:t>
            </w:r>
          </w:p>
        </w:tc>
        <w:tc>
          <w:tcPr>
            <w:tcW w:w="3969" w:type="dxa"/>
          </w:tcPr>
          <w:p w14:paraId="264414FD" w14:textId="77777777" w:rsidR="00895C35" w:rsidRDefault="00000000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  <w:hyperlink r:id="rId43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https://infourok.ru/material.html?mid=50521</w:t>
              </w:r>
            </w:hyperlink>
          </w:p>
          <w:p w14:paraId="1CE5E835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4AF8704B" w14:textId="77777777" w:rsidTr="005E6A4F">
        <w:tc>
          <w:tcPr>
            <w:tcW w:w="993" w:type="dxa"/>
          </w:tcPr>
          <w:p w14:paraId="089D3EA9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13797CF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Входной контрольный диктант.Кереш контроль ликтант.</w:t>
            </w:r>
          </w:p>
          <w:p w14:paraId="36BCB41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00561A2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0235C8F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646BAF8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239C9A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4DFA4D6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18.09</w:t>
            </w:r>
          </w:p>
        </w:tc>
        <w:tc>
          <w:tcPr>
            <w:tcW w:w="3969" w:type="dxa"/>
          </w:tcPr>
          <w:p w14:paraId="16796A8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7590D49F" w14:textId="77777777" w:rsidTr="005E6A4F">
        <w:trPr>
          <w:trHeight w:val="554"/>
        </w:trPr>
        <w:tc>
          <w:tcPr>
            <w:tcW w:w="993" w:type="dxa"/>
          </w:tcPr>
          <w:p w14:paraId="37F8D061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5F5ED8A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текстом/Текст белән эш.</w:t>
            </w:r>
          </w:p>
        </w:tc>
        <w:tc>
          <w:tcPr>
            <w:tcW w:w="951" w:type="dxa"/>
            <w:vMerge w:val="restart"/>
          </w:tcPr>
          <w:p w14:paraId="54A9659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01AB282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E31036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95CD4C6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3969" w:type="dxa"/>
          </w:tcPr>
          <w:p w14:paraId="595B838C" w14:textId="77777777" w:rsidR="00895C35" w:rsidRPr="00D330BB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44" w:history="1">
              <w:r w:rsidR="00895C35" w:rsidRPr="00D330BB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26D286F9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326AF862" w14:textId="77777777" w:rsidTr="005E6A4F">
        <w:trPr>
          <w:trHeight w:val="323"/>
        </w:trPr>
        <w:tc>
          <w:tcPr>
            <w:tcW w:w="993" w:type="dxa"/>
          </w:tcPr>
          <w:p w14:paraId="5039D39E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557837F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00085B0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5B98A98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AAD852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DDA051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23.09</w:t>
            </w:r>
          </w:p>
        </w:tc>
        <w:tc>
          <w:tcPr>
            <w:tcW w:w="3969" w:type="dxa"/>
          </w:tcPr>
          <w:p w14:paraId="7002B1C6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660D3FA5" w14:textId="77777777" w:rsidTr="005E6A4F">
        <w:trPr>
          <w:trHeight w:val="505"/>
        </w:trPr>
        <w:tc>
          <w:tcPr>
            <w:tcW w:w="993" w:type="dxa"/>
          </w:tcPr>
          <w:p w14:paraId="4CC7A06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2160FF8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Перенос слов  по слогам из сток в строку/Сүзләрне юлдан-юлга иҗекләп күчерү</w:t>
            </w:r>
          </w:p>
        </w:tc>
        <w:tc>
          <w:tcPr>
            <w:tcW w:w="951" w:type="dxa"/>
          </w:tcPr>
          <w:p w14:paraId="2137F12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7A2A47F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317CBC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2F1BE0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25.09</w:t>
            </w:r>
          </w:p>
        </w:tc>
        <w:tc>
          <w:tcPr>
            <w:tcW w:w="3969" w:type="dxa"/>
          </w:tcPr>
          <w:p w14:paraId="0F12F9FE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  <w:r w:rsidRPr="0081046B">
              <w:rPr>
                <w:color w:val="4F81BD" w:themeColor="accent1"/>
                <w:sz w:val="16"/>
                <w:szCs w:val="16"/>
                <w:lang w:val="tt-RU"/>
              </w:rPr>
              <w:t>https://nsportal.ru/nachalnaya-shkola/regionalnyy-komponent/2018/01/04/tatar-telennn-kagyydlr</w:t>
            </w:r>
          </w:p>
        </w:tc>
      </w:tr>
      <w:tr w:rsidR="00895C35" w:rsidRPr="00E12C06" w14:paraId="0ACD4157" w14:textId="77777777" w:rsidTr="005E6A4F">
        <w:trPr>
          <w:trHeight w:val="347"/>
        </w:trPr>
        <w:tc>
          <w:tcPr>
            <w:tcW w:w="993" w:type="dxa"/>
          </w:tcPr>
          <w:p w14:paraId="254F7A87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751C61D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5CE3267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114677B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76BB04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957475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3969" w:type="dxa"/>
          </w:tcPr>
          <w:p w14:paraId="0459F9B5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591DE5E6" w14:textId="77777777" w:rsidTr="005E6A4F">
        <w:tc>
          <w:tcPr>
            <w:tcW w:w="993" w:type="dxa"/>
          </w:tcPr>
          <w:p w14:paraId="7F505D00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490CC44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Слог. Деление  слов по слогам/Иҗек. Сүзләрне иҗекләргә бүлү</w:t>
            </w:r>
          </w:p>
          <w:p w14:paraId="09D1EA2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55117DC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1B13862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D480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39001B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30.09</w:t>
            </w:r>
          </w:p>
        </w:tc>
        <w:tc>
          <w:tcPr>
            <w:tcW w:w="3969" w:type="dxa"/>
          </w:tcPr>
          <w:p w14:paraId="369DA709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24411010" w14:textId="77777777" w:rsidTr="005E6A4F">
        <w:trPr>
          <w:trHeight w:val="661"/>
        </w:trPr>
        <w:tc>
          <w:tcPr>
            <w:tcW w:w="993" w:type="dxa"/>
          </w:tcPr>
          <w:p w14:paraId="6B099C6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6AC1A17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Ударение/Сүз басымы</w:t>
            </w:r>
          </w:p>
          <w:p w14:paraId="215D075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8EE45C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37F8BD1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5C7AD93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FED211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71AB1E9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2.10</w:t>
            </w:r>
          </w:p>
        </w:tc>
        <w:tc>
          <w:tcPr>
            <w:tcW w:w="3969" w:type="dxa"/>
          </w:tcPr>
          <w:p w14:paraId="562839F2" w14:textId="77777777" w:rsidR="00895C35" w:rsidRPr="00D330BB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45" w:history="1">
              <w:r w:rsidR="00895C35" w:rsidRPr="00D330BB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6043CDF5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03BD2062" w14:textId="77777777" w:rsidTr="005E6A4F">
        <w:trPr>
          <w:trHeight w:val="415"/>
        </w:trPr>
        <w:tc>
          <w:tcPr>
            <w:tcW w:w="993" w:type="dxa"/>
          </w:tcPr>
          <w:p w14:paraId="6F120A67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2226146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29E92DA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718913A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2C4633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31ECB3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6.10</w:t>
            </w:r>
          </w:p>
        </w:tc>
        <w:tc>
          <w:tcPr>
            <w:tcW w:w="3969" w:type="dxa"/>
          </w:tcPr>
          <w:p w14:paraId="3F67949D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057A6988" w14:textId="77777777" w:rsidTr="005E6A4F">
        <w:trPr>
          <w:trHeight w:val="840"/>
        </w:trPr>
        <w:tc>
          <w:tcPr>
            <w:tcW w:w="993" w:type="dxa"/>
          </w:tcPr>
          <w:p w14:paraId="098FFECF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742F0F4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Ударение в односложных  словах/Бер иҗекле сүзләрдә басым</w:t>
            </w:r>
          </w:p>
        </w:tc>
        <w:tc>
          <w:tcPr>
            <w:tcW w:w="951" w:type="dxa"/>
          </w:tcPr>
          <w:p w14:paraId="4C6B27C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45E30F6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2D3E9F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6C498DB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7.10</w:t>
            </w:r>
          </w:p>
        </w:tc>
        <w:tc>
          <w:tcPr>
            <w:tcW w:w="3969" w:type="dxa"/>
          </w:tcPr>
          <w:p w14:paraId="3F28CC65" w14:textId="77777777" w:rsidR="00895C35" w:rsidRPr="00D330BB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46" w:history="1">
              <w:r w:rsidR="00895C35" w:rsidRPr="00D330BB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1B36196F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06D74532" w14:textId="77777777" w:rsidTr="005E6A4F">
        <w:tc>
          <w:tcPr>
            <w:tcW w:w="993" w:type="dxa"/>
          </w:tcPr>
          <w:p w14:paraId="442F2E5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6111B8B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951" w:type="dxa"/>
          </w:tcPr>
          <w:p w14:paraId="7FE7262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61AFADC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BAAEF8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7B4036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9.10</w:t>
            </w:r>
          </w:p>
        </w:tc>
        <w:tc>
          <w:tcPr>
            <w:tcW w:w="3969" w:type="dxa"/>
          </w:tcPr>
          <w:p w14:paraId="2FF28B50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3446A0BB" w14:textId="77777777" w:rsidTr="005E6A4F">
        <w:trPr>
          <w:trHeight w:val="551"/>
        </w:trPr>
        <w:tc>
          <w:tcPr>
            <w:tcW w:w="993" w:type="dxa"/>
          </w:tcPr>
          <w:p w14:paraId="0B864D6F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3A554CA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Сүзләрне кушып, сызыкча аша һәм аерым язу</w:t>
            </w:r>
          </w:p>
          <w:p w14:paraId="756983E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6BF5C60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4EB9D7B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A95B96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CF7C05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3969" w:type="dxa"/>
          </w:tcPr>
          <w:p w14:paraId="779BEFAC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5B79FA08" w14:textId="77777777" w:rsidTr="005E6A4F">
        <w:trPr>
          <w:trHeight w:val="417"/>
        </w:trPr>
        <w:tc>
          <w:tcPr>
            <w:tcW w:w="993" w:type="dxa"/>
          </w:tcPr>
          <w:p w14:paraId="1490FA8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18E7E9A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13FB98F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628FC4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D62E58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60BDBD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14.10</w:t>
            </w:r>
          </w:p>
        </w:tc>
        <w:tc>
          <w:tcPr>
            <w:tcW w:w="3969" w:type="dxa"/>
          </w:tcPr>
          <w:p w14:paraId="7FFE57C4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3AE502E8" w14:textId="77777777" w:rsidTr="005E6A4F">
        <w:trPr>
          <w:trHeight w:val="404"/>
        </w:trPr>
        <w:tc>
          <w:tcPr>
            <w:tcW w:w="993" w:type="dxa"/>
          </w:tcPr>
          <w:p w14:paraId="7179DA3F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6AB69ED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Абзац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Кызыл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юл</w:t>
            </w:r>
            <w:proofErr w:type="spellEnd"/>
          </w:p>
        </w:tc>
        <w:tc>
          <w:tcPr>
            <w:tcW w:w="951" w:type="dxa"/>
            <w:vMerge w:val="restart"/>
          </w:tcPr>
          <w:p w14:paraId="7AF7A28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0923C0E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BAC5B6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E3C219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3969" w:type="dxa"/>
          </w:tcPr>
          <w:p w14:paraId="43E17226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71B0E138" w14:textId="77777777" w:rsidTr="005E6A4F">
        <w:trPr>
          <w:trHeight w:val="404"/>
        </w:trPr>
        <w:tc>
          <w:tcPr>
            <w:tcW w:w="993" w:type="dxa"/>
          </w:tcPr>
          <w:p w14:paraId="7EAD55B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5ABE731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vMerge/>
          </w:tcPr>
          <w:p w14:paraId="575163D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6870E57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E1FA0F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E6F911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3969" w:type="dxa"/>
          </w:tcPr>
          <w:p w14:paraId="091E7D12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2C9216D7" w14:textId="77777777" w:rsidTr="005E6A4F">
        <w:tc>
          <w:tcPr>
            <w:tcW w:w="993" w:type="dxa"/>
          </w:tcPr>
          <w:p w14:paraId="29BD1EB3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574F8E8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951" w:type="dxa"/>
            <w:vMerge w:val="restart"/>
          </w:tcPr>
          <w:p w14:paraId="221B67D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106AC58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285E2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6B1BC8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21.10</w:t>
            </w:r>
          </w:p>
        </w:tc>
        <w:tc>
          <w:tcPr>
            <w:tcW w:w="3969" w:type="dxa"/>
          </w:tcPr>
          <w:p w14:paraId="6B9ACC0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678B34C2" w14:textId="77777777" w:rsidTr="005E6A4F">
        <w:tc>
          <w:tcPr>
            <w:tcW w:w="993" w:type="dxa"/>
          </w:tcPr>
          <w:p w14:paraId="7B82F7F7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6A6FB1F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vMerge/>
          </w:tcPr>
          <w:p w14:paraId="5A0B5F0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1491A3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E4EF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44A86E6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23.10</w:t>
            </w:r>
          </w:p>
        </w:tc>
        <w:tc>
          <w:tcPr>
            <w:tcW w:w="3969" w:type="dxa"/>
          </w:tcPr>
          <w:p w14:paraId="0C9FBFBC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007805CB" w14:textId="77777777" w:rsidTr="005E6A4F">
        <w:trPr>
          <w:trHeight w:val="267"/>
        </w:trPr>
        <w:tc>
          <w:tcPr>
            <w:tcW w:w="993" w:type="dxa"/>
          </w:tcPr>
          <w:p w14:paraId="6273EFC9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14C2CEC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Слово. Лексическое значение слова./Сүз. Сүзнең лексик мәгънәсе</w:t>
            </w:r>
          </w:p>
          <w:p w14:paraId="1083A38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5262A5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44334EC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7F6310B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684710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1F0F6D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3969" w:type="dxa"/>
          </w:tcPr>
          <w:p w14:paraId="443A0253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4B6A3296" w14:textId="77777777" w:rsidTr="005E6A4F">
        <w:trPr>
          <w:trHeight w:val="288"/>
        </w:trPr>
        <w:tc>
          <w:tcPr>
            <w:tcW w:w="993" w:type="dxa"/>
          </w:tcPr>
          <w:p w14:paraId="1782F5D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161E22A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1D254FE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B78301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CD8F32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9F3E6D7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3969" w:type="dxa"/>
          </w:tcPr>
          <w:p w14:paraId="1CEBCC9B" w14:textId="77777777" w:rsidR="00895C35" w:rsidRPr="00D330BB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47" w:history="1">
              <w:r w:rsidR="00895C35" w:rsidRPr="00D330BB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1D150B96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F319F3B" w14:textId="77777777" w:rsidTr="005E6A4F">
        <w:trPr>
          <w:trHeight w:val="780"/>
        </w:trPr>
        <w:tc>
          <w:tcPr>
            <w:tcW w:w="993" w:type="dxa"/>
          </w:tcPr>
          <w:p w14:paraId="44238E11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230DF96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Многозначные слова в татарском языке</w:t>
            </w:r>
            <w:proofErr w:type="gramStart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/  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Татар</w:t>
            </w:r>
            <w:proofErr w:type="gramEnd"/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телендә берничә мәгънә белдерә торган сүзләр</w:t>
            </w:r>
          </w:p>
        </w:tc>
        <w:tc>
          <w:tcPr>
            <w:tcW w:w="951" w:type="dxa"/>
          </w:tcPr>
          <w:p w14:paraId="6A255BA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3639E5D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633509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9A7380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11.11</w:t>
            </w:r>
          </w:p>
        </w:tc>
        <w:tc>
          <w:tcPr>
            <w:tcW w:w="3969" w:type="dxa"/>
          </w:tcPr>
          <w:p w14:paraId="7F1E0EFB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  <w:r w:rsidRPr="00D330BB">
              <w:rPr>
                <w:color w:val="4F81BD" w:themeColor="accent1"/>
                <w:sz w:val="16"/>
                <w:szCs w:val="16"/>
                <w:lang w:val="tt-RU"/>
              </w:rPr>
              <w:t>https://infourok.ru/plankonspekt-po-tatarskomu-yazikuber-mgnle-m-kp-mgnle-szlr-2417747.html?ysclid=lmaaeisx4u759237583</w:t>
            </w:r>
          </w:p>
        </w:tc>
      </w:tr>
      <w:tr w:rsidR="00895C35" w:rsidRPr="006D3E3C" w14:paraId="4DE8B4EC" w14:textId="77777777" w:rsidTr="005E6A4F">
        <w:trPr>
          <w:trHeight w:val="417"/>
        </w:trPr>
        <w:tc>
          <w:tcPr>
            <w:tcW w:w="993" w:type="dxa"/>
          </w:tcPr>
          <w:p w14:paraId="6DB67193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0B2FF7C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Синонимнар. Антонимнар</w:t>
            </w:r>
          </w:p>
          <w:p w14:paraId="4A40A1E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C90A96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44BFF05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1274399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FD1EC4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36185BC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13.11</w:t>
            </w:r>
          </w:p>
        </w:tc>
        <w:tc>
          <w:tcPr>
            <w:tcW w:w="3969" w:type="dxa"/>
            <w:vMerge w:val="restart"/>
          </w:tcPr>
          <w:p w14:paraId="4F542409" w14:textId="77777777" w:rsidR="00895C35" w:rsidRPr="00D330BB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48" w:history="1">
              <w:r w:rsidR="00895C35" w:rsidRPr="00D330BB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https://infourok.ru/material.html?mid=6469&amp;ysclid=lmaai2w9po933920915</w:t>
              </w:r>
            </w:hyperlink>
          </w:p>
          <w:p w14:paraId="69F74396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105465EA" w14:textId="77777777" w:rsidTr="005E6A4F">
        <w:trPr>
          <w:trHeight w:val="267"/>
        </w:trPr>
        <w:tc>
          <w:tcPr>
            <w:tcW w:w="993" w:type="dxa"/>
          </w:tcPr>
          <w:p w14:paraId="73719CFF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68A0C59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7ACA164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5C5F13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5C2DC9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1F96378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3969" w:type="dxa"/>
            <w:vMerge/>
          </w:tcPr>
          <w:p w14:paraId="60DCC3E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5B885865" w14:textId="77777777" w:rsidTr="005E6A4F">
        <w:trPr>
          <w:trHeight w:val="692"/>
        </w:trPr>
        <w:tc>
          <w:tcPr>
            <w:tcW w:w="993" w:type="dxa"/>
          </w:tcPr>
          <w:p w14:paraId="10D67231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0DE76D6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Употребление в речи синонимов, антонимов. 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Синонимнар һәм антонимнарны сөйләмдә куллану</w:t>
            </w:r>
          </w:p>
        </w:tc>
        <w:tc>
          <w:tcPr>
            <w:tcW w:w="951" w:type="dxa"/>
          </w:tcPr>
          <w:p w14:paraId="025D240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4A3C9E1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28A18B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6E25FE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18.11</w:t>
            </w:r>
          </w:p>
        </w:tc>
        <w:tc>
          <w:tcPr>
            <w:tcW w:w="3969" w:type="dxa"/>
          </w:tcPr>
          <w:p w14:paraId="4586B2DB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  <w:r w:rsidRPr="0081046B">
              <w:rPr>
                <w:color w:val="4F81BD" w:themeColor="accent1"/>
                <w:sz w:val="16"/>
                <w:szCs w:val="16"/>
                <w:lang w:val="tt-RU"/>
              </w:rPr>
              <w:t>https://infourok.ru/fgos-talplren-turi-kiterep-eshlngn-dres-eshkrtmse-sinonim-m-antonim-siyfatlar-nche-siynif-1243873.html</w:t>
            </w:r>
          </w:p>
        </w:tc>
      </w:tr>
      <w:tr w:rsidR="00895C35" w:rsidRPr="006D3E3C" w14:paraId="615AE927" w14:textId="77777777" w:rsidTr="005E6A4F">
        <w:trPr>
          <w:trHeight w:val="542"/>
        </w:trPr>
        <w:tc>
          <w:tcPr>
            <w:tcW w:w="993" w:type="dxa"/>
          </w:tcPr>
          <w:p w14:paraId="18B3F68E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4B06739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Омонимы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Аваздашсүзләр</w:t>
            </w:r>
            <w:proofErr w:type="spellEnd"/>
          </w:p>
          <w:p w14:paraId="518D1EB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DFB7B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7A9860B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42C2456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1ECADC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FD3515B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20.11</w:t>
            </w:r>
          </w:p>
        </w:tc>
        <w:tc>
          <w:tcPr>
            <w:tcW w:w="3969" w:type="dxa"/>
          </w:tcPr>
          <w:p w14:paraId="48E4F463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49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12805C20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16301C6C" w14:textId="77777777" w:rsidTr="005E6A4F">
        <w:trPr>
          <w:trHeight w:val="408"/>
        </w:trPr>
        <w:tc>
          <w:tcPr>
            <w:tcW w:w="993" w:type="dxa"/>
          </w:tcPr>
          <w:p w14:paraId="77AF597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1D08952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6D4DFDE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6412B53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CBE528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C71A9B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3969" w:type="dxa"/>
          </w:tcPr>
          <w:p w14:paraId="5F8897B0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01520F7A" w14:textId="77777777" w:rsidTr="005E6A4F">
        <w:trPr>
          <w:trHeight w:val="840"/>
        </w:trPr>
        <w:tc>
          <w:tcPr>
            <w:tcW w:w="993" w:type="dxa"/>
          </w:tcPr>
          <w:p w14:paraId="4EBF1AC6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1472F8F8" w14:textId="77777777" w:rsidR="00895C3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Омонимы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отличающие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правописанию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19C6102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Язылышларыбеләнгенәаерылаторган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омоним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сүзләр</w:t>
            </w:r>
            <w:proofErr w:type="spellEnd"/>
          </w:p>
        </w:tc>
        <w:tc>
          <w:tcPr>
            <w:tcW w:w="951" w:type="dxa"/>
          </w:tcPr>
          <w:p w14:paraId="5E6725C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3621FDB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10E4F6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D0A30E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B024CF4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25.11</w:t>
            </w:r>
          </w:p>
        </w:tc>
        <w:tc>
          <w:tcPr>
            <w:tcW w:w="3969" w:type="dxa"/>
          </w:tcPr>
          <w:p w14:paraId="224F1A56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0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4FB22C15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1180D39A" w14:textId="77777777" w:rsidTr="005E6A4F">
        <w:trPr>
          <w:trHeight w:val="567"/>
        </w:trPr>
        <w:tc>
          <w:tcPr>
            <w:tcW w:w="993" w:type="dxa"/>
          </w:tcPr>
          <w:p w14:paraId="442879BC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5FD306E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Текст белән эш. Аудиотекстны тыңлау, аңлау</w:t>
            </w:r>
          </w:p>
        </w:tc>
        <w:tc>
          <w:tcPr>
            <w:tcW w:w="951" w:type="dxa"/>
          </w:tcPr>
          <w:p w14:paraId="3DBC968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06E84F6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93AF46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5BE6F3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27.11</w:t>
            </w:r>
          </w:p>
        </w:tc>
        <w:tc>
          <w:tcPr>
            <w:tcW w:w="3969" w:type="dxa"/>
          </w:tcPr>
          <w:p w14:paraId="75BDE82C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4557020B" w14:textId="77777777" w:rsidTr="005E6A4F">
        <w:tc>
          <w:tcPr>
            <w:tcW w:w="993" w:type="dxa"/>
          </w:tcPr>
          <w:p w14:paraId="164278E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0F2564C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Иҗади дәрес. Диалогик һәм монологик сөйләм үстерү</w:t>
            </w:r>
          </w:p>
          <w:p w14:paraId="2898E45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0C7DA01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4A73B08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34815E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F7CA66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1.12</w:t>
            </w:r>
          </w:p>
        </w:tc>
        <w:tc>
          <w:tcPr>
            <w:tcW w:w="3969" w:type="dxa"/>
          </w:tcPr>
          <w:p w14:paraId="3C092180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12AA16F8" w14:textId="77777777" w:rsidTr="005E6A4F">
        <w:trPr>
          <w:trHeight w:val="431"/>
        </w:trPr>
        <w:tc>
          <w:tcPr>
            <w:tcW w:w="993" w:type="dxa"/>
          </w:tcPr>
          <w:p w14:paraId="35F631F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40E7C5FE" w14:textId="77777777" w:rsidR="00895C35" w:rsidRDefault="00895C35" w:rsidP="005E6A4F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Однозначные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многозначные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слова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/</w:t>
            </w:r>
          </w:p>
          <w:p w14:paraId="16A3856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Бер мәгънәле һәм күп мәгънәле сүзләр.</w:t>
            </w:r>
          </w:p>
          <w:p w14:paraId="1A40A77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D664AA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184B36F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1887BDE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A8E090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5FD733D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2.12</w:t>
            </w:r>
          </w:p>
        </w:tc>
        <w:tc>
          <w:tcPr>
            <w:tcW w:w="3969" w:type="dxa"/>
            <w:vMerge w:val="restart"/>
          </w:tcPr>
          <w:p w14:paraId="073AC441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1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7487A3F6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57CB4AB2" w14:textId="77777777" w:rsidTr="005E6A4F">
        <w:tc>
          <w:tcPr>
            <w:tcW w:w="993" w:type="dxa"/>
          </w:tcPr>
          <w:p w14:paraId="223FF2A6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0A4C99E2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37B822D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2E1D13E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C916C8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1FDF25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3969" w:type="dxa"/>
            <w:vMerge/>
          </w:tcPr>
          <w:p w14:paraId="66474913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12BE3DC5" w14:textId="77777777" w:rsidTr="005E6A4F">
        <w:tc>
          <w:tcPr>
            <w:tcW w:w="993" w:type="dxa"/>
          </w:tcPr>
          <w:p w14:paraId="2CFD84F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14E33D65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-чы/-че кушымчасы ярдәмендә яңа сүзләр ясалу</w:t>
            </w:r>
          </w:p>
        </w:tc>
        <w:tc>
          <w:tcPr>
            <w:tcW w:w="951" w:type="dxa"/>
            <w:vMerge w:val="restart"/>
          </w:tcPr>
          <w:p w14:paraId="6CB7059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445F1B2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FA2373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D2DC0E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8.12</w:t>
            </w:r>
          </w:p>
        </w:tc>
        <w:tc>
          <w:tcPr>
            <w:tcW w:w="3969" w:type="dxa"/>
          </w:tcPr>
          <w:p w14:paraId="3F4D478A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653ED99A" w14:textId="77777777" w:rsidTr="005E6A4F">
        <w:tc>
          <w:tcPr>
            <w:tcW w:w="993" w:type="dxa"/>
          </w:tcPr>
          <w:p w14:paraId="275470BB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6D75785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4E95B91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60EA25A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1B28AE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98670B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9.12</w:t>
            </w:r>
          </w:p>
        </w:tc>
        <w:tc>
          <w:tcPr>
            <w:tcW w:w="3969" w:type="dxa"/>
          </w:tcPr>
          <w:p w14:paraId="059FF9CD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259B3F2E" w14:textId="77777777" w:rsidTr="005E6A4F">
        <w:trPr>
          <w:trHeight w:val="587"/>
        </w:trPr>
        <w:tc>
          <w:tcPr>
            <w:tcW w:w="993" w:type="dxa"/>
          </w:tcPr>
          <w:p w14:paraId="372EE8A0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1D9F096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Прямое и переносное значения слова/ 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Туры һәм күчерелмә мәгънәле сүзләр</w:t>
            </w:r>
          </w:p>
          <w:p w14:paraId="7937C47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6B7947E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26C90D3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A0CC0C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64CB5A3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11.12</w:t>
            </w:r>
          </w:p>
        </w:tc>
        <w:tc>
          <w:tcPr>
            <w:tcW w:w="3969" w:type="dxa"/>
          </w:tcPr>
          <w:p w14:paraId="67E10727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2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3EDC544F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7B00E4D3" w14:textId="77777777" w:rsidTr="005E6A4F">
        <w:trPr>
          <w:trHeight w:val="471"/>
        </w:trPr>
        <w:tc>
          <w:tcPr>
            <w:tcW w:w="993" w:type="dxa"/>
          </w:tcPr>
          <w:p w14:paraId="4FD39171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027F6BB4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6D538F1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9A52FC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126247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F5257F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3969" w:type="dxa"/>
          </w:tcPr>
          <w:p w14:paraId="1504FA3E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0CF63A80" w14:textId="77777777" w:rsidTr="005E6A4F">
        <w:trPr>
          <w:trHeight w:val="549"/>
        </w:trPr>
        <w:tc>
          <w:tcPr>
            <w:tcW w:w="993" w:type="dxa"/>
          </w:tcPr>
          <w:p w14:paraId="6C577DB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737EDA7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Лексика</w:t>
            </w:r>
          </w:p>
        </w:tc>
        <w:tc>
          <w:tcPr>
            <w:tcW w:w="951" w:type="dxa"/>
          </w:tcPr>
          <w:p w14:paraId="6490640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125ADF3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33276C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202BD4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16.12</w:t>
            </w:r>
          </w:p>
        </w:tc>
        <w:tc>
          <w:tcPr>
            <w:tcW w:w="3969" w:type="dxa"/>
          </w:tcPr>
          <w:p w14:paraId="3E242D9A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4274C0A0" w14:textId="77777777" w:rsidTr="005E6A4F">
        <w:tc>
          <w:tcPr>
            <w:tcW w:w="993" w:type="dxa"/>
          </w:tcPr>
          <w:p w14:paraId="5D2F0AE7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70C227E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951" w:type="dxa"/>
          </w:tcPr>
          <w:p w14:paraId="638240B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16F92D9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57629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36DCEB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18.12</w:t>
            </w:r>
          </w:p>
        </w:tc>
        <w:tc>
          <w:tcPr>
            <w:tcW w:w="3969" w:type="dxa"/>
          </w:tcPr>
          <w:p w14:paraId="069FFB34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2BC8C569" w14:textId="77777777" w:rsidTr="005E6A4F">
        <w:tc>
          <w:tcPr>
            <w:tcW w:w="993" w:type="dxa"/>
          </w:tcPr>
          <w:p w14:paraId="140E7F96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0B415F9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Повторение.Работа с текстом. Повторение синонимов, антонимов./ Текст белән эш. Синонимнар, антонимнарны кабатлау.</w:t>
            </w:r>
          </w:p>
        </w:tc>
        <w:tc>
          <w:tcPr>
            <w:tcW w:w="951" w:type="dxa"/>
            <w:vMerge w:val="restart"/>
          </w:tcPr>
          <w:p w14:paraId="65FC928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14:paraId="258EE04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753EA7F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FBF3E1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6BF018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22.12</w:t>
            </w:r>
          </w:p>
        </w:tc>
        <w:tc>
          <w:tcPr>
            <w:tcW w:w="3969" w:type="dxa"/>
          </w:tcPr>
          <w:p w14:paraId="48A98E66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  <w:r w:rsidRPr="0081046B">
              <w:rPr>
                <w:sz w:val="16"/>
                <w:szCs w:val="16"/>
                <w:lang w:val="tt-RU"/>
              </w:rPr>
              <w:t>https://infourok.ru/fgos-talplren-turi-kiterep-eshlngn-dres-eshkrtmse-sinonim-m-antonim-siyfatlar-nche-siynif-1243873.html</w:t>
            </w:r>
          </w:p>
        </w:tc>
      </w:tr>
      <w:tr w:rsidR="00895C35" w:rsidRPr="00E12C06" w14:paraId="28C59693" w14:textId="77777777" w:rsidTr="005E6A4F">
        <w:tc>
          <w:tcPr>
            <w:tcW w:w="993" w:type="dxa"/>
          </w:tcPr>
          <w:p w14:paraId="504A054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42B8DD6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491311E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7BA3E34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952F26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E29807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23.12</w:t>
            </w:r>
          </w:p>
        </w:tc>
        <w:tc>
          <w:tcPr>
            <w:tcW w:w="3969" w:type="dxa"/>
          </w:tcPr>
          <w:p w14:paraId="7932B13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4B28CC4C" w14:textId="77777777" w:rsidTr="005E6A4F">
        <w:trPr>
          <w:trHeight w:val="535"/>
        </w:trPr>
        <w:tc>
          <w:tcPr>
            <w:tcW w:w="993" w:type="dxa"/>
          </w:tcPr>
          <w:p w14:paraId="3F2E482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6D93470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Состав слова (морфемика)./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</w:t>
            </w:r>
          </w:p>
          <w:p w14:paraId="4618B43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C7096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3AC1C48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369D941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647D5E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1CE6EA8C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3969" w:type="dxa"/>
          </w:tcPr>
          <w:p w14:paraId="61C0C397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3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3B1C63AE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51F00494" w14:textId="77777777" w:rsidTr="005E6A4F">
        <w:trPr>
          <w:trHeight w:val="690"/>
        </w:trPr>
        <w:tc>
          <w:tcPr>
            <w:tcW w:w="993" w:type="dxa"/>
          </w:tcPr>
          <w:p w14:paraId="77326163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62CF14BD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3D5B879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7B6D085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0E5C7B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A2AECA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29.12</w:t>
            </w:r>
          </w:p>
        </w:tc>
        <w:tc>
          <w:tcPr>
            <w:tcW w:w="3969" w:type="dxa"/>
          </w:tcPr>
          <w:p w14:paraId="4BC4A4B8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79A8534B" w14:textId="77777777" w:rsidTr="005E6A4F">
        <w:trPr>
          <w:trHeight w:val="930"/>
        </w:trPr>
        <w:tc>
          <w:tcPr>
            <w:tcW w:w="993" w:type="dxa"/>
          </w:tcPr>
          <w:p w14:paraId="7FEC848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2FA4CB9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телендә сүзләргә кушымчалар ялгау үзенчәлекләре.</w:t>
            </w:r>
          </w:p>
        </w:tc>
        <w:tc>
          <w:tcPr>
            <w:tcW w:w="951" w:type="dxa"/>
          </w:tcPr>
          <w:p w14:paraId="602341A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4399E5A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20B1C0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F3FA19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4726342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3969" w:type="dxa"/>
          </w:tcPr>
          <w:p w14:paraId="1FAAE1E2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27047A35" w14:textId="77777777" w:rsidTr="005E6A4F">
        <w:trPr>
          <w:trHeight w:val="481"/>
        </w:trPr>
        <w:tc>
          <w:tcPr>
            <w:tcW w:w="993" w:type="dxa"/>
          </w:tcPr>
          <w:p w14:paraId="49906D4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44BD924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Однокоренные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Тамырдашсүзләр</w:t>
            </w:r>
            <w:proofErr w:type="spellEnd"/>
          </w:p>
          <w:p w14:paraId="37A1012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B56BA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68F02B5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60BB15C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4401C9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A965CEC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13.01</w:t>
            </w:r>
          </w:p>
        </w:tc>
        <w:tc>
          <w:tcPr>
            <w:tcW w:w="3969" w:type="dxa"/>
          </w:tcPr>
          <w:p w14:paraId="657791D0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4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3721CEBA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68B2B5A3" w14:textId="77777777" w:rsidTr="005E6A4F">
        <w:trPr>
          <w:trHeight w:val="262"/>
        </w:trPr>
        <w:tc>
          <w:tcPr>
            <w:tcW w:w="993" w:type="dxa"/>
          </w:tcPr>
          <w:p w14:paraId="71D1056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7AC99C4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237C676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76984CC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BC7925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4245F83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3969" w:type="dxa"/>
          </w:tcPr>
          <w:p w14:paraId="1150ED7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7246F57A" w14:textId="77777777" w:rsidTr="005E6A4F">
        <w:trPr>
          <w:trHeight w:val="810"/>
        </w:trPr>
        <w:tc>
          <w:tcPr>
            <w:tcW w:w="993" w:type="dxa"/>
          </w:tcPr>
          <w:p w14:paraId="2AEF0C07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2FAD2BE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аффиксов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Кушымчаларныңтөрләре</w:t>
            </w:r>
            <w:proofErr w:type="spellEnd"/>
          </w:p>
        </w:tc>
        <w:tc>
          <w:tcPr>
            <w:tcW w:w="951" w:type="dxa"/>
          </w:tcPr>
          <w:p w14:paraId="217A221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6579EE9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1C41AB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B408C0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3969" w:type="dxa"/>
          </w:tcPr>
          <w:p w14:paraId="6647F9CC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7E08D366" w14:textId="77777777" w:rsidTr="005E6A4F">
        <w:trPr>
          <w:trHeight w:val="661"/>
        </w:trPr>
        <w:tc>
          <w:tcPr>
            <w:tcW w:w="993" w:type="dxa"/>
          </w:tcPr>
          <w:p w14:paraId="2744388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7F38E8B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Сүз ясагыч кушымчалар</w:t>
            </w: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Способы словообразования в татарском языке. </w:t>
            </w: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Определение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сложных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парных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слов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vMerge w:val="restart"/>
          </w:tcPr>
          <w:p w14:paraId="45444FE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68BA3D5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BD0061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685EE15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20.01</w:t>
            </w:r>
          </w:p>
        </w:tc>
        <w:tc>
          <w:tcPr>
            <w:tcW w:w="3969" w:type="dxa"/>
          </w:tcPr>
          <w:p w14:paraId="5B0B53AD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5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5C95E89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07B65372" w14:textId="77777777" w:rsidTr="005E6A4F">
        <w:trPr>
          <w:trHeight w:val="259"/>
        </w:trPr>
        <w:tc>
          <w:tcPr>
            <w:tcW w:w="993" w:type="dxa"/>
          </w:tcPr>
          <w:p w14:paraId="33A2FB7F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0E97125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54A6D62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1F72E53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5CF842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50CE57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3969" w:type="dxa"/>
          </w:tcPr>
          <w:p w14:paraId="6ACAF8C3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0C01C7FB" w14:textId="77777777" w:rsidTr="005E6A4F">
        <w:trPr>
          <w:trHeight w:val="850"/>
        </w:trPr>
        <w:tc>
          <w:tcPr>
            <w:tcW w:w="993" w:type="dxa"/>
          </w:tcPr>
          <w:p w14:paraId="78ABE09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74D469E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Словообразующие аффиксы/ 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Сүзнең лексик мәгънәсен һәм формасын үзгәртә торган кушымчалар</w:t>
            </w:r>
          </w:p>
        </w:tc>
        <w:tc>
          <w:tcPr>
            <w:tcW w:w="951" w:type="dxa"/>
          </w:tcPr>
          <w:p w14:paraId="13EED95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4D14E18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51BF83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D0E347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3969" w:type="dxa"/>
          </w:tcPr>
          <w:p w14:paraId="74FF94F1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  <w:r w:rsidRPr="0081046B">
              <w:rPr>
                <w:color w:val="4F81BD" w:themeColor="accent1"/>
                <w:sz w:val="16"/>
                <w:szCs w:val="16"/>
                <w:lang w:val="tt-RU"/>
              </w:rPr>
              <w:t>https://infourok.ru/plankonspekt-uroka-po-tatarskomu-yaziku-na-temu-tamir-m-kushimchalar-klass-2081477.html</w:t>
            </w:r>
          </w:p>
        </w:tc>
      </w:tr>
      <w:tr w:rsidR="00895C35" w:rsidRPr="00D330BB" w14:paraId="126D9A60" w14:textId="77777777" w:rsidTr="005E6A4F">
        <w:tc>
          <w:tcPr>
            <w:tcW w:w="993" w:type="dxa"/>
          </w:tcPr>
          <w:p w14:paraId="3B61A759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2C5DDFE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 Кабатлау.  Аудиотекст белән эш</w:t>
            </w:r>
          </w:p>
        </w:tc>
        <w:tc>
          <w:tcPr>
            <w:tcW w:w="951" w:type="dxa"/>
          </w:tcPr>
          <w:p w14:paraId="2863108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7B7D2D8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C48A03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937F1F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24983B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27.01</w:t>
            </w:r>
          </w:p>
        </w:tc>
        <w:tc>
          <w:tcPr>
            <w:tcW w:w="3969" w:type="dxa"/>
          </w:tcPr>
          <w:p w14:paraId="694EE329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4C0758FE" w14:textId="77777777" w:rsidTr="005E6A4F">
        <w:trPr>
          <w:trHeight w:val="730"/>
        </w:trPr>
        <w:tc>
          <w:tcPr>
            <w:tcW w:w="993" w:type="dxa"/>
          </w:tcPr>
          <w:p w14:paraId="11C81FBB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45760E0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Сложные слова/Кушма сүзләр</w:t>
            </w:r>
          </w:p>
          <w:p w14:paraId="5D049B6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4CB74A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5C45D14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14:paraId="7D7B532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F31293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1C0762E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268E5E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D4856B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3969" w:type="dxa"/>
          </w:tcPr>
          <w:p w14:paraId="0B3359C4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748BD87A" w14:textId="77777777" w:rsidTr="005E6A4F">
        <w:trPr>
          <w:trHeight w:val="730"/>
        </w:trPr>
        <w:tc>
          <w:tcPr>
            <w:tcW w:w="993" w:type="dxa"/>
          </w:tcPr>
          <w:p w14:paraId="50EDE93B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521957E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314ECA4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6B2116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8537F6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64C69F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2.02</w:t>
            </w:r>
          </w:p>
        </w:tc>
        <w:tc>
          <w:tcPr>
            <w:tcW w:w="3969" w:type="dxa"/>
          </w:tcPr>
          <w:p w14:paraId="1C89FBC1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4A720609" w14:textId="77777777" w:rsidTr="005E6A4F">
        <w:trPr>
          <w:trHeight w:val="550"/>
        </w:trPr>
        <w:tc>
          <w:tcPr>
            <w:tcW w:w="993" w:type="dxa"/>
          </w:tcPr>
          <w:p w14:paraId="33FCB775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0116D62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Заимствованные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Алынмасүзләр</w:t>
            </w:r>
            <w:proofErr w:type="spellEnd"/>
          </w:p>
        </w:tc>
        <w:tc>
          <w:tcPr>
            <w:tcW w:w="951" w:type="dxa"/>
          </w:tcPr>
          <w:p w14:paraId="6422570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1472997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B76465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374745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3.02</w:t>
            </w:r>
          </w:p>
        </w:tc>
        <w:tc>
          <w:tcPr>
            <w:tcW w:w="3969" w:type="dxa"/>
          </w:tcPr>
          <w:p w14:paraId="359FB1BA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0C2C97E4" w14:textId="77777777" w:rsidTr="005E6A4F">
        <w:trPr>
          <w:trHeight w:val="661"/>
        </w:trPr>
        <w:tc>
          <w:tcPr>
            <w:tcW w:w="993" w:type="dxa"/>
          </w:tcPr>
          <w:p w14:paraId="135E5C77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260E08D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Имя существительное. Склонение имён существительных по </w:t>
            </w:r>
            <w:proofErr w:type="gramStart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падежам./</w:t>
            </w:r>
            <w:proofErr w:type="spellStart"/>
            <w:proofErr w:type="gramEnd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Исем</w:t>
            </w:r>
            <w:proofErr w:type="spellEnd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килеш белән төрләнүе</w:t>
            </w:r>
          </w:p>
          <w:p w14:paraId="0376D2A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007B949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14:paraId="1FFFB1AF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F5037B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376C5E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E93239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1DCA4DC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3969" w:type="dxa"/>
          </w:tcPr>
          <w:p w14:paraId="7516F11B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  <w:r w:rsidRPr="0081046B">
              <w:rPr>
                <w:sz w:val="16"/>
                <w:szCs w:val="16"/>
                <w:lang w:val="tt-RU"/>
              </w:rPr>
              <w:t>https://nsportal.ru/nachalnaya-shkola/raznoe/2019/09/24/achyk-dres-isemnrnen-kilesh-beln-torlneshe</w:t>
            </w:r>
          </w:p>
        </w:tc>
      </w:tr>
      <w:tr w:rsidR="00895C35" w:rsidRPr="00E12C06" w14:paraId="58CB1058" w14:textId="77777777" w:rsidTr="005E6A4F">
        <w:trPr>
          <w:trHeight w:val="390"/>
        </w:trPr>
        <w:tc>
          <w:tcPr>
            <w:tcW w:w="993" w:type="dxa"/>
          </w:tcPr>
          <w:p w14:paraId="25CBBBB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13ECB2DF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7A96DD9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8C0D09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80FE52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44D8273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9.02</w:t>
            </w:r>
          </w:p>
        </w:tc>
        <w:tc>
          <w:tcPr>
            <w:tcW w:w="3969" w:type="dxa"/>
          </w:tcPr>
          <w:p w14:paraId="336585CE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57C3BDE4" w14:textId="77777777" w:rsidTr="005E6A4F">
        <w:trPr>
          <w:trHeight w:val="471"/>
        </w:trPr>
        <w:tc>
          <w:tcPr>
            <w:tcW w:w="993" w:type="dxa"/>
          </w:tcPr>
          <w:p w14:paraId="013ED803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62F1AEF9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6CD2760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6106BB3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A4A052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4B3810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10.02</w:t>
            </w:r>
          </w:p>
        </w:tc>
        <w:tc>
          <w:tcPr>
            <w:tcW w:w="3969" w:type="dxa"/>
          </w:tcPr>
          <w:p w14:paraId="5569D2AB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7780E6CE" w14:textId="77777777" w:rsidTr="005E6A4F">
        <w:trPr>
          <w:trHeight w:val="535"/>
        </w:trPr>
        <w:tc>
          <w:tcPr>
            <w:tcW w:w="993" w:type="dxa"/>
          </w:tcPr>
          <w:p w14:paraId="0B58B085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647885E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Җанлы предметлар</w:t>
            </w:r>
          </w:p>
        </w:tc>
        <w:tc>
          <w:tcPr>
            <w:tcW w:w="951" w:type="dxa"/>
            <w:vMerge w:val="restart"/>
          </w:tcPr>
          <w:p w14:paraId="7EB4DEF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7BDB1FA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059DC7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26BFE9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3969" w:type="dxa"/>
          </w:tcPr>
          <w:p w14:paraId="74122777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402A2074" w14:textId="77777777" w:rsidTr="005E6A4F">
        <w:trPr>
          <w:trHeight w:val="535"/>
        </w:trPr>
        <w:tc>
          <w:tcPr>
            <w:tcW w:w="993" w:type="dxa"/>
          </w:tcPr>
          <w:p w14:paraId="2723604D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1332405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09DC1A3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5BE5543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7DCA55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6BFA88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3969" w:type="dxa"/>
          </w:tcPr>
          <w:p w14:paraId="71B176DE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192F92EC" w14:textId="77777777" w:rsidTr="005E6A4F">
        <w:tc>
          <w:tcPr>
            <w:tcW w:w="993" w:type="dxa"/>
          </w:tcPr>
          <w:p w14:paraId="2B2BDB15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4C807F6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текстом./Текст белән эш. Башта тыңлаган, аннан соң укыган текст белән эшләү</w:t>
            </w:r>
          </w:p>
        </w:tc>
        <w:tc>
          <w:tcPr>
            <w:tcW w:w="951" w:type="dxa"/>
          </w:tcPr>
          <w:p w14:paraId="78A49D4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5E31DD1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9FACB3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551CD7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3969" w:type="dxa"/>
          </w:tcPr>
          <w:p w14:paraId="0E4571E8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6AA7903C" w14:textId="77777777" w:rsidTr="005E6A4F">
        <w:trPr>
          <w:trHeight w:val="845"/>
        </w:trPr>
        <w:tc>
          <w:tcPr>
            <w:tcW w:w="993" w:type="dxa"/>
          </w:tcPr>
          <w:p w14:paraId="51241FB5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71E1308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Личные местоимения.</w:t>
            </w: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Использование личных местоимений для устранения повторов в тексте./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Зат алмашлыклары. Зат алмашлыкларының җөмләдәге роле</w:t>
            </w:r>
          </w:p>
        </w:tc>
        <w:tc>
          <w:tcPr>
            <w:tcW w:w="951" w:type="dxa"/>
            <w:vMerge w:val="restart"/>
          </w:tcPr>
          <w:p w14:paraId="670F99B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14:paraId="5C88BFE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53699C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AB6E64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5ACE9F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3969" w:type="dxa"/>
          </w:tcPr>
          <w:p w14:paraId="05997198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  <w:r w:rsidRPr="0081046B">
              <w:rPr>
                <w:sz w:val="16"/>
                <w:szCs w:val="16"/>
                <w:lang w:val="tt-RU"/>
              </w:rPr>
              <w:t>https://infourok.ru/razrabotka-uroka-po-tatarskomu-yaziku-na-temu-almashliklar-zat-almashliklari-547189.html</w:t>
            </w:r>
          </w:p>
        </w:tc>
      </w:tr>
      <w:tr w:rsidR="00895C35" w:rsidRPr="00E12C06" w14:paraId="7371F086" w14:textId="77777777" w:rsidTr="005E6A4F">
        <w:trPr>
          <w:trHeight w:val="462"/>
        </w:trPr>
        <w:tc>
          <w:tcPr>
            <w:tcW w:w="993" w:type="dxa"/>
          </w:tcPr>
          <w:p w14:paraId="39553A9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15B5A92C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7527A93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D929D1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CA1183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B2A5A1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24.02</w:t>
            </w:r>
          </w:p>
        </w:tc>
        <w:tc>
          <w:tcPr>
            <w:tcW w:w="3969" w:type="dxa"/>
          </w:tcPr>
          <w:p w14:paraId="02CFA823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3FECFC0D" w14:textId="77777777" w:rsidTr="005E6A4F">
        <w:trPr>
          <w:trHeight w:val="425"/>
        </w:trPr>
        <w:tc>
          <w:tcPr>
            <w:tcW w:w="993" w:type="dxa"/>
          </w:tcPr>
          <w:p w14:paraId="75252C2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2E1BE575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7F3E74C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1A129D6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72D71B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570C95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3969" w:type="dxa"/>
          </w:tcPr>
          <w:p w14:paraId="52E896C6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70859D99" w14:textId="77777777" w:rsidTr="005E6A4F">
        <w:trPr>
          <w:trHeight w:val="570"/>
        </w:trPr>
        <w:tc>
          <w:tcPr>
            <w:tcW w:w="993" w:type="dxa"/>
          </w:tcPr>
          <w:p w14:paraId="018E5B90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4D5B58D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Склонение личных местоимений по падежам/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Зат алмашлыкларының килеш белән төрләнүе</w:t>
            </w:r>
          </w:p>
        </w:tc>
        <w:tc>
          <w:tcPr>
            <w:tcW w:w="951" w:type="dxa"/>
          </w:tcPr>
          <w:p w14:paraId="446AF19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55C209F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005FF3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11D6FD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1.03</w:t>
            </w:r>
          </w:p>
        </w:tc>
        <w:tc>
          <w:tcPr>
            <w:tcW w:w="3969" w:type="dxa"/>
          </w:tcPr>
          <w:p w14:paraId="7158A382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  <w:r w:rsidRPr="0081046B">
              <w:rPr>
                <w:color w:val="4F81BD" w:themeColor="accent1"/>
                <w:sz w:val="16"/>
                <w:szCs w:val="16"/>
                <w:lang w:val="tt-RU"/>
              </w:rPr>
              <w:t>https://infourok.ru/razrabotka-uroka-po-tatarskomu-yaziku-na-temu-almashliklar-zat-almashliklari-547189.html</w:t>
            </w:r>
          </w:p>
        </w:tc>
      </w:tr>
      <w:tr w:rsidR="00895C35" w:rsidRPr="00D330BB" w14:paraId="6F4E4B04" w14:textId="77777777" w:rsidTr="005E6A4F">
        <w:tc>
          <w:tcPr>
            <w:tcW w:w="993" w:type="dxa"/>
          </w:tcPr>
          <w:p w14:paraId="50FBDBA9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6926BD9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Творческий урок .Составление плана и повествование по тексту / Иҗади дәрес .Текст буенча план төзү һәм сөйләү</w:t>
            </w:r>
          </w:p>
          <w:p w14:paraId="0E43D92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5BEE160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57CF6C6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B7F445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C6CFCD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2.03</w:t>
            </w:r>
          </w:p>
        </w:tc>
        <w:tc>
          <w:tcPr>
            <w:tcW w:w="3969" w:type="dxa"/>
          </w:tcPr>
          <w:p w14:paraId="2C2DACE3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6DC6A0E6" w14:textId="77777777" w:rsidTr="005E6A4F">
        <w:trPr>
          <w:trHeight w:val="760"/>
        </w:trPr>
        <w:tc>
          <w:tcPr>
            <w:tcW w:w="993" w:type="dxa"/>
          </w:tcPr>
          <w:p w14:paraId="29A0CE6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191AA893" w14:textId="77777777" w:rsidR="00895C35" w:rsidRPr="00895C3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Спряжение глагола по лицам   в единственном  числе /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Фигыльнеңберлександазат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-сан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беләнтөрләнүе</w:t>
            </w:r>
            <w:proofErr w:type="spellEnd"/>
          </w:p>
        </w:tc>
        <w:tc>
          <w:tcPr>
            <w:tcW w:w="951" w:type="dxa"/>
            <w:vMerge w:val="restart"/>
          </w:tcPr>
          <w:p w14:paraId="2EC1C58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5AC29EE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75626B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F17C91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3969" w:type="dxa"/>
          </w:tcPr>
          <w:p w14:paraId="0E8A6162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717333D6" w14:textId="77777777" w:rsidTr="005E6A4F">
        <w:trPr>
          <w:trHeight w:val="536"/>
        </w:trPr>
        <w:tc>
          <w:tcPr>
            <w:tcW w:w="993" w:type="dxa"/>
          </w:tcPr>
          <w:p w14:paraId="78178F83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3AE98D7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vMerge/>
          </w:tcPr>
          <w:p w14:paraId="2CE44E2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4D9795D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B5C719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47E537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9.03</w:t>
            </w:r>
          </w:p>
        </w:tc>
        <w:tc>
          <w:tcPr>
            <w:tcW w:w="3969" w:type="dxa"/>
          </w:tcPr>
          <w:p w14:paraId="6D550379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57B496A0" w14:textId="77777777" w:rsidTr="005E6A4F">
        <w:trPr>
          <w:trHeight w:val="340"/>
        </w:trPr>
        <w:tc>
          <w:tcPr>
            <w:tcW w:w="993" w:type="dxa"/>
          </w:tcPr>
          <w:p w14:paraId="6B9894BF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578F54E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Вводные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Керешсүзләр</w:t>
            </w:r>
            <w:proofErr w:type="spellEnd"/>
          </w:p>
        </w:tc>
        <w:tc>
          <w:tcPr>
            <w:tcW w:w="951" w:type="dxa"/>
            <w:vMerge w:val="restart"/>
          </w:tcPr>
          <w:p w14:paraId="30B902F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44B306B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31627B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3FDC9D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3969" w:type="dxa"/>
          </w:tcPr>
          <w:p w14:paraId="5A35A981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  <w:r w:rsidRPr="0081046B">
              <w:rPr>
                <w:color w:val="4F81BD" w:themeColor="accent1"/>
                <w:sz w:val="16"/>
                <w:szCs w:val="16"/>
                <w:lang w:val="tt-RU"/>
              </w:rPr>
              <w:t>https://infourok.ru/prezentaciya-po-tatarskomu-yaziku-na-temu-keresh-szlr-495050.html</w:t>
            </w:r>
          </w:p>
        </w:tc>
      </w:tr>
      <w:tr w:rsidR="00895C35" w:rsidRPr="00E12C06" w14:paraId="4EF68ABE" w14:textId="77777777" w:rsidTr="005E6A4F">
        <w:trPr>
          <w:trHeight w:val="340"/>
        </w:trPr>
        <w:tc>
          <w:tcPr>
            <w:tcW w:w="993" w:type="dxa"/>
          </w:tcPr>
          <w:p w14:paraId="46034D05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07AE8AF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4E14F60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152F200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BED13F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124FAD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3969" w:type="dxa"/>
          </w:tcPr>
          <w:p w14:paraId="62B82F2C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61C056E9" w14:textId="77777777" w:rsidTr="005E6A4F">
        <w:trPr>
          <w:trHeight w:val="735"/>
        </w:trPr>
        <w:tc>
          <w:tcPr>
            <w:tcW w:w="993" w:type="dxa"/>
          </w:tcPr>
          <w:p w14:paraId="63357A1B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159A4AE8" w14:textId="77777777" w:rsidR="00895C35" w:rsidRPr="00895C3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Спряжение глагола по лицам   во множественном числе/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Фигыльнеңкүплександазат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-сан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беләнтөрләнүе</w:t>
            </w:r>
            <w:proofErr w:type="spellEnd"/>
          </w:p>
          <w:p w14:paraId="5B386BBD" w14:textId="77777777" w:rsidR="00895C35" w:rsidRP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51" w:type="dxa"/>
          </w:tcPr>
          <w:p w14:paraId="1E8A1A1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14:paraId="331885F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ED7BD0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57C8CA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562C3F27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3969" w:type="dxa"/>
          </w:tcPr>
          <w:p w14:paraId="7A7F9142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6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0AF485DE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7493CC38" w14:textId="77777777" w:rsidTr="005E6A4F">
        <w:trPr>
          <w:trHeight w:val="735"/>
        </w:trPr>
        <w:tc>
          <w:tcPr>
            <w:tcW w:w="993" w:type="dxa"/>
          </w:tcPr>
          <w:p w14:paraId="2AD30A81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7D46B2E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1C494E8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4356ADB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F533E6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78E48C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3969" w:type="dxa"/>
          </w:tcPr>
          <w:p w14:paraId="588B56F5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655B6452" w14:textId="77777777" w:rsidTr="005E6A4F">
        <w:trPr>
          <w:trHeight w:val="750"/>
        </w:trPr>
        <w:tc>
          <w:tcPr>
            <w:tcW w:w="993" w:type="dxa"/>
          </w:tcPr>
          <w:p w14:paraId="650E6AA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751EF25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Употребление </w:t>
            </w: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имён </w:t>
            </w:r>
            <w:proofErr w:type="spellStart"/>
            <w:r w:rsidRPr="00895C35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существительныхс</w:t>
            </w:r>
            <w:proofErr w:type="spellEnd"/>
            <w:r w:rsidRPr="00895C35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 глаголами</w:t>
            </w:r>
            <w:r w:rsidRPr="003A6C85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br/>
              <w:t>3 ли</w:t>
            </w:r>
            <w:proofErr w:type="spellStart"/>
            <w:r w:rsidRPr="00895C35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ца</w:t>
            </w: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единственного</w:t>
            </w:r>
            <w:proofErr w:type="spellEnd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 множественного чисел/.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3 зат берлек сандагы фигыльләрнең күплек сандагы исемнәр белән кулланылуы</w:t>
            </w:r>
          </w:p>
        </w:tc>
        <w:tc>
          <w:tcPr>
            <w:tcW w:w="951" w:type="dxa"/>
            <w:vMerge w:val="restart"/>
          </w:tcPr>
          <w:p w14:paraId="3F44EE9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2820D2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623FFD3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BE1211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16BF0C21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3969" w:type="dxa"/>
          </w:tcPr>
          <w:p w14:paraId="3A411E3D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7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6F31D23D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E12C06" w14:paraId="7D6E08EC" w14:textId="77777777" w:rsidTr="005E6A4F">
        <w:trPr>
          <w:trHeight w:val="361"/>
        </w:trPr>
        <w:tc>
          <w:tcPr>
            <w:tcW w:w="993" w:type="dxa"/>
          </w:tcPr>
          <w:p w14:paraId="7E2488DC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5AA34F6A" w14:textId="77777777" w:rsidR="00895C35" w:rsidRPr="003A6C85" w:rsidRDefault="00895C35" w:rsidP="005E6A4F">
            <w:pPr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462A7A2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669C686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95D3F0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9470D8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1.04</w:t>
            </w:r>
          </w:p>
        </w:tc>
        <w:tc>
          <w:tcPr>
            <w:tcW w:w="3969" w:type="dxa"/>
          </w:tcPr>
          <w:p w14:paraId="25DF2A7F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1CC9BF3F" w14:textId="77777777" w:rsidTr="005E6A4F">
        <w:tc>
          <w:tcPr>
            <w:tcW w:w="993" w:type="dxa"/>
          </w:tcPr>
          <w:p w14:paraId="01594E2F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5A190BB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3A6C8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A6C85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951" w:type="dxa"/>
          </w:tcPr>
          <w:p w14:paraId="0DE3062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597004F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97A9EA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024D48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5.04</w:t>
            </w:r>
          </w:p>
        </w:tc>
        <w:tc>
          <w:tcPr>
            <w:tcW w:w="3969" w:type="dxa"/>
          </w:tcPr>
          <w:p w14:paraId="0FFA9F9B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53DBEFF8" w14:textId="77777777" w:rsidTr="005E6A4F">
        <w:tc>
          <w:tcPr>
            <w:tcW w:w="993" w:type="dxa"/>
          </w:tcPr>
          <w:p w14:paraId="02BAA7BC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4DC1949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951" w:type="dxa"/>
          </w:tcPr>
          <w:p w14:paraId="166E2EA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1C00F70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C11245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8AB761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3969" w:type="dxa"/>
          </w:tcPr>
          <w:p w14:paraId="14DF4161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0529B408" w14:textId="77777777" w:rsidTr="005E6A4F">
        <w:trPr>
          <w:trHeight w:val="431"/>
        </w:trPr>
        <w:tc>
          <w:tcPr>
            <w:tcW w:w="993" w:type="dxa"/>
          </w:tcPr>
          <w:p w14:paraId="3791CCBE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6F687215" w14:textId="77777777" w:rsidR="00895C35" w:rsidRPr="003A6C85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Имя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прилагательное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. /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Сыйфат сүз төркеме</w:t>
            </w:r>
          </w:p>
          <w:p w14:paraId="14ED806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6638AC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63CF668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75" w:type="dxa"/>
          </w:tcPr>
          <w:p w14:paraId="269C52E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62470C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4F0789D6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3969" w:type="dxa"/>
          </w:tcPr>
          <w:p w14:paraId="6F3FC722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8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7CC74EDF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4C16D8D1" w14:textId="77777777" w:rsidTr="005E6A4F">
        <w:trPr>
          <w:trHeight w:val="409"/>
        </w:trPr>
        <w:tc>
          <w:tcPr>
            <w:tcW w:w="993" w:type="dxa"/>
          </w:tcPr>
          <w:p w14:paraId="2BEC437D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21E5EF2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0D153FE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3406CD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99D10C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998BE5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3969" w:type="dxa"/>
          </w:tcPr>
          <w:p w14:paraId="73CAF49B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5C31B12C" w14:textId="77777777" w:rsidTr="005E6A4F">
        <w:trPr>
          <w:trHeight w:val="710"/>
        </w:trPr>
        <w:tc>
          <w:tcPr>
            <w:tcW w:w="993" w:type="dxa"/>
          </w:tcPr>
          <w:p w14:paraId="2388A32B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4BE868E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2E0D86A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57F30CC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23F22C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B256A34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3969" w:type="dxa"/>
          </w:tcPr>
          <w:p w14:paraId="1568452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2E331075" w14:textId="77777777" w:rsidTr="005E6A4F">
        <w:trPr>
          <w:trHeight w:val="900"/>
        </w:trPr>
        <w:tc>
          <w:tcPr>
            <w:tcW w:w="993" w:type="dxa"/>
          </w:tcPr>
          <w:p w14:paraId="7966D42D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78E6B17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Сравнительная степень имён </w:t>
            </w:r>
            <w:proofErr w:type="gramStart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прилагательных.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Сыйфатларның</w:t>
            </w:r>
            <w:proofErr w:type="gramEnd"/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чагыштыру дәрәҗәсе</w:t>
            </w:r>
          </w:p>
        </w:tc>
        <w:tc>
          <w:tcPr>
            <w:tcW w:w="951" w:type="dxa"/>
            <w:vMerge w:val="restart"/>
          </w:tcPr>
          <w:p w14:paraId="45330A7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5224F77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F360BE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772C8C7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3969" w:type="dxa"/>
          </w:tcPr>
          <w:p w14:paraId="598D2E84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59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183E6EF3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E12C06" w14:paraId="6A5CCC9A" w14:textId="77777777" w:rsidTr="005E6A4F">
        <w:trPr>
          <w:trHeight w:val="900"/>
        </w:trPr>
        <w:tc>
          <w:tcPr>
            <w:tcW w:w="993" w:type="dxa"/>
          </w:tcPr>
          <w:p w14:paraId="780B2A79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5F69593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67909D8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1F7F1E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007E4B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19DD0F8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3969" w:type="dxa"/>
          </w:tcPr>
          <w:p w14:paraId="50A879FD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09DD346A" w14:textId="77777777" w:rsidTr="005E6A4F">
        <w:tc>
          <w:tcPr>
            <w:tcW w:w="993" w:type="dxa"/>
          </w:tcPr>
          <w:p w14:paraId="05222D2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0B2AF8A7" w14:textId="77777777" w:rsidR="00895C35" w:rsidRP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текстом/Текст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беләнэш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951" w:type="dxa"/>
          </w:tcPr>
          <w:p w14:paraId="0A91DD1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8DB543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13B40F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937FBE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3C895C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3969" w:type="dxa"/>
          </w:tcPr>
          <w:p w14:paraId="4126D599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17DC1B9" w14:textId="77777777" w:rsidTr="005E6A4F">
        <w:trPr>
          <w:trHeight w:val="641"/>
        </w:trPr>
        <w:tc>
          <w:tcPr>
            <w:tcW w:w="993" w:type="dxa"/>
          </w:tcPr>
          <w:p w14:paraId="0630743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0BE7342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Главные члены предложения: подлежащее и </w:t>
            </w:r>
            <w:proofErr w:type="gramStart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сказуемое./</w:t>
            </w:r>
            <w:proofErr w:type="gramEnd"/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Җөмләнең баш кисәкләре</w:t>
            </w:r>
          </w:p>
          <w:p w14:paraId="3FC9862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312C5DE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  <w:p w14:paraId="0E1B820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5057D38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459E5F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17D7F000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3969" w:type="dxa"/>
          </w:tcPr>
          <w:p w14:paraId="521EFD7A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60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09EF041F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46450B02" w14:textId="77777777" w:rsidTr="005E6A4F">
        <w:trPr>
          <w:trHeight w:val="641"/>
        </w:trPr>
        <w:tc>
          <w:tcPr>
            <w:tcW w:w="993" w:type="dxa"/>
          </w:tcPr>
          <w:p w14:paraId="407DB358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31560858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4C8AD57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52CD4C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3EAE0B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4BC400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3969" w:type="dxa"/>
          </w:tcPr>
          <w:p w14:paraId="44F0003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49D2D9F5" w14:textId="77777777" w:rsidTr="005E6A4F">
        <w:trPr>
          <w:trHeight w:val="641"/>
        </w:trPr>
        <w:tc>
          <w:tcPr>
            <w:tcW w:w="993" w:type="dxa"/>
          </w:tcPr>
          <w:p w14:paraId="61C41B13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3B4F8F74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763F300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7122630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F3E896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D2AA16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3969" w:type="dxa"/>
          </w:tcPr>
          <w:p w14:paraId="577F4DA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35155B60" w14:textId="77777777" w:rsidTr="005E6A4F">
        <w:trPr>
          <w:trHeight w:val="615"/>
        </w:trPr>
        <w:tc>
          <w:tcPr>
            <w:tcW w:w="993" w:type="dxa"/>
          </w:tcPr>
          <w:p w14:paraId="39006120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5E9AC94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телендә хәбәрнең җөмләдәге урыны</w:t>
            </w:r>
          </w:p>
        </w:tc>
        <w:tc>
          <w:tcPr>
            <w:tcW w:w="951" w:type="dxa"/>
            <w:vMerge w:val="restart"/>
          </w:tcPr>
          <w:p w14:paraId="7328EC5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04003C0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80C5BD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D2D46BD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3969" w:type="dxa"/>
          </w:tcPr>
          <w:p w14:paraId="3CFF9A80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61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34D6F22C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E12C06" w14:paraId="3D240935" w14:textId="77777777" w:rsidTr="005E6A4F">
        <w:trPr>
          <w:trHeight w:val="411"/>
        </w:trPr>
        <w:tc>
          <w:tcPr>
            <w:tcW w:w="993" w:type="dxa"/>
          </w:tcPr>
          <w:p w14:paraId="0F5F401A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542AF13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0E73FD8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12D11EC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B9559E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BA6EEE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3.05</w:t>
            </w:r>
          </w:p>
        </w:tc>
        <w:tc>
          <w:tcPr>
            <w:tcW w:w="3969" w:type="dxa"/>
          </w:tcPr>
          <w:p w14:paraId="3E28C540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3F322D93" w14:textId="77777777" w:rsidTr="005E6A4F">
        <w:tc>
          <w:tcPr>
            <w:tcW w:w="993" w:type="dxa"/>
          </w:tcPr>
          <w:p w14:paraId="2A8211BE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5AEF778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по картине. /Картина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беләнэш</w:t>
            </w:r>
            <w:proofErr w:type="spellEnd"/>
          </w:p>
        </w:tc>
        <w:tc>
          <w:tcPr>
            <w:tcW w:w="951" w:type="dxa"/>
            <w:vMerge w:val="restart"/>
          </w:tcPr>
          <w:p w14:paraId="2FCA0150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73A1308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9CF9C6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CB03B3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3969" w:type="dxa"/>
          </w:tcPr>
          <w:p w14:paraId="0FDD7DDC" w14:textId="77777777" w:rsidR="00895C35" w:rsidRPr="00D330BB" w:rsidRDefault="00895C35" w:rsidP="005E6A4F">
            <w:pPr>
              <w:rPr>
                <w:sz w:val="16"/>
                <w:szCs w:val="16"/>
              </w:rPr>
            </w:pPr>
          </w:p>
        </w:tc>
      </w:tr>
      <w:tr w:rsidR="00895C35" w:rsidRPr="00D330BB" w14:paraId="4C058AED" w14:textId="77777777" w:rsidTr="005E6A4F">
        <w:tc>
          <w:tcPr>
            <w:tcW w:w="993" w:type="dxa"/>
          </w:tcPr>
          <w:p w14:paraId="030B3347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5FBADA3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vMerge/>
          </w:tcPr>
          <w:p w14:paraId="1E5295B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6146C2F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2B2084B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2F5168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3969" w:type="dxa"/>
          </w:tcPr>
          <w:p w14:paraId="7F6E782E" w14:textId="77777777" w:rsidR="00895C35" w:rsidRPr="00D330BB" w:rsidRDefault="00895C35" w:rsidP="005E6A4F">
            <w:pPr>
              <w:rPr>
                <w:sz w:val="16"/>
                <w:szCs w:val="16"/>
              </w:rPr>
            </w:pPr>
          </w:p>
        </w:tc>
      </w:tr>
      <w:tr w:rsidR="00895C35" w:rsidRPr="006D3E3C" w14:paraId="496985AC" w14:textId="77777777" w:rsidTr="005E6A4F">
        <w:trPr>
          <w:trHeight w:val="593"/>
        </w:trPr>
        <w:tc>
          <w:tcPr>
            <w:tcW w:w="993" w:type="dxa"/>
          </w:tcPr>
          <w:p w14:paraId="0BAF76A6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65677BE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Состав предложения. </w:t>
            </w: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Главные члены предложения/ 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Җөмлә төзелеше. Җөмләнең баш кисәкләре</w:t>
            </w:r>
          </w:p>
          <w:p w14:paraId="4E08E5DE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 w:val="restart"/>
          </w:tcPr>
          <w:p w14:paraId="46676225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  <w:p w14:paraId="072CFFE2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64613DC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18C738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0438F9A2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3969" w:type="dxa"/>
          </w:tcPr>
          <w:p w14:paraId="18CD6B6F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62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1B9F4D69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5AC910F1" w14:textId="77777777" w:rsidTr="005E6A4F">
        <w:trPr>
          <w:trHeight w:val="263"/>
        </w:trPr>
        <w:tc>
          <w:tcPr>
            <w:tcW w:w="993" w:type="dxa"/>
          </w:tcPr>
          <w:p w14:paraId="703A034E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7C9DAFC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486D93F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2ED1BAB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EF454AC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E6116B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3969" w:type="dxa"/>
          </w:tcPr>
          <w:p w14:paraId="2DB02D5D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7828B57B" w14:textId="77777777" w:rsidTr="005E6A4F">
        <w:trPr>
          <w:trHeight w:val="71"/>
        </w:trPr>
        <w:tc>
          <w:tcPr>
            <w:tcW w:w="993" w:type="dxa"/>
          </w:tcPr>
          <w:p w14:paraId="6E9BC451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68C73E4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3EADF8F3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3334481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7BF3F19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EE4959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3969" w:type="dxa"/>
          </w:tcPr>
          <w:p w14:paraId="224CD233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E12C06" w14:paraId="7197DB2B" w14:textId="77777777" w:rsidTr="005E6A4F">
        <w:trPr>
          <w:trHeight w:val="409"/>
        </w:trPr>
        <w:tc>
          <w:tcPr>
            <w:tcW w:w="993" w:type="dxa"/>
          </w:tcPr>
          <w:p w14:paraId="4CC73069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1099086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59E3621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0336883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E15400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045813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3969" w:type="dxa"/>
          </w:tcPr>
          <w:p w14:paraId="357C0350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6D3E3C" w14:paraId="5DF83DE5" w14:textId="77777777" w:rsidTr="005E6A4F">
        <w:trPr>
          <w:trHeight w:val="551"/>
        </w:trPr>
        <w:tc>
          <w:tcPr>
            <w:tcW w:w="993" w:type="dxa"/>
          </w:tcPr>
          <w:p w14:paraId="69BFE8EB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0257799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Однородные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подлежащие</w:t>
            </w:r>
            <w:proofErr w:type="spellEnd"/>
            <w:r w:rsidRPr="003A6C85">
              <w:rPr>
                <w:rFonts w:ascii="Times New Roman" w:eastAsia="Calibri" w:hAnsi="Times New Roman"/>
                <w:sz w:val="24"/>
                <w:szCs w:val="24"/>
              </w:rPr>
              <w:t>. /</w:t>
            </w: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Тиңдәш ияләр</w:t>
            </w:r>
          </w:p>
        </w:tc>
        <w:tc>
          <w:tcPr>
            <w:tcW w:w="951" w:type="dxa"/>
            <w:vMerge w:val="restart"/>
          </w:tcPr>
          <w:p w14:paraId="70E0066B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5" w:type="dxa"/>
          </w:tcPr>
          <w:p w14:paraId="5D63270A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FDD984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3326C57D" w14:textId="77777777" w:rsidR="00895C35" w:rsidRPr="003A6C85" w:rsidRDefault="00895C35" w:rsidP="005E6A4F">
            <w:pP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Style w:val="aff9"/>
                <w:rFonts w:ascii="Times New Roman" w:eastAsiaTheme="minorEastAsia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3969" w:type="dxa"/>
          </w:tcPr>
          <w:p w14:paraId="71731803" w14:textId="77777777" w:rsidR="00895C35" w:rsidRDefault="00000000" w:rsidP="005E6A4F">
            <w:pPr>
              <w:rPr>
                <w:sz w:val="16"/>
                <w:szCs w:val="16"/>
                <w:lang w:val="tt-RU"/>
              </w:rPr>
            </w:pPr>
            <w:hyperlink r:id="rId63" w:history="1">
              <w:r w:rsidR="00895C35" w:rsidRPr="00C12EE6">
                <w:rPr>
                  <w:rStyle w:val="aff9"/>
                  <w:rFonts w:eastAsiaTheme="minorEastAsia"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676D0F7E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E12C06" w14:paraId="135CFC20" w14:textId="77777777" w:rsidTr="005E6A4F">
        <w:trPr>
          <w:trHeight w:val="430"/>
        </w:trPr>
        <w:tc>
          <w:tcPr>
            <w:tcW w:w="993" w:type="dxa"/>
          </w:tcPr>
          <w:p w14:paraId="176B7454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105A70D8" w14:textId="77777777" w:rsidR="00895C35" w:rsidRPr="003A6C85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  <w:vMerge/>
          </w:tcPr>
          <w:p w14:paraId="78A7B60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5" w:type="dxa"/>
          </w:tcPr>
          <w:p w14:paraId="54FF272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B8DB957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670C24F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3969" w:type="dxa"/>
          </w:tcPr>
          <w:p w14:paraId="57F2A97D" w14:textId="77777777" w:rsidR="00895C35" w:rsidRPr="00D330BB" w:rsidRDefault="00895C35" w:rsidP="005E6A4F">
            <w:pPr>
              <w:rPr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D330BB" w14:paraId="4761BDD7" w14:textId="77777777" w:rsidTr="005E6A4F">
        <w:tc>
          <w:tcPr>
            <w:tcW w:w="993" w:type="dxa"/>
          </w:tcPr>
          <w:p w14:paraId="714117B0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6936A063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951" w:type="dxa"/>
          </w:tcPr>
          <w:p w14:paraId="6FB3F41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65A724E9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83FFED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A209C8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3969" w:type="dxa"/>
          </w:tcPr>
          <w:p w14:paraId="4020DA41" w14:textId="77777777" w:rsidR="00895C35" w:rsidRPr="00D330BB" w:rsidRDefault="00895C35" w:rsidP="005E6A4F">
            <w:pPr>
              <w:jc w:val="center"/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299933B7" w14:textId="77777777" w:rsidTr="005E6A4F">
        <w:tc>
          <w:tcPr>
            <w:tcW w:w="993" w:type="dxa"/>
          </w:tcPr>
          <w:p w14:paraId="0BBCACDD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60403FE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Повторение/Кабатлау . </w:t>
            </w:r>
          </w:p>
        </w:tc>
        <w:tc>
          <w:tcPr>
            <w:tcW w:w="951" w:type="dxa"/>
          </w:tcPr>
          <w:p w14:paraId="1BE03B71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04550C36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DC222E5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BC19CA2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3969" w:type="dxa"/>
          </w:tcPr>
          <w:p w14:paraId="3DA2CCD7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02047DF2" w14:textId="77777777" w:rsidTr="005E6A4F">
        <w:tc>
          <w:tcPr>
            <w:tcW w:w="993" w:type="dxa"/>
          </w:tcPr>
          <w:p w14:paraId="7561C4A0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 w:val="restart"/>
          </w:tcPr>
          <w:p w14:paraId="42C12376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Гомуми кабатлау.  Тыңлаган, укыган текстны аңлау</w:t>
            </w:r>
          </w:p>
        </w:tc>
        <w:tc>
          <w:tcPr>
            <w:tcW w:w="951" w:type="dxa"/>
          </w:tcPr>
          <w:p w14:paraId="067A5118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1D85B66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DB4299F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3AD912D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3969" w:type="dxa"/>
          </w:tcPr>
          <w:p w14:paraId="64A75213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58B6DCF0" w14:textId="77777777" w:rsidTr="005E6A4F">
        <w:tc>
          <w:tcPr>
            <w:tcW w:w="993" w:type="dxa"/>
          </w:tcPr>
          <w:p w14:paraId="016054A1" w14:textId="77777777" w:rsidR="00895C35" w:rsidRPr="003A6C85" w:rsidRDefault="00895C35" w:rsidP="005E6A4F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</w:tcPr>
          <w:p w14:paraId="679B624E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" w:type="dxa"/>
          </w:tcPr>
          <w:p w14:paraId="4F17358D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75" w:type="dxa"/>
          </w:tcPr>
          <w:p w14:paraId="486E4C8C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A7B6708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7B2C8561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31.05</w:t>
            </w:r>
          </w:p>
        </w:tc>
        <w:tc>
          <w:tcPr>
            <w:tcW w:w="3969" w:type="dxa"/>
          </w:tcPr>
          <w:p w14:paraId="7605D485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  <w:tr w:rsidR="00895C35" w:rsidRPr="00D330BB" w14:paraId="74502F07" w14:textId="77777777" w:rsidTr="005E6A4F">
        <w:tc>
          <w:tcPr>
            <w:tcW w:w="993" w:type="dxa"/>
          </w:tcPr>
          <w:p w14:paraId="7A46CF4E" w14:textId="77777777" w:rsidR="00895C35" w:rsidRPr="003A6C85" w:rsidRDefault="00895C35" w:rsidP="005E6A4F">
            <w:pPr>
              <w:ind w:left="38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</w:tcPr>
          <w:p w14:paraId="098BE7AA" w14:textId="77777777" w:rsidR="00895C35" w:rsidRPr="003A6C85" w:rsidRDefault="00895C35" w:rsidP="005E6A4F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951" w:type="dxa"/>
          </w:tcPr>
          <w:p w14:paraId="57430FD7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102</w:t>
            </w:r>
          </w:p>
        </w:tc>
        <w:tc>
          <w:tcPr>
            <w:tcW w:w="1175" w:type="dxa"/>
          </w:tcPr>
          <w:p w14:paraId="42C395F4" w14:textId="77777777" w:rsidR="00895C35" w:rsidRPr="003A6C85" w:rsidRDefault="00895C35" w:rsidP="005E6A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C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645C8C3A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4D7C7E10" w14:textId="77777777" w:rsidR="00895C35" w:rsidRPr="003A6C8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14:paraId="3BFD025B" w14:textId="77777777" w:rsidR="00895C35" w:rsidRPr="00D330BB" w:rsidRDefault="00895C35" w:rsidP="005E6A4F">
            <w:pPr>
              <w:rPr>
                <w:sz w:val="16"/>
                <w:szCs w:val="16"/>
                <w:lang w:val="tt-RU"/>
              </w:rPr>
            </w:pPr>
          </w:p>
        </w:tc>
      </w:tr>
    </w:tbl>
    <w:p w14:paraId="432914CE" w14:textId="77777777" w:rsidR="00895C35" w:rsidRPr="00AD6189" w:rsidRDefault="00895C35" w:rsidP="00895C35">
      <w:pPr>
        <w:spacing w:after="258" w:line="228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A100705" w14:textId="77777777" w:rsidR="00895C35" w:rsidRPr="00AD6189" w:rsidRDefault="00895C35" w:rsidP="00895C35">
      <w:pPr>
        <w:rPr>
          <w:rFonts w:ascii="Times New Roman" w:hAnsi="Times New Roman"/>
          <w:lang w:val="tt-RU"/>
        </w:rPr>
      </w:pPr>
    </w:p>
    <w:p w14:paraId="73E9F8AB" w14:textId="77777777" w:rsidR="00895C35" w:rsidRDefault="00895C35" w:rsidP="00895C35">
      <w:pPr>
        <w:spacing w:after="0" w:line="240" w:lineRule="auto"/>
        <w:jc w:val="center"/>
        <w:rPr>
          <w:b/>
          <w:sz w:val="24"/>
          <w:szCs w:val="24"/>
          <w:lang w:val="tt-RU"/>
        </w:rPr>
      </w:pPr>
    </w:p>
    <w:p w14:paraId="71F5BE9D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b/>
          <w:sz w:val="24"/>
          <w:szCs w:val="24"/>
          <w:lang w:val="tt-RU"/>
        </w:rPr>
        <w:tab/>
      </w:r>
      <w:r w:rsidRPr="00895C35">
        <w:rPr>
          <w:rFonts w:ascii="Times New Roman" w:hAnsi="Times New Roman"/>
          <w:b/>
          <w:sz w:val="28"/>
          <w:szCs w:val="28"/>
          <w:lang w:val="ru-RU"/>
        </w:rPr>
        <w:t xml:space="preserve">ПОЯСНИТЕЛЬНАЯ ЗАПИСКА </w:t>
      </w:r>
    </w:p>
    <w:p w14:paraId="7B9E8F08" w14:textId="77777777" w:rsidR="00895C35" w:rsidRPr="00895C35" w:rsidRDefault="00895C35" w:rsidP="00895C35">
      <w:pPr>
        <w:pStyle w:val="aa"/>
        <w:rPr>
          <w:b/>
          <w:sz w:val="24"/>
          <w:lang w:val="ru-RU"/>
        </w:rPr>
      </w:pPr>
      <w:r w:rsidRPr="00895C35">
        <w:rPr>
          <w:sz w:val="24"/>
          <w:lang w:val="ru-RU"/>
        </w:rPr>
        <w:t xml:space="preserve">Примерная рабочая программа учебного предмета «Родной (татарский) язык» для 1–4 классов начального общего образования для образовательных организаций с обучением на родном (татарском) языке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«Родной (татарский) язык». Программа разработана на основе следующих нормативных правовых документов: </w:t>
      </w:r>
    </w:p>
    <w:p w14:paraId="0CE22BCE" w14:textId="77777777" w:rsidR="00895C35" w:rsidRPr="00895C35" w:rsidRDefault="00895C35" w:rsidP="00895C35">
      <w:pPr>
        <w:pStyle w:val="aa"/>
        <w:rPr>
          <w:b/>
          <w:sz w:val="24"/>
          <w:lang w:val="ru-RU"/>
        </w:rPr>
      </w:pPr>
      <w:r w:rsidRPr="00895C35">
        <w:rPr>
          <w:sz w:val="24"/>
          <w:lang w:val="ru-RU"/>
        </w:rPr>
        <w:lastRenderedPageBreak/>
        <w:t xml:space="preserve">1) Конституция Российской Федерации; </w:t>
      </w:r>
    </w:p>
    <w:p w14:paraId="5BB74817" w14:textId="77777777" w:rsidR="00895C35" w:rsidRPr="00895C35" w:rsidRDefault="00895C35" w:rsidP="00895C35">
      <w:pPr>
        <w:pStyle w:val="aa"/>
        <w:rPr>
          <w:b/>
          <w:sz w:val="24"/>
          <w:lang w:val="ru-RU"/>
        </w:rPr>
      </w:pPr>
      <w:r w:rsidRPr="00895C35">
        <w:rPr>
          <w:sz w:val="24"/>
          <w:lang w:val="ru-RU"/>
        </w:rPr>
        <w:t xml:space="preserve">2) Федеральный закон от 29 декабря 2012 г. № 273-ФЗ «Об образовании в Российской Федерации» (с изменениями и дополнениями); </w:t>
      </w:r>
    </w:p>
    <w:p w14:paraId="2155746C" w14:textId="77777777" w:rsidR="00895C35" w:rsidRPr="00895C35" w:rsidRDefault="00895C35" w:rsidP="00895C35">
      <w:pPr>
        <w:pStyle w:val="aa"/>
        <w:rPr>
          <w:b/>
          <w:sz w:val="24"/>
          <w:lang w:val="ru-RU"/>
        </w:rPr>
      </w:pPr>
      <w:r w:rsidRPr="00895C35">
        <w:rPr>
          <w:sz w:val="24"/>
          <w:lang w:val="ru-RU"/>
        </w:rPr>
        <w:t xml:space="preserve">3) Закон Российской Федерации от 25 октября 1991 г. № 1807-1 «О языках народов Российской Федерации» (с изменениями и дополнениями); </w:t>
      </w:r>
    </w:p>
    <w:p w14:paraId="66601372" w14:textId="77777777" w:rsidR="00895C35" w:rsidRPr="00895C35" w:rsidRDefault="00895C35" w:rsidP="00895C35">
      <w:pPr>
        <w:pStyle w:val="aa"/>
        <w:rPr>
          <w:b/>
          <w:sz w:val="24"/>
          <w:lang w:val="ru-RU"/>
        </w:rPr>
      </w:pPr>
      <w:r w:rsidRPr="00895C35">
        <w:rPr>
          <w:sz w:val="24"/>
          <w:lang w:val="ru-RU"/>
        </w:rPr>
        <w:t>4) 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 w14:paraId="0ED6EFCF" w14:textId="77777777" w:rsidR="00895C35" w:rsidRPr="00895C35" w:rsidRDefault="00895C35" w:rsidP="00895C35">
      <w:pPr>
        <w:pStyle w:val="aa"/>
        <w:rPr>
          <w:b/>
          <w:sz w:val="24"/>
          <w:lang w:val="ru-RU"/>
        </w:rPr>
      </w:pPr>
      <w:r w:rsidRPr="00895C35">
        <w:rPr>
          <w:sz w:val="24"/>
          <w:lang w:val="ru-RU"/>
        </w:rPr>
        <w:t xml:space="preserve"> 5) Примерная основная образовательная программа начального общего образования (одобренная решением федерального учебно-методического объединения по общему образованию, протокол № 1/22 от 18 марта 2022 г.);</w:t>
      </w:r>
    </w:p>
    <w:p w14:paraId="66BA812F" w14:textId="77777777" w:rsidR="00895C35" w:rsidRPr="00895C35" w:rsidRDefault="00895C35" w:rsidP="00895C35">
      <w:pPr>
        <w:pStyle w:val="aa"/>
        <w:rPr>
          <w:b/>
          <w:sz w:val="24"/>
          <w:lang w:val="ru-RU"/>
        </w:rPr>
      </w:pPr>
      <w:r w:rsidRPr="00895C35">
        <w:rPr>
          <w:sz w:val="24"/>
          <w:lang w:val="ru-RU"/>
        </w:rPr>
        <w:t xml:space="preserve"> 6) Примерная программа воспитания (одобрена решением федерального учебно-методического объединения по общему образованию, протокол № 2/20 от 2 июня 2020 г.);</w:t>
      </w:r>
    </w:p>
    <w:p w14:paraId="1BFACFA1" w14:textId="77777777" w:rsidR="00895C35" w:rsidRPr="00895C35" w:rsidRDefault="00895C35" w:rsidP="00895C35">
      <w:pPr>
        <w:pStyle w:val="aa"/>
        <w:rPr>
          <w:b/>
          <w:sz w:val="24"/>
          <w:lang w:val="ru-RU"/>
        </w:rPr>
      </w:pPr>
      <w:r w:rsidRPr="00895C35">
        <w:rPr>
          <w:sz w:val="24"/>
          <w:lang w:val="ru-RU"/>
        </w:rPr>
        <w:t xml:space="preserve"> 7) Концепция преподавания родных языков народов России (утверждена решением Коллегии Министерства просвещения РФ от 1 октября 2019 года № ПК-3ВН). Программа разработана для образовательных организаций, в которых обучение ведется на татарском языке.</w:t>
      </w:r>
    </w:p>
    <w:p w14:paraId="7FFC0802" w14:textId="77777777" w:rsidR="00895C35" w:rsidRPr="00895C35" w:rsidRDefault="00895C35" w:rsidP="00895C35">
      <w:pPr>
        <w:pStyle w:val="aa"/>
        <w:rPr>
          <w:b/>
          <w:szCs w:val="28"/>
          <w:lang w:val="ru-RU"/>
        </w:rPr>
      </w:pPr>
      <w:r w:rsidRPr="00895C35">
        <w:rPr>
          <w:sz w:val="24"/>
          <w:lang w:val="ru-RU"/>
        </w:rPr>
        <w:t xml:space="preserve">  В основе Программы лежит системно-деятельностный подход, являющийся методологией федерального государственного образовательного стандарта.  </w:t>
      </w:r>
    </w:p>
    <w:p w14:paraId="02CC4199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0FD2A46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B4BB944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b/>
          <w:sz w:val="32"/>
          <w:szCs w:val="32"/>
          <w:lang w:val="ru-RU"/>
        </w:rPr>
      </w:pPr>
      <w:r w:rsidRPr="00895C35">
        <w:rPr>
          <w:rFonts w:ascii="Times New Roman" w:hAnsi="Times New Roman"/>
          <w:b/>
          <w:sz w:val="28"/>
          <w:szCs w:val="28"/>
          <w:lang w:val="ru-RU"/>
        </w:rPr>
        <w:tab/>
      </w:r>
      <w:r w:rsidRPr="00895C35">
        <w:rPr>
          <w:rFonts w:ascii="Times New Roman" w:hAnsi="Times New Roman"/>
          <w:b/>
          <w:sz w:val="32"/>
          <w:szCs w:val="32"/>
          <w:lang w:val="ru-RU"/>
        </w:rPr>
        <w:t xml:space="preserve">Цель и задачи изучения учебного предмета «Родной (татарский) язык» </w:t>
      </w:r>
    </w:p>
    <w:p w14:paraId="630F3D98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Цель изучения учебного предмета «Родной (татарский) язык» – 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 Задачи изучения учебного предмета «Родной (татарский) язык»: − обеспечение мотивации обучения родному (татарскому) языку; − 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− овладение нормами татарского речевого этикета, в том числе и в ситуации межнационального общения; − формирование на материале учебного предмета «Родной (татарский) язык» общей культуры, гражданских и патриотических качеств, </w:t>
      </w:r>
      <w:r w:rsidRPr="00895C35">
        <w:rPr>
          <w:rFonts w:ascii="Times New Roman" w:hAnsi="Times New Roman"/>
          <w:sz w:val="24"/>
          <w:szCs w:val="24"/>
          <w:lang w:val="ru-RU"/>
        </w:rPr>
        <w:lastRenderedPageBreak/>
        <w:t>основных умений учиться и способности к организации своей деятельности; развитие духовно-нравственной сферы личности младших школьников.</w:t>
      </w:r>
    </w:p>
    <w:p w14:paraId="5ABACC87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b/>
          <w:sz w:val="28"/>
          <w:szCs w:val="28"/>
          <w:lang w:val="ru-RU"/>
        </w:rPr>
      </w:pPr>
      <w:r w:rsidRPr="00895C35">
        <w:rPr>
          <w:rFonts w:ascii="Times New Roman" w:hAnsi="Times New Roman"/>
          <w:b/>
          <w:sz w:val="28"/>
          <w:szCs w:val="28"/>
          <w:lang w:val="ru-RU"/>
        </w:rPr>
        <w:t xml:space="preserve"> Основные содержательные линии  рабочей программы учебного предмета «Родной (татарский) язык» </w:t>
      </w:r>
    </w:p>
    <w:p w14:paraId="4B454EDA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lang w:val="ru-RU"/>
        </w:rPr>
        <w:t xml:space="preserve">  </w:t>
      </w:r>
      <w:r w:rsidRPr="00895C35">
        <w:rPr>
          <w:rFonts w:ascii="Times New Roman" w:hAnsi="Times New Roman"/>
          <w:sz w:val="24"/>
          <w:szCs w:val="24"/>
          <w:lang w:val="ru-RU"/>
        </w:rPr>
        <w:t xml:space="preserve">Тематически материал каждого класса разделен на четыре сквозные темы, вне зависимости от уровня владения татарским языком. </w:t>
      </w:r>
    </w:p>
    <w:p w14:paraId="3CEEEC0B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Первая тема «Мин» («Я») направлена на изучение всего, что соприкасается с личностью обучающегося, с целью его речевого развития. Внимание акцентируется на семье, школе, друзьях, одноклассниках. Тема предполагает знакомство с одноклассниками, учителем, персонажами детских произведений, составление монологической и диалогической речи об увлечениях, взаимопомощи в семье, летнем отдыхе, видах спорта и т. д. Тема ориентирована на совершенствование устной и письменной речи. </w:t>
      </w:r>
    </w:p>
    <w:p w14:paraId="34E23C96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>Вторая тема «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Тирә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-як,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көнкүреш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» («Мир вокруг меня») направлена на воспитание гуманного, творческого, социально активного человека, уважительно и бережно относящегося к окружающему миру, к природному и культурному достоянию человечества. Для работы предлагаются тексты затрагивающие вопросы окружающего мира (разнообразие растительного и животного мира и т. д.). Данная тема также ориентирована на развитие речи и расширение лингвистических представлений. </w:t>
      </w:r>
    </w:p>
    <w:p w14:paraId="663B111E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Третья тема «Туган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җирем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» («Моя Родина») ориентирована на укрепление гражданской идентичности обучающихся, развитие патриотизма, любви и уважения к Отечеству через знакомство с повседневной жизнью, особенностями быта, традициями народов, проживающих на территории России, с культурными символами России и Республики Татарстан, городами страны и республики, особенностями сельской и городской жизни и т. п. </w:t>
      </w:r>
    </w:p>
    <w:p w14:paraId="030CA8CF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Четвертая тема «Татар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дөньясы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» («Мир татарского народа») нацелена на формирование представлений о национальной ментальности, мироощущении, нравственных законах татарского народа. При изучении темы используются материалы, рассказывающие о традиционной материальной и духовной культуре татар: обычаях, обрядах, праздниках, играх, национальном костюме, декоративно-прикладном искусстве и др. </w:t>
      </w:r>
    </w:p>
    <w:p w14:paraId="17B4B8CF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b/>
          <w:sz w:val="28"/>
          <w:szCs w:val="28"/>
          <w:lang w:val="ru-RU"/>
        </w:rPr>
      </w:pPr>
      <w:r w:rsidRPr="00895C35">
        <w:rPr>
          <w:lang w:val="ru-RU"/>
        </w:rPr>
        <w:t xml:space="preserve">                                        </w:t>
      </w:r>
      <w:r w:rsidRPr="00895C35">
        <w:rPr>
          <w:rFonts w:ascii="Times New Roman" w:hAnsi="Times New Roman"/>
          <w:b/>
          <w:sz w:val="28"/>
          <w:szCs w:val="28"/>
          <w:lang w:val="ru-RU"/>
        </w:rPr>
        <w:t>Место учебного предмета «Родной (татарский) язык» в учебном плане</w:t>
      </w:r>
    </w:p>
    <w:p w14:paraId="0B22AC1B" w14:textId="77777777" w:rsidR="00895C35" w:rsidRPr="00895C35" w:rsidRDefault="00895C35" w:rsidP="00895C35">
      <w:pPr>
        <w:tabs>
          <w:tab w:val="left" w:pos="142"/>
          <w:tab w:val="left" w:pos="3209"/>
        </w:tabs>
        <w:autoSpaceDE w:val="0"/>
        <w:ind w:firstLine="142"/>
        <w:rPr>
          <w:rFonts w:ascii="Times New Roman" w:hAnsi="Times New Roman"/>
          <w:b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 В соответствии с федеральным государственным образовательным 8 стандартом начального общего образования учебный предмет «Родной язык» входит в предметную область «Родной язык и литературное чтение на родном языке» и </w:t>
      </w:r>
      <w:r w:rsidRPr="00895C35">
        <w:rPr>
          <w:rFonts w:ascii="Times New Roman" w:hAnsi="Times New Roman"/>
          <w:sz w:val="24"/>
          <w:szCs w:val="24"/>
          <w:lang w:val="ru-RU"/>
        </w:rPr>
        <w:lastRenderedPageBreak/>
        <w:t xml:space="preserve">является обязательным для изучения. На изучение предмета «Родной (татарский) язык» в общеобразовательных организациях с обучением на родном (татарском) языке отводится 3 часа в неделю во всех классах начального общего образования.   Распределение часов по классам: 1 класс – 99 часов ,  2–4 классы – по 102 часов.  </w:t>
      </w:r>
    </w:p>
    <w:p w14:paraId="4C313630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16F8B9FD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F03DDA0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25A1E3D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95C35">
        <w:rPr>
          <w:rFonts w:ascii="Times New Roman" w:hAnsi="Times New Roman"/>
          <w:b/>
          <w:sz w:val="28"/>
          <w:szCs w:val="28"/>
          <w:lang w:val="ru-RU"/>
        </w:rPr>
        <w:t>Составлено на основе следующих нормативно-правовых документов:</w:t>
      </w:r>
    </w:p>
    <w:p w14:paraId="4646DF34" w14:textId="77777777" w:rsidR="00895C35" w:rsidRPr="00895C35" w:rsidRDefault="00895C35" w:rsidP="00895C35">
      <w:pPr>
        <w:tabs>
          <w:tab w:val="left" w:pos="142"/>
        </w:tabs>
        <w:autoSpaceDE w:val="0"/>
        <w:ind w:firstLine="142"/>
        <w:rPr>
          <w:rFonts w:ascii="Times New Roman" w:hAnsi="Times New Roman"/>
          <w:lang w:val="ru-RU"/>
        </w:rPr>
      </w:pPr>
    </w:p>
    <w:p w14:paraId="27EDADF3" w14:textId="77777777" w:rsidR="00895C35" w:rsidRPr="00895C35" w:rsidRDefault="00895C35" w:rsidP="00895C35">
      <w:pPr>
        <w:pStyle w:val="ae"/>
        <w:widowControl w:val="0"/>
        <w:numPr>
          <w:ilvl w:val="0"/>
          <w:numId w:val="12"/>
        </w:numPr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Основная  образовательная программа основного </w:t>
      </w:r>
      <w:r w:rsidRPr="008342DD">
        <w:rPr>
          <w:rFonts w:ascii="Times New Roman" w:hAnsi="Times New Roman"/>
          <w:sz w:val="24"/>
          <w:szCs w:val="24"/>
          <w:lang w:val="tt-RU"/>
        </w:rPr>
        <w:t>начального</w:t>
      </w:r>
      <w:r w:rsidRPr="00895C35">
        <w:rPr>
          <w:rFonts w:ascii="Times New Roman" w:hAnsi="Times New Roman"/>
          <w:sz w:val="24"/>
          <w:szCs w:val="24"/>
          <w:lang w:val="ru-RU"/>
        </w:rPr>
        <w:t xml:space="preserve"> образования МБОУ «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Старотябердинская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 средняя общеобразовательная школа имени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М.К.Кузьмина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>» Кайбицкого муниципального района Республики Татарстан</w:t>
      </w:r>
    </w:p>
    <w:p w14:paraId="643717DF" w14:textId="77777777" w:rsidR="00895C35" w:rsidRPr="00895C35" w:rsidRDefault="00895C35" w:rsidP="00895C35">
      <w:pPr>
        <w:pStyle w:val="ae"/>
        <w:numPr>
          <w:ilvl w:val="0"/>
          <w:numId w:val="12"/>
        </w:numPr>
        <w:suppressAutoHyphens/>
        <w:spacing w:after="0" w:line="240" w:lineRule="auto"/>
        <w:outlineLvl w:val="0"/>
        <w:rPr>
          <w:rFonts w:ascii="Times New Roman" w:hAnsi="Times New Roman"/>
          <w:kern w:val="2"/>
          <w:sz w:val="24"/>
          <w:szCs w:val="24"/>
          <w:lang w:val="ru-RU"/>
        </w:rPr>
      </w:pPr>
      <w:r w:rsidRPr="00895C35">
        <w:rPr>
          <w:rFonts w:ascii="Times New Roman" w:hAnsi="Times New Roman"/>
          <w:kern w:val="2"/>
          <w:sz w:val="24"/>
          <w:szCs w:val="24"/>
          <w:lang w:val="ru-RU"/>
        </w:rPr>
        <w:t xml:space="preserve">Федеральная образовательная программа </w:t>
      </w:r>
      <w:r w:rsidRPr="008342DD">
        <w:rPr>
          <w:rFonts w:ascii="Times New Roman" w:hAnsi="Times New Roman"/>
          <w:sz w:val="24"/>
          <w:szCs w:val="24"/>
          <w:lang w:val="tt-RU"/>
        </w:rPr>
        <w:t>начального</w:t>
      </w:r>
      <w:r w:rsidRPr="00895C35">
        <w:rPr>
          <w:rFonts w:ascii="Times New Roman" w:hAnsi="Times New Roman"/>
          <w:kern w:val="2"/>
          <w:sz w:val="24"/>
          <w:szCs w:val="24"/>
          <w:lang w:val="ru-RU"/>
        </w:rPr>
        <w:t>общего образования.</w:t>
      </w:r>
    </w:p>
    <w:p w14:paraId="309BA2A0" w14:textId="77777777" w:rsidR="00895C35" w:rsidRPr="008342DD" w:rsidRDefault="00895C35" w:rsidP="00895C35">
      <w:pPr>
        <w:pStyle w:val="ae"/>
        <w:numPr>
          <w:ilvl w:val="0"/>
          <w:numId w:val="12"/>
        </w:numPr>
        <w:tabs>
          <w:tab w:val="left" w:pos="142"/>
          <w:tab w:val="left" w:pos="9288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ПРИМЕРНАЯ ОБРАЗОВАТЕЛЬНАЯ ПРОГРАММА УЧЕБНОГО ПРЕДМЕТА «РОДНОЙ (ТАТАРСКИЙ) ЯЗЫК» ДЛЯ 1-4 КЛАССОВ НАЧАЛЬНОГО ОБЩЕГО ОБРАЗОВАНИЯ С ОБУЧЕНИЕМ НА РОДНОМ (ТАТАРСКОМ) ЯЗЫКЕ Разработчики: Шакурова М.М., кандидат филологических наук, доцент, ведущий научный сотрудник Института языка, литературы и искусства им. Г. Ибрагимова Академии наук Республики Татарстан;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Гиниятуллина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 Л.М., кандидат филологических наук, доцент, старший научный сотрудник Института языка, литературы и искусства им. Г. Ибрагимова Академии наук Республики Татарстан (ОДОБРЕНА решением федерального учебно-методического объединения по общему образованию </w:t>
      </w:r>
      <w:r w:rsidRPr="008342DD">
        <w:rPr>
          <w:rFonts w:ascii="Times New Roman" w:hAnsi="Times New Roman"/>
          <w:sz w:val="24"/>
          <w:szCs w:val="24"/>
        </w:rPr>
        <w:t>(</w:t>
      </w:r>
      <w:proofErr w:type="spellStart"/>
      <w:r w:rsidRPr="008342DD">
        <w:rPr>
          <w:rFonts w:ascii="Times New Roman" w:hAnsi="Times New Roman"/>
          <w:sz w:val="24"/>
          <w:szCs w:val="24"/>
        </w:rPr>
        <w:t>протокол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2DD">
        <w:rPr>
          <w:rFonts w:ascii="Times New Roman" w:hAnsi="Times New Roman"/>
          <w:sz w:val="24"/>
          <w:szCs w:val="24"/>
        </w:rPr>
        <w:t>от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8342DD">
        <w:rPr>
          <w:rFonts w:ascii="Times New Roman" w:hAnsi="Times New Roman"/>
          <w:sz w:val="24"/>
          <w:szCs w:val="24"/>
        </w:rPr>
        <w:t>сентября</w:t>
      </w:r>
      <w:proofErr w:type="spellEnd"/>
      <w:r w:rsidRPr="008342DD">
        <w:rPr>
          <w:rFonts w:ascii="Times New Roman" w:hAnsi="Times New Roman"/>
          <w:sz w:val="24"/>
          <w:szCs w:val="24"/>
        </w:rPr>
        <w:t xml:space="preserve"> 2020 г. № 3/20</w:t>
      </w:r>
    </w:p>
    <w:p w14:paraId="5DBA9B15" w14:textId="77777777" w:rsidR="00895C35" w:rsidRPr="008342DD" w:rsidRDefault="00895C35" w:rsidP="00895C35">
      <w:pPr>
        <w:pStyle w:val="ae"/>
        <w:numPr>
          <w:ilvl w:val="0"/>
          <w:numId w:val="12"/>
        </w:numPr>
        <w:ind w:left="-774" w:firstLine="65"/>
        <w:jc w:val="center"/>
        <w:rPr>
          <w:rFonts w:ascii="Times New Roman" w:hAnsi="Times New Roman"/>
          <w:sz w:val="24"/>
          <w:szCs w:val="24"/>
          <w:lang w:val="tt-RU"/>
        </w:rPr>
      </w:pPr>
      <w:r w:rsidRPr="008342DD">
        <w:rPr>
          <w:rFonts w:ascii="Times New Roman" w:hAnsi="Times New Roman"/>
          <w:sz w:val="24"/>
          <w:szCs w:val="24"/>
          <w:lang w:val="tt-RU"/>
        </w:rPr>
        <w:t>Туган (татар) тел фәнен федераль эш программаларына нигезләнеп укыту буенча методик тәкъдимнәр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8342DD">
        <w:rPr>
          <w:rFonts w:ascii="Times New Roman" w:hAnsi="Times New Roman"/>
          <w:sz w:val="24"/>
          <w:szCs w:val="24"/>
          <w:lang w:val="tt-RU"/>
        </w:rPr>
        <w:t>1 - 4 сыйныфлар</w:t>
      </w:r>
    </w:p>
    <w:p w14:paraId="5ADC4EFE" w14:textId="77777777" w:rsidR="00895C35" w:rsidRPr="00895C35" w:rsidRDefault="00895C35" w:rsidP="00895C35">
      <w:pPr>
        <w:pStyle w:val="ae"/>
        <w:widowControl w:val="0"/>
        <w:numPr>
          <w:ilvl w:val="0"/>
          <w:numId w:val="12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95C35">
        <w:rPr>
          <w:rFonts w:ascii="Times New Roman" w:hAnsi="Times New Roman"/>
          <w:sz w:val="24"/>
          <w:szCs w:val="24"/>
          <w:lang w:val="ru-RU"/>
        </w:rPr>
        <w:t xml:space="preserve">Учебный план МБОУ «средняя общеобразовательная школа имени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М.К.Кузьмина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» Кайбицкого муниципального района Республики Татарстан  на 2023/2024 </w:t>
      </w:r>
      <w:proofErr w:type="spellStart"/>
      <w:r w:rsidRPr="00895C35">
        <w:rPr>
          <w:rFonts w:ascii="Times New Roman" w:hAnsi="Times New Roman"/>
          <w:sz w:val="24"/>
          <w:szCs w:val="24"/>
          <w:lang w:val="ru-RU"/>
        </w:rPr>
        <w:t>уч.г</w:t>
      </w:r>
      <w:proofErr w:type="spellEnd"/>
      <w:r w:rsidRPr="00895C35">
        <w:rPr>
          <w:rFonts w:ascii="Times New Roman" w:hAnsi="Times New Roman"/>
          <w:sz w:val="24"/>
          <w:szCs w:val="24"/>
          <w:lang w:val="ru-RU"/>
        </w:rPr>
        <w:t xml:space="preserve"> ;</w:t>
      </w:r>
    </w:p>
    <w:p w14:paraId="50CF425C" w14:textId="77777777" w:rsidR="00895C35" w:rsidRPr="00895C35" w:rsidRDefault="00895C35" w:rsidP="00895C35">
      <w:pPr>
        <w:widowControl w:val="0"/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3A31A654" w14:textId="77777777" w:rsidR="00895C35" w:rsidRPr="008342DD" w:rsidRDefault="00895C35" w:rsidP="00895C35">
      <w:pPr>
        <w:spacing w:after="0" w:line="240" w:lineRule="auto"/>
        <w:rPr>
          <w:rFonts w:ascii="Times New Roman" w:hAnsi="Times New Roman"/>
          <w:b/>
          <w:spacing w:val="-1"/>
          <w:sz w:val="24"/>
          <w:szCs w:val="24"/>
          <w:lang w:val="tt-RU"/>
        </w:rPr>
      </w:pPr>
      <w:r w:rsidRPr="00895C35">
        <w:rPr>
          <w:rFonts w:ascii="Times New Roman" w:hAnsi="Times New Roman"/>
          <w:b/>
          <w:position w:val="2"/>
          <w:sz w:val="24"/>
          <w:szCs w:val="24"/>
          <w:lang w:val="ru-RU"/>
        </w:rPr>
        <w:t>Обучение ведется по учебникам</w:t>
      </w:r>
      <w:r w:rsidRPr="00895C35">
        <w:rPr>
          <w:rFonts w:ascii="Times New Roman" w:hAnsi="Times New Roman"/>
          <w:b/>
          <w:sz w:val="24"/>
          <w:szCs w:val="24"/>
          <w:lang w:val="ru-RU"/>
        </w:rPr>
        <w:t xml:space="preserve"> для учащихся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4 </w:t>
      </w:r>
      <w:r w:rsidRPr="00895C35">
        <w:rPr>
          <w:rFonts w:ascii="Times New Roman" w:hAnsi="Times New Roman"/>
          <w:b/>
          <w:sz w:val="24"/>
          <w:szCs w:val="24"/>
          <w:lang w:val="ru-RU"/>
        </w:rPr>
        <w:t>класса  общеобразовательных учреждений:</w:t>
      </w:r>
    </w:p>
    <w:p w14:paraId="1DC6B55E" w14:textId="77777777" w:rsidR="00895C35" w:rsidRPr="008224F6" w:rsidRDefault="00895C35" w:rsidP="00895C35">
      <w:pPr>
        <w:jc w:val="both"/>
        <w:rPr>
          <w:rFonts w:ascii="Times New Roman" w:hAnsi="Times New Roman"/>
          <w:bCs/>
          <w:sz w:val="23"/>
          <w:szCs w:val="23"/>
          <w:lang w:val="tt-RU"/>
        </w:rPr>
      </w:pPr>
      <w:r>
        <w:rPr>
          <w:rFonts w:ascii="Times New Roman" w:hAnsi="Times New Roman"/>
          <w:bCs/>
          <w:sz w:val="23"/>
          <w:szCs w:val="23"/>
          <w:lang w:val="tt-RU"/>
        </w:rPr>
        <w:t xml:space="preserve">1. 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Туган  тел  (татар  теле). 4 сыйныф. Ике кисәктә. 1 нче кисәк: башлангыч гомуми белем  бирү  оешмалары өчен дәреслек  (татар  телен  туган  тел  буларак өйрәнүче  укучылар   өчен). / М. М. Шәкүрова,  Л. М. Гыйниятуллина,  О. Р. Хисамов;  [рәссамы  Андрей Шляпкин].  – </w:t>
      </w:r>
      <w:r w:rsidRPr="008224F6">
        <w:rPr>
          <w:rFonts w:ascii="Times New Roman" w:hAnsi="Times New Roman"/>
          <w:sz w:val="23"/>
          <w:szCs w:val="23"/>
          <w:lang w:val="tt-RU"/>
        </w:rPr>
        <w:t xml:space="preserve"> Казан: Тат. кит. нәшр.,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 2020.  –  88 б.</w:t>
      </w:r>
    </w:p>
    <w:p w14:paraId="6B288A3F" w14:textId="77777777" w:rsidR="00895C35" w:rsidRPr="000924A9" w:rsidRDefault="00895C35" w:rsidP="00895C35">
      <w:pPr>
        <w:jc w:val="both"/>
        <w:rPr>
          <w:rFonts w:ascii="Times New Roman" w:hAnsi="Times New Roman"/>
          <w:bCs/>
          <w:sz w:val="23"/>
          <w:szCs w:val="23"/>
          <w:lang w:val="tt-RU"/>
        </w:rPr>
      </w:pPr>
      <w:r>
        <w:rPr>
          <w:rFonts w:ascii="Times New Roman" w:hAnsi="Times New Roman"/>
          <w:bCs/>
          <w:sz w:val="23"/>
          <w:szCs w:val="23"/>
          <w:lang w:val="tt-RU"/>
        </w:rPr>
        <w:t>2.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Туган тел  (татар теле). 4 сыйныф. Ике кисәктә. 2 нче кисәк:  башлангыч  гомуми  белем  бирү  оешмалары  өчен  дәреслек (татар телен туган тел буларак  өйрәнүче  укучылар  өчен).  / М. М. Шәкүрова,  Л. М. Гыйниятуллина, О. Р.  Хисамов;  [рәссамы  Андрей Шляпкин].  – </w:t>
      </w:r>
      <w:r w:rsidRPr="008224F6">
        <w:rPr>
          <w:rFonts w:ascii="Times New Roman" w:hAnsi="Times New Roman"/>
          <w:sz w:val="23"/>
          <w:szCs w:val="23"/>
          <w:lang w:val="tt-RU"/>
        </w:rPr>
        <w:t xml:space="preserve"> Казан: Тат. кит. нәшр.</w:t>
      </w:r>
      <w:r w:rsidRPr="008224F6">
        <w:rPr>
          <w:rFonts w:ascii="Times New Roman" w:hAnsi="Times New Roman"/>
          <w:bCs/>
          <w:sz w:val="23"/>
          <w:szCs w:val="23"/>
          <w:lang w:val="tt-RU"/>
        </w:rPr>
        <w:t>, 2020.  – 112 б.</w:t>
      </w:r>
    </w:p>
    <w:p w14:paraId="0D4C8E72" w14:textId="77777777" w:rsidR="00895C35" w:rsidRPr="00AD6189" w:rsidRDefault="00895C35" w:rsidP="00895C35">
      <w:pPr>
        <w:shd w:val="clear" w:color="auto" w:fill="FFFFFF"/>
        <w:spacing w:line="360" w:lineRule="auto"/>
        <w:ind w:firstLine="142"/>
        <w:rPr>
          <w:rFonts w:ascii="Times New Roman" w:hAnsi="Times New Roman"/>
          <w:lang w:val="tt-RU"/>
        </w:rPr>
      </w:pPr>
    </w:p>
    <w:p w14:paraId="4D01731F" w14:textId="77777777" w:rsidR="00895C35" w:rsidRPr="00895C35" w:rsidRDefault="00895C35" w:rsidP="00895C35">
      <w:pPr>
        <w:pStyle w:val="aa"/>
        <w:tabs>
          <w:tab w:val="left" w:pos="142"/>
        </w:tabs>
        <w:spacing w:line="360" w:lineRule="auto"/>
        <w:ind w:firstLine="142"/>
        <w:jc w:val="both"/>
        <w:rPr>
          <w:b/>
          <w:sz w:val="24"/>
          <w:lang w:val="ru-RU"/>
        </w:rPr>
      </w:pPr>
      <w:r>
        <w:rPr>
          <w:sz w:val="24"/>
          <w:lang w:val="ru-RU"/>
        </w:rPr>
        <w:lastRenderedPageBreak/>
        <w:t xml:space="preserve"> </w:t>
      </w:r>
    </w:p>
    <w:p w14:paraId="4BAA3F95" w14:textId="77777777" w:rsidR="00895C35" w:rsidRPr="00AD6189" w:rsidRDefault="00895C35" w:rsidP="00895C35">
      <w:pPr>
        <w:spacing w:after="258" w:line="228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14:paraId="5D56105E" w14:textId="77777777" w:rsidR="00895C35" w:rsidRDefault="00895C35" w:rsidP="00895C35">
      <w:pPr>
        <w:spacing w:after="258" w:line="228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14:paraId="49BECCCD" w14:textId="77777777" w:rsidR="00895C35" w:rsidRDefault="00895C35" w:rsidP="00895C35">
      <w:pPr>
        <w:spacing w:after="258" w:line="228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14:paraId="37C3A878" w14:textId="77777777" w:rsidR="00895C35" w:rsidRDefault="00895C35" w:rsidP="00895C35">
      <w:pPr>
        <w:spacing w:after="258" w:line="228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14:paraId="6822CED2" w14:textId="77777777" w:rsidR="00895C35" w:rsidRDefault="00895C35" w:rsidP="00895C35">
      <w:pPr>
        <w:spacing w:after="258" w:line="228" w:lineRule="auto"/>
        <w:jc w:val="center"/>
        <w:rPr>
          <w:b/>
          <w:sz w:val="24"/>
          <w:szCs w:val="24"/>
          <w:lang w:val="tt-RU"/>
        </w:rPr>
      </w:pPr>
      <w:r w:rsidRPr="00AD6189">
        <w:rPr>
          <w:rFonts w:ascii="Times New Roman" w:hAnsi="Times New Roman"/>
          <w:b/>
          <w:sz w:val="24"/>
          <w:szCs w:val="24"/>
          <w:lang w:val="tt-RU"/>
        </w:rPr>
        <w:t xml:space="preserve">ПОУРОЧНОЕ </w:t>
      </w:r>
      <w:r w:rsidRPr="00AD6189">
        <w:rPr>
          <w:rFonts w:ascii="Times New Roman" w:hAnsi="Times New Roman"/>
          <w:b/>
          <w:sz w:val="24"/>
          <w:szCs w:val="24"/>
        </w:rPr>
        <w:t xml:space="preserve"> ПЛАНИРОВАНИЕ</w:t>
      </w:r>
    </w:p>
    <w:p w14:paraId="1A653638" w14:textId="77777777" w:rsidR="00895C35" w:rsidRDefault="00895C35" w:rsidP="00895C35">
      <w:pPr>
        <w:spacing w:after="0" w:line="240" w:lineRule="auto"/>
        <w:jc w:val="center"/>
        <w:rPr>
          <w:b/>
          <w:sz w:val="24"/>
          <w:szCs w:val="24"/>
          <w:lang w:val="tt-RU"/>
        </w:rPr>
      </w:pPr>
    </w:p>
    <w:p w14:paraId="37DDB359" w14:textId="77777777" w:rsidR="00895C35" w:rsidRPr="000E06C0" w:rsidRDefault="00895C35" w:rsidP="00895C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E06C0">
        <w:rPr>
          <w:rFonts w:ascii="Times New Roman" w:hAnsi="Times New Roman"/>
          <w:b/>
          <w:sz w:val="24"/>
          <w:szCs w:val="24"/>
          <w:lang w:val="tt-RU"/>
        </w:rPr>
        <w:t>4 класс</w:t>
      </w:r>
    </w:p>
    <w:tbl>
      <w:tblPr>
        <w:tblStyle w:val="aff1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512"/>
        <w:gridCol w:w="982"/>
        <w:gridCol w:w="1002"/>
        <w:gridCol w:w="1134"/>
        <w:gridCol w:w="993"/>
        <w:gridCol w:w="3119"/>
      </w:tblGrid>
      <w:tr w:rsidR="00895C35" w:rsidRPr="00E34343" w14:paraId="22EAEE6B" w14:textId="77777777" w:rsidTr="005E6A4F">
        <w:trPr>
          <w:trHeight w:val="551"/>
        </w:trPr>
        <w:tc>
          <w:tcPr>
            <w:tcW w:w="852" w:type="dxa"/>
            <w:vMerge w:val="restart"/>
          </w:tcPr>
          <w:p w14:paraId="4F362F3A" w14:textId="77777777" w:rsidR="00895C35" w:rsidRPr="008A1407" w:rsidRDefault="00895C35" w:rsidP="005E6A4F">
            <w:pPr>
              <w:pStyle w:val="ae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512" w:type="dxa"/>
            <w:vMerge w:val="restart"/>
          </w:tcPr>
          <w:p w14:paraId="6CBEB25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18" w:type="dxa"/>
            <w:gridSpan w:val="3"/>
          </w:tcPr>
          <w:p w14:paraId="6ACD820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часов/Сәгать саны</w:t>
            </w:r>
          </w:p>
        </w:tc>
        <w:tc>
          <w:tcPr>
            <w:tcW w:w="993" w:type="dxa"/>
            <w:vMerge w:val="restart"/>
          </w:tcPr>
          <w:p w14:paraId="69017A0A" w14:textId="77777777" w:rsidR="00895C35" w:rsidRPr="000E06C0" w:rsidRDefault="00895C35" w:rsidP="005E6A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E06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119" w:type="dxa"/>
            <w:vMerge w:val="restart"/>
          </w:tcPr>
          <w:p w14:paraId="78B3C073" w14:textId="77777777" w:rsidR="00895C35" w:rsidRPr="000E06C0" w:rsidRDefault="00895C35" w:rsidP="005E6A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E06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ЦОР</w:t>
            </w:r>
          </w:p>
        </w:tc>
      </w:tr>
      <w:tr w:rsidR="00895C35" w:rsidRPr="00E34343" w14:paraId="0422E5CC" w14:textId="77777777" w:rsidTr="005E6A4F">
        <w:trPr>
          <w:trHeight w:val="551"/>
        </w:trPr>
        <w:tc>
          <w:tcPr>
            <w:tcW w:w="852" w:type="dxa"/>
            <w:vMerge/>
          </w:tcPr>
          <w:p w14:paraId="29C9556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BDE957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15195E96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002" w:type="dxa"/>
          </w:tcPr>
          <w:p w14:paraId="094E5E3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1134" w:type="dxa"/>
          </w:tcPr>
          <w:p w14:paraId="1E81F10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Практич.</w:t>
            </w:r>
          </w:p>
        </w:tc>
        <w:tc>
          <w:tcPr>
            <w:tcW w:w="993" w:type="dxa"/>
            <w:vMerge/>
          </w:tcPr>
          <w:p w14:paraId="7A093D9C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  <w:tc>
          <w:tcPr>
            <w:tcW w:w="3119" w:type="dxa"/>
            <w:vMerge/>
          </w:tcPr>
          <w:p w14:paraId="4F8D8B39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3D7AFE98" w14:textId="77777777" w:rsidTr="005E6A4F">
        <w:trPr>
          <w:trHeight w:val="551"/>
        </w:trPr>
        <w:tc>
          <w:tcPr>
            <w:tcW w:w="852" w:type="dxa"/>
          </w:tcPr>
          <w:p w14:paraId="49D67FA7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44EBFA8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изученного в 1-3 классах/1–3 нче сыйныфларда өйрәнгәннәрне кабатлау</w:t>
            </w:r>
          </w:p>
        </w:tc>
        <w:tc>
          <w:tcPr>
            <w:tcW w:w="982" w:type="dxa"/>
            <w:vMerge w:val="restart"/>
          </w:tcPr>
          <w:p w14:paraId="2BF6736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02" w:type="dxa"/>
          </w:tcPr>
          <w:p w14:paraId="28B6A51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1E744D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047858E" w14:textId="77777777" w:rsidR="00895C35" w:rsidRPr="00B31EDB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B31EDB">
              <w:rPr>
                <w:rStyle w:val="aff9"/>
                <w:rFonts w:ascii="Times New Roman" w:eastAsiaTheme="minorEastAsia" w:hAnsi="Times New Roman"/>
                <w:lang w:val="tt-RU"/>
              </w:rPr>
              <w:t>02.09</w:t>
            </w:r>
          </w:p>
        </w:tc>
        <w:tc>
          <w:tcPr>
            <w:tcW w:w="3119" w:type="dxa"/>
          </w:tcPr>
          <w:p w14:paraId="72DB4F95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64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6289046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B31EDB" w14:paraId="6E4F1A82" w14:textId="77777777" w:rsidTr="005E6A4F">
        <w:trPr>
          <w:trHeight w:val="551"/>
        </w:trPr>
        <w:tc>
          <w:tcPr>
            <w:tcW w:w="852" w:type="dxa"/>
          </w:tcPr>
          <w:p w14:paraId="3285EDE1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5703905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3EC5AEB4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40CBF95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C29898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08DAA61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04.09</w:t>
            </w:r>
          </w:p>
        </w:tc>
        <w:tc>
          <w:tcPr>
            <w:tcW w:w="3119" w:type="dxa"/>
          </w:tcPr>
          <w:p w14:paraId="25CE16D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B31EDB" w14:paraId="0AFF902E" w14:textId="77777777" w:rsidTr="005E6A4F">
        <w:trPr>
          <w:trHeight w:val="551"/>
        </w:trPr>
        <w:tc>
          <w:tcPr>
            <w:tcW w:w="852" w:type="dxa"/>
          </w:tcPr>
          <w:p w14:paraId="6BB8D659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D040E8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0FAEA7DE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3A6A9A0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6A503F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395343B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06.09</w:t>
            </w:r>
          </w:p>
        </w:tc>
        <w:tc>
          <w:tcPr>
            <w:tcW w:w="3119" w:type="dxa"/>
          </w:tcPr>
          <w:p w14:paraId="2E0182B1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4D19B1F4" w14:textId="77777777" w:rsidTr="005E6A4F">
        <w:trPr>
          <w:trHeight w:val="417"/>
        </w:trPr>
        <w:tc>
          <w:tcPr>
            <w:tcW w:w="852" w:type="dxa"/>
          </w:tcPr>
          <w:p w14:paraId="094AD9F4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179823A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Специфичные звуки татарского языка. 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теленең үзенчәлекле авазлары</w:t>
            </w:r>
          </w:p>
        </w:tc>
        <w:tc>
          <w:tcPr>
            <w:tcW w:w="982" w:type="dxa"/>
            <w:vMerge w:val="restart"/>
          </w:tcPr>
          <w:p w14:paraId="429DB356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02" w:type="dxa"/>
          </w:tcPr>
          <w:p w14:paraId="36F5BE0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C8755C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EF28138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09.09</w:t>
            </w:r>
          </w:p>
        </w:tc>
        <w:tc>
          <w:tcPr>
            <w:tcW w:w="3119" w:type="dxa"/>
          </w:tcPr>
          <w:p w14:paraId="78541795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524E0B77" w14:textId="77777777" w:rsidTr="005E6A4F">
        <w:trPr>
          <w:trHeight w:val="417"/>
        </w:trPr>
        <w:tc>
          <w:tcPr>
            <w:tcW w:w="852" w:type="dxa"/>
          </w:tcPr>
          <w:p w14:paraId="6DCCBD2C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62823186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14:paraId="37B2DB4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6393782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B755AF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02EA32C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11.09</w:t>
            </w:r>
          </w:p>
        </w:tc>
        <w:tc>
          <w:tcPr>
            <w:tcW w:w="3119" w:type="dxa"/>
          </w:tcPr>
          <w:p w14:paraId="28369DBC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6AEBACB6" w14:textId="77777777" w:rsidTr="005E6A4F">
        <w:trPr>
          <w:trHeight w:val="417"/>
        </w:trPr>
        <w:tc>
          <w:tcPr>
            <w:tcW w:w="852" w:type="dxa"/>
          </w:tcPr>
          <w:p w14:paraId="171AA9B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74EE01B5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14:paraId="69C4855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333C864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3F7BDD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23B94FC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13.09</w:t>
            </w:r>
          </w:p>
        </w:tc>
        <w:tc>
          <w:tcPr>
            <w:tcW w:w="3119" w:type="dxa"/>
          </w:tcPr>
          <w:p w14:paraId="02CF6F40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3AE8E072" w14:textId="77777777" w:rsidTr="005E6A4F">
        <w:trPr>
          <w:trHeight w:val="417"/>
        </w:trPr>
        <w:tc>
          <w:tcPr>
            <w:tcW w:w="852" w:type="dxa"/>
          </w:tcPr>
          <w:p w14:paraId="6E4DA060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330E8720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14:paraId="4F62A10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15C8718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5B8BFD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BA41C27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16.09</w:t>
            </w:r>
          </w:p>
        </w:tc>
        <w:tc>
          <w:tcPr>
            <w:tcW w:w="3119" w:type="dxa"/>
          </w:tcPr>
          <w:p w14:paraId="41D8F2D6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0A44FE5F" w14:textId="77777777" w:rsidTr="005E6A4F">
        <w:trPr>
          <w:trHeight w:val="409"/>
        </w:trPr>
        <w:tc>
          <w:tcPr>
            <w:tcW w:w="852" w:type="dxa"/>
          </w:tcPr>
          <w:p w14:paraId="12F7540D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35603A0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Язуда е хәрефе белән белдерелә торган авазлар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895C35">
              <w:rPr>
                <w:lang w:val="ru-RU"/>
              </w:rPr>
              <w:t xml:space="preserve"> </w:t>
            </w:r>
            <w:r w:rsidRPr="00521EAF">
              <w:rPr>
                <w:rFonts w:ascii="Times New Roman" w:hAnsi="Times New Roman"/>
                <w:sz w:val="24"/>
                <w:szCs w:val="24"/>
                <w:lang w:val="tt-RU"/>
              </w:rPr>
              <w:t>Звуки, обозначаемые буквой Е на письме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79E3CE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1C939CD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5F5016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42CA3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4539F7B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18.09</w:t>
            </w:r>
          </w:p>
        </w:tc>
        <w:tc>
          <w:tcPr>
            <w:tcW w:w="3119" w:type="dxa"/>
          </w:tcPr>
          <w:p w14:paraId="0719F7D3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59B5B328" w14:textId="77777777" w:rsidTr="005E6A4F">
        <w:tc>
          <w:tcPr>
            <w:tcW w:w="852" w:type="dxa"/>
          </w:tcPr>
          <w:p w14:paraId="13DF3624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752CBC5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 w:rsidRPr="008A1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8A1407">
              <w:rPr>
                <w:rFonts w:ascii="Times New Roman" w:hAnsi="Times New Roman"/>
                <w:sz w:val="24"/>
                <w:szCs w:val="24"/>
              </w:rPr>
              <w:t>./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Иҗадидәрес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982" w:type="dxa"/>
          </w:tcPr>
          <w:p w14:paraId="50418D4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7DD6920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BACBBD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CAFAC15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20.09</w:t>
            </w:r>
          </w:p>
        </w:tc>
        <w:tc>
          <w:tcPr>
            <w:tcW w:w="3119" w:type="dxa"/>
          </w:tcPr>
          <w:p w14:paraId="1A696E35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6CCC2EF6" w14:textId="77777777" w:rsidTr="005E6A4F">
        <w:trPr>
          <w:trHeight w:val="422"/>
        </w:trPr>
        <w:tc>
          <w:tcPr>
            <w:tcW w:w="852" w:type="dxa"/>
          </w:tcPr>
          <w:p w14:paraId="2AA6DF72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5ED6F10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Закон сингармонизма в татарском языке. 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Сингармонизм законы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Кереш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контроль диктант./Входной контрольный диктант.</w:t>
            </w:r>
          </w:p>
          <w:p w14:paraId="76EA7B5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C8B20A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2070BBB4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  <w:p w14:paraId="1FDDA6B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1552329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D6ACE5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57A2456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23.09</w:t>
            </w:r>
          </w:p>
        </w:tc>
        <w:tc>
          <w:tcPr>
            <w:tcW w:w="3119" w:type="dxa"/>
          </w:tcPr>
          <w:p w14:paraId="49D0DD72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56847376" w14:textId="77777777" w:rsidTr="005E6A4F">
        <w:trPr>
          <w:trHeight w:val="820"/>
        </w:trPr>
        <w:tc>
          <w:tcPr>
            <w:tcW w:w="852" w:type="dxa"/>
          </w:tcPr>
          <w:p w14:paraId="70327752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5B186A9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Виды сингармонизма: губная и нёбная гармония/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Сингармонизмның төрләре. Рәт гармониясе, ирен гармониясе</w:t>
            </w:r>
          </w:p>
        </w:tc>
        <w:tc>
          <w:tcPr>
            <w:tcW w:w="982" w:type="dxa"/>
          </w:tcPr>
          <w:p w14:paraId="52BF038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4F7C4A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040671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1BF4262" w14:textId="77777777" w:rsidR="00895C35" w:rsidRPr="00B31EDB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B31EDB">
              <w:rPr>
                <w:rStyle w:val="aff9"/>
                <w:rFonts w:ascii="Times New Roman" w:eastAsiaTheme="minorEastAsia" w:hAnsi="Times New Roman"/>
                <w:lang w:val="tt-RU"/>
              </w:rPr>
              <w:t>25.09</w:t>
            </w:r>
          </w:p>
        </w:tc>
        <w:tc>
          <w:tcPr>
            <w:tcW w:w="3119" w:type="dxa"/>
          </w:tcPr>
          <w:p w14:paraId="11627475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65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091A7197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32C9EDF5" w14:textId="77777777" w:rsidTr="005E6A4F">
        <w:tc>
          <w:tcPr>
            <w:tcW w:w="852" w:type="dxa"/>
          </w:tcPr>
          <w:p w14:paraId="324E6C41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059BD32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Сочинение</w:t>
            </w:r>
          </w:p>
        </w:tc>
        <w:tc>
          <w:tcPr>
            <w:tcW w:w="982" w:type="dxa"/>
          </w:tcPr>
          <w:p w14:paraId="46005B54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16BC8F6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AD5BC0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49C3EED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27.09</w:t>
            </w:r>
          </w:p>
        </w:tc>
        <w:tc>
          <w:tcPr>
            <w:tcW w:w="3119" w:type="dxa"/>
          </w:tcPr>
          <w:p w14:paraId="0926DBC6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D43601" w14:paraId="282EF0EB" w14:textId="77777777" w:rsidTr="005E6A4F">
        <w:tc>
          <w:tcPr>
            <w:tcW w:w="852" w:type="dxa"/>
          </w:tcPr>
          <w:p w14:paraId="07BA9E3C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1D55093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Работа с аудиотекстом/  Аудиотекст белән эшләү</w:t>
            </w:r>
          </w:p>
        </w:tc>
        <w:tc>
          <w:tcPr>
            <w:tcW w:w="982" w:type="dxa"/>
          </w:tcPr>
          <w:p w14:paraId="624E426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F56BD6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DAC79D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CCB4F7B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30.09</w:t>
            </w:r>
          </w:p>
        </w:tc>
        <w:tc>
          <w:tcPr>
            <w:tcW w:w="3119" w:type="dxa"/>
          </w:tcPr>
          <w:p w14:paraId="6EB4C679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46F9F4F0" w14:textId="77777777" w:rsidTr="005E6A4F">
        <w:trPr>
          <w:trHeight w:val="790"/>
        </w:trPr>
        <w:tc>
          <w:tcPr>
            <w:tcW w:w="852" w:type="dxa"/>
          </w:tcPr>
          <w:p w14:paraId="2BDD1CA6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5CA0C566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Ударение и вид ударений. Случаи, когда ударение не сохраняется в собственных и заимствованных словах татарского языка./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Басым һәм аның төрләре.  Басым сүзнең соңгы иҗегенә төшми торган очраклар</w:t>
            </w:r>
          </w:p>
        </w:tc>
        <w:tc>
          <w:tcPr>
            <w:tcW w:w="982" w:type="dxa"/>
            <w:vMerge w:val="restart"/>
          </w:tcPr>
          <w:p w14:paraId="1EC1C3A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14:paraId="0A7ACEB5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458B9B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7AD971A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2E9FB2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5548E6F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02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B31EDB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3119" w:type="dxa"/>
          </w:tcPr>
          <w:p w14:paraId="77E929EA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145A4E">
              <w:rPr>
                <w:b/>
                <w:sz w:val="16"/>
                <w:szCs w:val="16"/>
                <w:lang w:val="tt-RU"/>
              </w:rPr>
              <w:t>http://antat.tatar/ru/iyli/publishing/book/2019/метод_4кл-новый.pdf</w:t>
            </w:r>
          </w:p>
        </w:tc>
      </w:tr>
      <w:tr w:rsidR="00895C35" w:rsidRPr="00B31EDB" w14:paraId="2482C97C" w14:textId="77777777" w:rsidTr="005E6A4F">
        <w:trPr>
          <w:trHeight w:val="790"/>
        </w:trPr>
        <w:tc>
          <w:tcPr>
            <w:tcW w:w="852" w:type="dxa"/>
          </w:tcPr>
          <w:p w14:paraId="7E3669A2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087F72E0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1C66BB24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2C261DA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D4C9E1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F5A571D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04.10</w:t>
            </w:r>
          </w:p>
        </w:tc>
        <w:tc>
          <w:tcPr>
            <w:tcW w:w="3119" w:type="dxa"/>
          </w:tcPr>
          <w:p w14:paraId="17CCBD31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04428DE4" w14:textId="77777777" w:rsidTr="005E6A4F">
        <w:trPr>
          <w:trHeight w:val="860"/>
        </w:trPr>
        <w:tc>
          <w:tcPr>
            <w:tcW w:w="852" w:type="dxa"/>
          </w:tcPr>
          <w:p w14:paraId="487854DE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4B5C92A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Логическое ударение/ Логик басым</w:t>
            </w:r>
          </w:p>
        </w:tc>
        <w:tc>
          <w:tcPr>
            <w:tcW w:w="982" w:type="dxa"/>
          </w:tcPr>
          <w:p w14:paraId="3973E25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DC0231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F0EF54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BE3BEE4" w14:textId="77777777" w:rsidR="00895C35" w:rsidRPr="00B31EDB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B31EDB">
              <w:rPr>
                <w:rStyle w:val="aff9"/>
                <w:rFonts w:ascii="Times New Roman" w:eastAsiaTheme="minorEastAsia" w:hAnsi="Times New Roman"/>
                <w:lang w:val="tt-RU"/>
              </w:rPr>
              <w:t>07.10</w:t>
            </w:r>
          </w:p>
        </w:tc>
        <w:tc>
          <w:tcPr>
            <w:tcW w:w="3119" w:type="dxa"/>
          </w:tcPr>
          <w:p w14:paraId="2B1F0978" w14:textId="77777777" w:rsidR="00895C35" w:rsidRPr="00145A4E" w:rsidRDefault="00000000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  <w:hyperlink r:id="rId66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http://antat.tatar/ru/iyli/publishing/book/2019/метод_4кл-новый.pdf</w:t>
              </w:r>
            </w:hyperlink>
          </w:p>
          <w:p w14:paraId="60BB15DC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298961FC" w14:textId="77777777" w:rsidTr="005E6A4F">
        <w:trPr>
          <w:trHeight w:val="599"/>
        </w:trPr>
        <w:tc>
          <w:tcPr>
            <w:tcW w:w="852" w:type="dxa"/>
          </w:tcPr>
          <w:p w14:paraId="084A05B3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1AC95B6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Транскрипция</w:t>
            </w:r>
          </w:p>
          <w:p w14:paraId="39C43AD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3811007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7F4C03A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2235653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5784AA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2D44BBF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09.10</w:t>
            </w:r>
          </w:p>
        </w:tc>
        <w:tc>
          <w:tcPr>
            <w:tcW w:w="3119" w:type="dxa"/>
          </w:tcPr>
          <w:p w14:paraId="456AB40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1885FE73" w14:textId="77777777" w:rsidTr="005E6A4F">
        <w:trPr>
          <w:trHeight w:val="360"/>
        </w:trPr>
        <w:tc>
          <w:tcPr>
            <w:tcW w:w="852" w:type="dxa"/>
          </w:tcPr>
          <w:p w14:paraId="1680DA8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684C9960" w14:textId="77777777" w:rsidR="00895C35" w:rsidRPr="00895C35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Фонетический разбор ,Сүзгә фонетик анализ ясау</w:t>
            </w:r>
          </w:p>
        </w:tc>
        <w:tc>
          <w:tcPr>
            <w:tcW w:w="982" w:type="dxa"/>
          </w:tcPr>
          <w:p w14:paraId="5DA4EF6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1B8077F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A861D4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61D5C78" w14:textId="77777777" w:rsidR="00895C35" w:rsidRPr="00B31EDB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B31EDB">
              <w:rPr>
                <w:rStyle w:val="aff9"/>
                <w:rFonts w:ascii="Times New Roman" w:eastAsiaTheme="minorEastAsia" w:hAnsi="Times New Roman"/>
                <w:lang w:val="tt-RU"/>
              </w:rPr>
              <w:t>11.10</w:t>
            </w:r>
          </w:p>
        </w:tc>
        <w:tc>
          <w:tcPr>
            <w:tcW w:w="3119" w:type="dxa"/>
          </w:tcPr>
          <w:p w14:paraId="5F714C39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67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https://infourok.ru/szg-fonetik-analiz-yasau-trtibe-3177325.html</w:t>
              </w:r>
            </w:hyperlink>
          </w:p>
        </w:tc>
      </w:tr>
      <w:tr w:rsidR="00895C35" w:rsidRPr="00925DBC" w14:paraId="654CFA00" w14:textId="77777777" w:rsidTr="005E6A4F">
        <w:tc>
          <w:tcPr>
            <w:tcW w:w="852" w:type="dxa"/>
          </w:tcPr>
          <w:p w14:paraId="677F5026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1A32C1D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Повторение/ Кабатлау</w:t>
            </w:r>
          </w:p>
        </w:tc>
        <w:tc>
          <w:tcPr>
            <w:tcW w:w="982" w:type="dxa"/>
          </w:tcPr>
          <w:p w14:paraId="2843D8A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4DDB86A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9C9F53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3D1D197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14.10</w:t>
            </w:r>
          </w:p>
        </w:tc>
        <w:tc>
          <w:tcPr>
            <w:tcW w:w="3119" w:type="dxa"/>
          </w:tcPr>
          <w:p w14:paraId="3362831F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5320FC97" w14:textId="77777777" w:rsidTr="005E6A4F">
        <w:tc>
          <w:tcPr>
            <w:tcW w:w="852" w:type="dxa"/>
          </w:tcPr>
          <w:p w14:paraId="551FC59D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3EECFC4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24977E1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2CC548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3D4812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A6BD6DE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16.10</w:t>
            </w:r>
          </w:p>
        </w:tc>
        <w:tc>
          <w:tcPr>
            <w:tcW w:w="3119" w:type="dxa"/>
          </w:tcPr>
          <w:p w14:paraId="361EB560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7C0A458B" w14:textId="77777777" w:rsidTr="005E6A4F">
        <w:tc>
          <w:tcPr>
            <w:tcW w:w="852" w:type="dxa"/>
          </w:tcPr>
          <w:p w14:paraId="33870918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5E74A83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Сдоварный диктант/ Сүзлек диктанты</w:t>
            </w:r>
          </w:p>
        </w:tc>
        <w:tc>
          <w:tcPr>
            <w:tcW w:w="982" w:type="dxa"/>
          </w:tcPr>
          <w:p w14:paraId="3C65752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1B4B739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89D4FD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60C3CCE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18.10</w:t>
            </w:r>
          </w:p>
        </w:tc>
        <w:tc>
          <w:tcPr>
            <w:tcW w:w="3119" w:type="dxa"/>
          </w:tcPr>
          <w:p w14:paraId="1E855493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6D27386D" w14:textId="77777777" w:rsidTr="005E6A4F">
        <w:trPr>
          <w:trHeight w:val="770"/>
        </w:trPr>
        <w:tc>
          <w:tcPr>
            <w:tcW w:w="852" w:type="dxa"/>
          </w:tcPr>
          <w:p w14:paraId="311AE3E7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6FA5D8E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Исконные слова в татарском языке. Заимствования в татарском языке и правописание./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Алынма сүзләр һәм аларның язылышы. Татар теленең үз сүзләре</w:t>
            </w:r>
          </w:p>
        </w:tc>
        <w:tc>
          <w:tcPr>
            <w:tcW w:w="982" w:type="dxa"/>
          </w:tcPr>
          <w:p w14:paraId="487DFFE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24CF7546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D2B9E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4033751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120C65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1657AD4" w14:textId="77777777" w:rsidR="00895C35" w:rsidRPr="00B31EDB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B31EDB">
              <w:rPr>
                <w:rStyle w:val="aff9"/>
                <w:rFonts w:ascii="Times New Roman" w:eastAsiaTheme="minorEastAsia" w:hAnsi="Times New Roman"/>
                <w:lang w:val="tt-RU"/>
              </w:rPr>
              <w:t>21.10</w:t>
            </w:r>
          </w:p>
        </w:tc>
        <w:tc>
          <w:tcPr>
            <w:tcW w:w="3119" w:type="dxa"/>
          </w:tcPr>
          <w:p w14:paraId="1D25E997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68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527EFFC6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047AFC39" w14:textId="77777777" w:rsidTr="005E6A4F">
        <w:trPr>
          <w:trHeight w:val="426"/>
        </w:trPr>
        <w:tc>
          <w:tcPr>
            <w:tcW w:w="852" w:type="dxa"/>
          </w:tcPr>
          <w:p w14:paraId="14ACA436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3E2473C6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177A49B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496A188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63C4F0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2B0CB22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23.10</w:t>
            </w:r>
          </w:p>
        </w:tc>
        <w:tc>
          <w:tcPr>
            <w:tcW w:w="3119" w:type="dxa"/>
          </w:tcPr>
          <w:p w14:paraId="636DC066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591D123E" w14:textId="77777777" w:rsidTr="005E6A4F">
        <w:trPr>
          <w:trHeight w:val="418"/>
        </w:trPr>
        <w:tc>
          <w:tcPr>
            <w:tcW w:w="852" w:type="dxa"/>
          </w:tcPr>
          <w:p w14:paraId="7D2AD126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6EA692B7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075776B0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70E95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3B3CF2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41EAEE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828ECC5" w14:textId="77777777" w:rsidR="00895C35" w:rsidRPr="00B31EDB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B31EDB">
              <w:rPr>
                <w:rFonts w:ascii="Times New Roman" w:hAnsi="Times New Roman"/>
                <w:lang w:val="tt-RU"/>
              </w:rPr>
              <w:t>25.10</w:t>
            </w:r>
          </w:p>
        </w:tc>
        <w:tc>
          <w:tcPr>
            <w:tcW w:w="3119" w:type="dxa"/>
          </w:tcPr>
          <w:p w14:paraId="05103064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53211B92" w14:textId="77777777" w:rsidTr="005E6A4F">
        <w:trPr>
          <w:trHeight w:val="890"/>
        </w:trPr>
        <w:tc>
          <w:tcPr>
            <w:tcW w:w="852" w:type="dxa"/>
          </w:tcPr>
          <w:p w14:paraId="4B51AAE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1716BD69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Арабско-персидские заимствования в татарском языке. 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телендә гарәп-фарсы алынмалары</w:t>
            </w:r>
          </w:p>
        </w:tc>
        <w:tc>
          <w:tcPr>
            <w:tcW w:w="982" w:type="dxa"/>
          </w:tcPr>
          <w:p w14:paraId="5E6D15E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19EEE21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C6460A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1DCA768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08.11</w:t>
            </w:r>
          </w:p>
        </w:tc>
        <w:tc>
          <w:tcPr>
            <w:tcW w:w="3119" w:type="dxa"/>
          </w:tcPr>
          <w:p w14:paraId="790F1838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66AB3E2F" w14:textId="77777777" w:rsidTr="005E6A4F">
        <w:trPr>
          <w:trHeight w:val="890"/>
        </w:trPr>
        <w:tc>
          <w:tcPr>
            <w:tcW w:w="852" w:type="dxa"/>
          </w:tcPr>
          <w:p w14:paraId="382B9A5D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7BCDB1F5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1D30EB7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78C6A1A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7355B7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501BF9D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11.11</w:t>
            </w:r>
          </w:p>
        </w:tc>
        <w:tc>
          <w:tcPr>
            <w:tcW w:w="3119" w:type="dxa"/>
          </w:tcPr>
          <w:p w14:paraId="3F20C17A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332A0A3F" w14:textId="77777777" w:rsidTr="005E6A4F">
        <w:tc>
          <w:tcPr>
            <w:tcW w:w="852" w:type="dxa"/>
          </w:tcPr>
          <w:p w14:paraId="527D7B3F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32EE087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Повторение/Кабатлау</w:t>
            </w:r>
          </w:p>
        </w:tc>
        <w:tc>
          <w:tcPr>
            <w:tcW w:w="982" w:type="dxa"/>
          </w:tcPr>
          <w:p w14:paraId="70C86CC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54016E5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5F4245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22280FC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13.11</w:t>
            </w:r>
          </w:p>
        </w:tc>
        <w:tc>
          <w:tcPr>
            <w:tcW w:w="3119" w:type="dxa"/>
          </w:tcPr>
          <w:p w14:paraId="50BB0E8D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603BD5B2" w14:textId="77777777" w:rsidTr="005E6A4F">
        <w:tc>
          <w:tcPr>
            <w:tcW w:w="852" w:type="dxa"/>
          </w:tcPr>
          <w:p w14:paraId="6ED7D040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685D1E6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57638E9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162DDE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8E88C1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C540529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15.11</w:t>
            </w:r>
          </w:p>
        </w:tc>
        <w:tc>
          <w:tcPr>
            <w:tcW w:w="3119" w:type="dxa"/>
          </w:tcPr>
          <w:p w14:paraId="7E56BA73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6096335D" w14:textId="77777777" w:rsidTr="005E6A4F">
        <w:trPr>
          <w:trHeight w:val="550"/>
        </w:trPr>
        <w:tc>
          <w:tcPr>
            <w:tcW w:w="852" w:type="dxa"/>
          </w:tcPr>
          <w:p w14:paraId="7281FAAF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7F7AF06D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Однозначные и многозначные слова.</w:t>
            </w: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Прямое и переносное значение слова. Использование в речи синонимов, антонимов.</w:t>
            </w:r>
            <w:r w:rsidRPr="008A140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Бер мәгънәле һәм күп мәгънәле сүзләр Туры һәм күчерелмә мәгънәле сүзләр. Сөйләмдә антонимнар, синонимнарны куллану</w:t>
            </w:r>
          </w:p>
        </w:tc>
        <w:tc>
          <w:tcPr>
            <w:tcW w:w="982" w:type="dxa"/>
            <w:vMerge w:val="restart"/>
          </w:tcPr>
          <w:p w14:paraId="2A66725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14:paraId="373C7CD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8E482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B71F5C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DEE9A54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5A3437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  <w:vMerge w:val="restart"/>
          </w:tcPr>
          <w:p w14:paraId="4360C40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 w:val="restart"/>
          </w:tcPr>
          <w:p w14:paraId="724C8A5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D652BD6" w14:textId="77777777" w:rsidR="00895C35" w:rsidRPr="007940EF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7940EF">
              <w:rPr>
                <w:rStyle w:val="aff9"/>
                <w:rFonts w:ascii="Times New Roman" w:eastAsiaTheme="minorEastAsia" w:hAnsi="Times New Roman"/>
                <w:lang w:val="tt-RU"/>
              </w:rPr>
              <w:t>18.11</w:t>
            </w:r>
          </w:p>
        </w:tc>
        <w:tc>
          <w:tcPr>
            <w:tcW w:w="3119" w:type="dxa"/>
            <w:vMerge w:val="restart"/>
          </w:tcPr>
          <w:p w14:paraId="2D4F9BF7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69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621F29DF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B31EDB" w14:paraId="68AB06D9" w14:textId="77777777" w:rsidTr="005E6A4F">
        <w:trPr>
          <w:trHeight w:val="550"/>
        </w:trPr>
        <w:tc>
          <w:tcPr>
            <w:tcW w:w="852" w:type="dxa"/>
          </w:tcPr>
          <w:p w14:paraId="7D3D7170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3935E327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6358269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  <w:vMerge/>
          </w:tcPr>
          <w:p w14:paraId="47CE078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14:paraId="4603FCF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20B9227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20.11</w:t>
            </w:r>
          </w:p>
        </w:tc>
        <w:tc>
          <w:tcPr>
            <w:tcW w:w="3119" w:type="dxa"/>
            <w:vMerge/>
          </w:tcPr>
          <w:p w14:paraId="30F2AB86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B31EDB" w14:paraId="6AF7990F" w14:textId="77777777" w:rsidTr="005E6A4F">
        <w:trPr>
          <w:trHeight w:val="550"/>
        </w:trPr>
        <w:tc>
          <w:tcPr>
            <w:tcW w:w="852" w:type="dxa"/>
            <w:vMerge w:val="restart"/>
          </w:tcPr>
          <w:p w14:paraId="0432A481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5DD8B08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3F2B852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  <w:vMerge/>
          </w:tcPr>
          <w:p w14:paraId="039FFB7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14:paraId="2B7DE27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7659C7D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22.11</w:t>
            </w:r>
          </w:p>
        </w:tc>
        <w:tc>
          <w:tcPr>
            <w:tcW w:w="3119" w:type="dxa"/>
            <w:vMerge/>
          </w:tcPr>
          <w:p w14:paraId="30313629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B31EDB" w14:paraId="32ABBAB9" w14:textId="77777777" w:rsidTr="005E6A4F">
        <w:trPr>
          <w:trHeight w:val="519"/>
        </w:trPr>
        <w:tc>
          <w:tcPr>
            <w:tcW w:w="852" w:type="dxa"/>
            <w:vMerge/>
          </w:tcPr>
          <w:p w14:paraId="37B7D04E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1BF23EB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3CD1B135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538818F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733A0D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2AE2669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9" w:type="dxa"/>
          </w:tcPr>
          <w:p w14:paraId="6E043680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5A3808FF" w14:textId="77777777" w:rsidTr="005E6A4F">
        <w:trPr>
          <w:trHeight w:val="477"/>
        </w:trPr>
        <w:tc>
          <w:tcPr>
            <w:tcW w:w="852" w:type="dxa"/>
          </w:tcPr>
          <w:p w14:paraId="01271D1C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54945CB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Омонимы/Омонимнар</w:t>
            </w:r>
          </w:p>
        </w:tc>
        <w:tc>
          <w:tcPr>
            <w:tcW w:w="982" w:type="dxa"/>
          </w:tcPr>
          <w:p w14:paraId="5AB6A6E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C2D2AC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0009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5B3A64D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25.11</w:t>
            </w:r>
          </w:p>
        </w:tc>
        <w:tc>
          <w:tcPr>
            <w:tcW w:w="3119" w:type="dxa"/>
          </w:tcPr>
          <w:p w14:paraId="67FFC511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1723ED6C" w14:textId="77777777" w:rsidTr="005E6A4F">
        <w:tc>
          <w:tcPr>
            <w:tcW w:w="852" w:type="dxa"/>
          </w:tcPr>
          <w:p w14:paraId="32BE0717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3F22B8C6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Определение значения слова по тексту или уточнение значения с помощью толкового словаря./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теленең аңлатмалы сүзлеге белән эшләү</w:t>
            </w:r>
          </w:p>
        </w:tc>
        <w:tc>
          <w:tcPr>
            <w:tcW w:w="982" w:type="dxa"/>
          </w:tcPr>
          <w:p w14:paraId="32175F5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45B17D8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5294D4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C858CB4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27.11</w:t>
            </w:r>
          </w:p>
        </w:tc>
        <w:tc>
          <w:tcPr>
            <w:tcW w:w="3119" w:type="dxa"/>
          </w:tcPr>
          <w:p w14:paraId="0A73CA4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2062441C" w14:textId="77777777" w:rsidTr="005E6A4F">
        <w:tc>
          <w:tcPr>
            <w:tcW w:w="852" w:type="dxa"/>
          </w:tcPr>
          <w:p w14:paraId="585803B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4393D8F4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19F6CF1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C72DBD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D690CC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21B9B7C" w14:textId="77777777" w:rsidR="00895C35" w:rsidRPr="007940EF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7940EF">
              <w:rPr>
                <w:rFonts w:ascii="Times New Roman" w:hAnsi="Times New Roman"/>
                <w:lang w:val="tt-RU"/>
              </w:rPr>
              <w:t>29.11</w:t>
            </w:r>
          </w:p>
        </w:tc>
        <w:tc>
          <w:tcPr>
            <w:tcW w:w="3119" w:type="dxa"/>
          </w:tcPr>
          <w:p w14:paraId="0828CD8D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554FE111" w14:textId="77777777" w:rsidTr="005E6A4F">
        <w:trPr>
          <w:trHeight w:val="537"/>
        </w:trPr>
        <w:tc>
          <w:tcPr>
            <w:tcW w:w="852" w:type="dxa"/>
          </w:tcPr>
          <w:p w14:paraId="74DBAE40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2AB8C36A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Морфемный состав слова. Порядок присоединения аффиксов в татарском языке. Словообразующие и формообразующие аффиксы./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төзелеше. Сүз ясагыч кушымчалар, форма ясагыч кушымчалар</w:t>
            </w:r>
          </w:p>
        </w:tc>
        <w:tc>
          <w:tcPr>
            <w:tcW w:w="982" w:type="dxa"/>
          </w:tcPr>
          <w:p w14:paraId="0D2D7E3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254FF37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3C4D9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2F794B2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B452B4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79B06C9" w14:textId="77777777" w:rsidR="00895C35" w:rsidRPr="007940EF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7940EF">
              <w:rPr>
                <w:rStyle w:val="aff9"/>
                <w:rFonts w:ascii="Times New Roman" w:eastAsiaTheme="minorEastAsia" w:hAnsi="Times New Roman"/>
                <w:lang w:val="tt-RU"/>
              </w:rPr>
              <w:t>02.12</w:t>
            </w:r>
          </w:p>
        </w:tc>
        <w:tc>
          <w:tcPr>
            <w:tcW w:w="3119" w:type="dxa"/>
          </w:tcPr>
          <w:p w14:paraId="61601061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0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https://infourok.ru/dres-eshkrtmsesz-tzeleshen-kabatlau-1320894.html</w:t>
              </w:r>
            </w:hyperlink>
          </w:p>
          <w:p w14:paraId="3D613E64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  <w:p w14:paraId="56A3646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C730F4" w14:paraId="1CF33FC8" w14:textId="77777777" w:rsidTr="005E6A4F">
        <w:trPr>
          <w:trHeight w:val="266"/>
        </w:trPr>
        <w:tc>
          <w:tcPr>
            <w:tcW w:w="852" w:type="dxa"/>
          </w:tcPr>
          <w:p w14:paraId="747A299B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0D9B16BF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11C4658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36785C4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2785D3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E9CEFE2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A7003">
              <w:rPr>
                <w:rFonts w:ascii="Times New Roman" w:hAnsi="Times New Roman"/>
                <w:lang w:val="tt-RU"/>
              </w:rPr>
              <w:t>04.12</w:t>
            </w:r>
          </w:p>
        </w:tc>
        <w:tc>
          <w:tcPr>
            <w:tcW w:w="3119" w:type="dxa"/>
          </w:tcPr>
          <w:p w14:paraId="05AB6FF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3663B934" w14:textId="77777777" w:rsidTr="005E6A4F">
        <w:trPr>
          <w:trHeight w:val="411"/>
        </w:trPr>
        <w:tc>
          <w:tcPr>
            <w:tcW w:w="852" w:type="dxa"/>
          </w:tcPr>
          <w:p w14:paraId="3AE2A875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4657150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62B8D79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8347BC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07E322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457C5DC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A7003">
              <w:rPr>
                <w:rFonts w:ascii="Times New Roman" w:hAnsi="Times New Roman"/>
                <w:lang w:val="tt-RU"/>
              </w:rPr>
              <w:t>06.12</w:t>
            </w:r>
          </w:p>
        </w:tc>
        <w:tc>
          <w:tcPr>
            <w:tcW w:w="3119" w:type="dxa"/>
          </w:tcPr>
          <w:p w14:paraId="764E56C5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223CA105" w14:textId="77777777" w:rsidTr="005E6A4F">
        <w:trPr>
          <w:trHeight w:val="599"/>
        </w:trPr>
        <w:tc>
          <w:tcPr>
            <w:tcW w:w="852" w:type="dxa"/>
          </w:tcPr>
          <w:p w14:paraId="2AC4E0A0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5DEA20B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Основа слова/Сүзнең нигезе. Сүз төзелешен тикшерү</w:t>
            </w:r>
          </w:p>
        </w:tc>
        <w:tc>
          <w:tcPr>
            <w:tcW w:w="982" w:type="dxa"/>
          </w:tcPr>
          <w:p w14:paraId="79F59DA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EAD66E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3D51B35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258E68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79049B8" w14:textId="77777777" w:rsidR="00895C35" w:rsidRPr="00406D3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color w:val="000000" w:themeColor="text1"/>
                <w:lang w:val="tt-RU"/>
              </w:rPr>
            </w:pPr>
            <w:r w:rsidRPr="00406D3D">
              <w:rPr>
                <w:rStyle w:val="aff9"/>
                <w:rFonts w:ascii="Times New Roman" w:eastAsiaTheme="minorEastAsia" w:hAnsi="Times New Roman"/>
                <w:color w:val="000000" w:themeColor="text1"/>
                <w:lang w:val="tt-RU"/>
              </w:rPr>
              <w:t>09.12</w:t>
            </w:r>
          </w:p>
        </w:tc>
        <w:tc>
          <w:tcPr>
            <w:tcW w:w="3119" w:type="dxa"/>
          </w:tcPr>
          <w:p w14:paraId="6568E3AC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1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03F32770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0913BA6C" w14:textId="77777777" w:rsidTr="005E6A4F">
        <w:tc>
          <w:tcPr>
            <w:tcW w:w="852" w:type="dxa"/>
          </w:tcPr>
          <w:p w14:paraId="0AFA128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36A5E3D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Повторение/ Кабатлау</w:t>
            </w:r>
          </w:p>
        </w:tc>
        <w:tc>
          <w:tcPr>
            <w:tcW w:w="982" w:type="dxa"/>
          </w:tcPr>
          <w:p w14:paraId="15219EC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45D5B1B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210208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FBDEEAF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</w:rPr>
            </w:pPr>
            <w:r w:rsidRPr="008A7003">
              <w:rPr>
                <w:rFonts w:ascii="Times New Roman" w:hAnsi="Times New Roman"/>
              </w:rPr>
              <w:t>11.12</w:t>
            </w:r>
          </w:p>
        </w:tc>
        <w:tc>
          <w:tcPr>
            <w:tcW w:w="3119" w:type="dxa"/>
          </w:tcPr>
          <w:p w14:paraId="247A7629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5C35" w:rsidRPr="00925DBC" w14:paraId="50F01767" w14:textId="77777777" w:rsidTr="005E6A4F">
        <w:tc>
          <w:tcPr>
            <w:tcW w:w="852" w:type="dxa"/>
          </w:tcPr>
          <w:p w14:paraId="54E36533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32AE369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606FEE6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4119D92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7ADABE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CA88FDC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</w:rPr>
            </w:pPr>
            <w:r w:rsidRPr="008A7003">
              <w:rPr>
                <w:rFonts w:ascii="Times New Roman" w:hAnsi="Times New Roman"/>
              </w:rPr>
              <w:t>13.12</w:t>
            </w:r>
          </w:p>
        </w:tc>
        <w:tc>
          <w:tcPr>
            <w:tcW w:w="3119" w:type="dxa"/>
          </w:tcPr>
          <w:p w14:paraId="69A3EE0B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5C35" w:rsidRPr="00925DBC" w14:paraId="50591570" w14:textId="77777777" w:rsidTr="005E6A4F">
        <w:tc>
          <w:tcPr>
            <w:tcW w:w="852" w:type="dxa"/>
          </w:tcPr>
          <w:p w14:paraId="25BEAA7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1E9EDEE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Письмо Деду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Морозу.Кышбабайга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хат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язу</w:t>
            </w:r>
            <w:proofErr w:type="spellEnd"/>
          </w:p>
        </w:tc>
        <w:tc>
          <w:tcPr>
            <w:tcW w:w="982" w:type="dxa"/>
          </w:tcPr>
          <w:p w14:paraId="4FDA939E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F5E01B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474CA3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F7E2F58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A7003">
              <w:rPr>
                <w:rFonts w:ascii="Times New Roman" w:hAnsi="Times New Roman"/>
                <w:lang w:val="tt-RU"/>
              </w:rPr>
              <w:t>16.12</w:t>
            </w:r>
          </w:p>
        </w:tc>
        <w:tc>
          <w:tcPr>
            <w:tcW w:w="3119" w:type="dxa"/>
          </w:tcPr>
          <w:p w14:paraId="16EAFF83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2275FFDE" w14:textId="77777777" w:rsidTr="005E6A4F">
        <w:tc>
          <w:tcPr>
            <w:tcW w:w="852" w:type="dxa"/>
          </w:tcPr>
          <w:p w14:paraId="04984328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6055045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38952B6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4DAF743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F0A8C1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2AC4E74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A7003">
              <w:rPr>
                <w:rFonts w:ascii="Times New Roman" w:hAnsi="Times New Roman"/>
                <w:lang w:val="tt-RU"/>
              </w:rPr>
              <w:t>18.12</w:t>
            </w:r>
          </w:p>
        </w:tc>
        <w:tc>
          <w:tcPr>
            <w:tcW w:w="3119" w:type="dxa"/>
          </w:tcPr>
          <w:p w14:paraId="174A8FA9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21A2C15F" w14:textId="77777777" w:rsidTr="005E6A4F">
        <w:tc>
          <w:tcPr>
            <w:tcW w:w="852" w:type="dxa"/>
          </w:tcPr>
          <w:p w14:paraId="23E5A757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3C51773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982" w:type="dxa"/>
          </w:tcPr>
          <w:p w14:paraId="1C57652E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5FD1544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C9AF4F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FB4AB61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A7003">
              <w:rPr>
                <w:rFonts w:ascii="Times New Roman" w:hAnsi="Times New Roman"/>
                <w:lang w:val="tt-RU"/>
              </w:rPr>
              <w:t>20.12</w:t>
            </w:r>
          </w:p>
        </w:tc>
        <w:tc>
          <w:tcPr>
            <w:tcW w:w="3119" w:type="dxa"/>
          </w:tcPr>
          <w:p w14:paraId="311F87A0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6E86F9D6" w14:textId="77777777" w:rsidTr="005E6A4F">
        <w:tc>
          <w:tcPr>
            <w:tcW w:w="852" w:type="dxa"/>
          </w:tcPr>
          <w:p w14:paraId="7BE10E7C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03F5950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Части речи / Сүз төркемнәре</w:t>
            </w:r>
          </w:p>
        </w:tc>
        <w:tc>
          <w:tcPr>
            <w:tcW w:w="982" w:type="dxa"/>
            <w:vMerge w:val="restart"/>
          </w:tcPr>
          <w:p w14:paraId="7F61CE7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02" w:type="dxa"/>
          </w:tcPr>
          <w:p w14:paraId="663B285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6875B9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1D06182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A7003">
              <w:rPr>
                <w:rFonts w:ascii="Times New Roman" w:hAnsi="Times New Roman"/>
                <w:lang w:val="tt-RU"/>
              </w:rPr>
              <w:t>23.12</w:t>
            </w:r>
          </w:p>
        </w:tc>
        <w:tc>
          <w:tcPr>
            <w:tcW w:w="3119" w:type="dxa"/>
          </w:tcPr>
          <w:p w14:paraId="02396291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5AF9C8FC" w14:textId="77777777" w:rsidTr="005E6A4F">
        <w:tc>
          <w:tcPr>
            <w:tcW w:w="852" w:type="dxa"/>
          </w:tcPr>
          <w:p w14:paraId="4B2B8A8B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606ED46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16D67DE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3DA9F47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C15683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C4C6CD6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A7003">
              <w:rPr>
                <w:rFonts w:ascii="Times New Roman" w:hAnsi="Times New Roman"/>
                <w:lang w:val="tt-RU"/>
              </w:rPr>
              <w:t>25.12</w:t>
            </w:r>
          </w:p>
        </w:tc>
        <w:tc>
          <w:tcPr>
            <w:tcW w:w="3119" w:type="dxa"/>
          </w:tcPr>
          <w:p w14:paraId="3AF81992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32B4D379" w14:textId="77777777" w:rsidTr="005E6A4F">
        <w:tc>
          <w:tcPr>
            <w:tcW w:w="852" w:type="dxa"/>
          </w:tcPr>
          <w:p w14:paraId="3BA0484F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0F02D39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7A7C4056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0BBD267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27898F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791F6E2" w14:textId="77777777" w:rsidR="00895C35" w:rsidRPr="008A7003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A7003">
              <w:rPr>
                <w:rFonts w:ascii="Times New Roman" w:hAnsi="Times New Roman"/>
                <w:lang w:val="tt-RU"/>
              </w:rPr>
              <w:t>27.12</w:t>
            </w:r>
          </w:p>
        </w:tc>
        <w:tc>
          <w:tcPr>
            <w:tcW w:w="3119" w:type="dxa"/>
          </w:tcPr>
          <w:p w14:paraId="55B8EEFA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44CC2B04" w14:textId="77777777" w:rsidTr="005E6A4F">
        <w:trPr>
          <w:trHeight w:val="870"/>
        </w:trPr>
        <w:tc>
          <w:tcPr>
            <w:tcW w:w="852" w:type="dxa"/>
          </w:tcPr>
          <w:p w14:paraId="5E219CF3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4A8F07D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Образование имени сущ. с помощью суффикса-лык / - лек/</w:t>
            </w:r>
          </w:p>
          <w:p w14:paraId="6C2DB79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-лык/-лек кушымчасы ярдәмендә исем сүз төркеме ясалу</w:t>
            </w:r>
          </w:p>
        </w:tc>
        <w:tc>
          <w:tcPr>
            <w:tcW w:w="982" w:type="dxa"/>
          </w:tcPr>
          <w:p w14:paraId="30E859C5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CC8AC9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1992D8E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197F5E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DC16C8C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10.01</w:t>
            </w:r>
          </w:p>
        </w:tc>
        <w:tc>
          <w:tcPr>
            <w:tcW w:w="3119" w:type="dxa"/>
          </w:tcPr>
          <w:p w14:paraId="706DF13A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3368B238" w14:textId="77777777" w:rsidTr="005E6A4F">
        <w:trPr>
          <w:trHeight w:val="459"/>
        </w:trPr>
        <w:tc>
          <w:tcPr>
            <w:tcW w:w="852" w:type="dxa"/>
          </w:tcPr>
          <w:p w14:paraId="679B167C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43BA91A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Имя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существительное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./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Исемсүзтөркеме</w:t>
            </w:r>
            <w:proofErr w:type="spellEnd"/>
          </w:p>
        </w:tc>
        <w:tc>
          <w:tcPr>
            <w:tcW w:w="982" w:type="dxa"/>
            <w:vMerge w:val="restart"/>
          </w:tcPr>
          <w:p w14:paraId="677372A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02" w:type="dxa"/>
          </w:tcPr>
          <w:p w14:paraId="5301BA6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459879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9B39B32" w14:textId="77777777" w:rsidR="00895C35" w:rsidRPr="00035C70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035C70">
              <w:rPr>
                <w:rStyle w:val="aff9"/>
                <w:rFonts w:ascii="Times New Roman" w:eastAsiaTheme="minorEastAsia" w:hAnsi="Times New Roman"/>
                <w:lang w:val="tt-RU"/>
              </w:rPr>
              <w:t>13.01</w:t>
            </w:r>
          </w:p>
        </w:tc>
        <w:tc>
          <w:tcPr>
            <w:tcW w:w="3119" w:type="dxa"/>
          </w:tcPr>
          <w:p w14:paraId="7A55CA37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2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483BA654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B31EDB" w14:paraId="6B60D867" w14:textId="77777777" w:rsidTr="005E6A4F">
        <w:trPr>
          <w:trHeight w:val="459"/>
        </w:trPr>
        <w:tc>
          <w:tcPr>
            <w:tcW w:w="852" w:type="dxa"/>
          </w:tcPr>
          <w:p w14:paraId="5289CFAE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0BF12F0A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3EA64A8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0C860A3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D42AC6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1DCF61C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15.01</w:t>
            </w:r>
          </w:p>
        </w:tc>
        <w:tc>
          <w:tcPr>
            <w:tcW w:w="3119" w:type="dxa"/>
          </w:tcPr>
          <w:p w14:paraId="24DA7254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B31EDB" w14:paraId="0B04B9F9" w14:textId="77777777" w:rsidTr="005E6A4F">
        <w:trPr>
          <w:trHeight w:val="459"/>
        </w:trPr>
        <w:tc>
          <w:tcPr>
            <w:tcW w:w="852" w:type="dxa"/>
          </w:tcPr>
          <w:p w14:paraId="7D5AEA17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3D36C2B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00E9722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16CE304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F1E8D9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22A22D2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17.01</w:t>
            </w:r>
          </w:p>
        </w:tc>
        <w:tc>
          <w:tcPr>
            <w:tcW w:w="3119" w:type="dxa"/>
          </w:tcPr>
          <w:p w14:paraId="3586AF6D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48061DB5" w14:textId="77777777" w:rsidTr="005E6A4F">
        <w:trPr>
          <w:trHeight w:val="830"/>
        </w:trPr>
        <w:tc>
          <w:tcPr>
            <w:tcW w:w="852" w:type="dxa"/>
          </w:tcPr>
          <w:p w14:paraId="4F5F42F9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1499292B" w14:textId="77777777" w:rsidR="00895C35" w:rsidRP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Употребление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собственныхсуществительных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 множественном числе./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Ялгызлыкисемнәрнекүплександакуллану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2" w:type="dxa"/>
          </w:tcPr>
          <w:p w14:paraId="52CD20E0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2730B7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AAE4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D4C33BC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20.01</w:t>
            </w:r>
          </w:p>
        </w:tc>
        <w:tc>
          <w:tcPr>
            <w:tcW w:w="3119" w:type="dxa"/>
            <w:vMerge w:val="restart"/>
          </w:tcPr>
          <w:p w14:paraId="3F695C48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  <w:r w:rsidRPr="00145A4E">
              <w:rPr>
                <w:b/>
                <w:color w:val="4F81BD" w:themeColor="accent1"/>
                <w:sz w:val="16"/>
                <w:szCs w:val="16"/>
                <w:lang w:val="tt-RU"/>
              </w:rPr>
              <w:t>https://nsportal.ru/shkola/rodnoy-yazyk-i-literatura/library/2013/11/14/yalgyzlyk-isemnr-sobstvennye-imena</w:t>
            </w:r>
          </w:p>
        </w:tc>
      </w:tr>
      <w:tr w:rsidR="00895C35" w:rsidRPr="00EC3585" w14:paraId="3C745980" w14:textId="77777777" w:rsidTr="005E6A4F">
        <w:trPr>
          <w:trHeight w:val="830"/>
        </w:trPr>
        <w:tc>
          <w:tcPr>
            <w:tcW w:w="852" w:type="dxa"/>
          </w:tcPr>
          <w:p w14:paraId="2DAE83A5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1AFD111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798518A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210EB6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E23DC1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0BFE429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22.01</w:t>
            </w:r>
          </w:p>
        </w:tc>
        <w:tc>
          <w:tcPr>
            <w:tcW w:w="3119" w:type="dxa"/>
            <w:vMerge/>
          </w:tcPr>
          <w:p w14:paraId="7CA0B608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2F713D2F" w14:textId="77777777" w:rsidTr="005E6A4F">
        <w:tc>
          <w:tcPr>
            <w:tcW w:w="852" w:type="dxa"/>
          </w:tcPr>
          <w:p w14:paraId="569A626F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7BBF1B7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 w:rsidRPr="008A1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8A140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Иҗадидәрес</w:t>
            </w:r>
            <w:proofErr w:type="spellEnd"/>
          </w:p>
        </w:tc>
        <w:tc>
          <w:tcPr>
            <w:tcW w:w="982" w:type="dxa"/>
          </w:tcPr>
          <w:p w14:paraId="6D8E31B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317542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10498C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86551F4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24.01</w:t>
            </w:r>
          </w:p>
        </w:tc>
        <w:tc>
          <w:tcPr>
            <w:tcW w:w="3119" w:type="dxa"/>
          </w:tcPr>
          <w:p w14:paraId="0205B15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35C1ED77" w14:textId="77777777" w:rsidTr="005E6A4F">
        <w:tc>
          <w:tcPr>
            <w:tcW w:w="852" w:type="dxa"/>
          </w:tcPr>
          <w:p w14:paraId="2645011B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404828C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2B51F89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2BABAE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0A222E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72143EB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27.01</w:t>
            </w:r>
          </w:p>
        </w:tc>
        <w:tc>
          <w:tcPr>
            <w:tcW w:w="3119" w:type="dxa"/>
          </w:tcPr>
          <w:p w14:paraId="52377CF7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2065445C" w14:textId="77777777" w:rsidTr="005E6A4F">
        <w:trPr>
          <w:trHeight w:val="800"/>
        </w:trPr>
        <w:tc>
          <w:tcPr>
            <w:tcW w:w="852" w:type="dxa"/>
          </w:tcPr>
          <w:p w14:paraId="6BBFD0FC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38C13CD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Имя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прилагательное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Сыйфат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14:paraId="6847261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0C8C5BF4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7FB06A31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DE6CFB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0ABC5BE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71E896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9892D9F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29.01</w:t>
            </w:r>
          </w:p>
        </w:tc>
        <w:tc>
          <w:tcPr>
            <w:tcW w:w="3119" w:type="dxa"/>
          </w:tcPr>
          <w:p w14:paraId="4EA80F71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67833DF8" w14:textId="77777777" w:rsidTr="005E6A4F">
        <w:trPr>
          <w:trHeight w:val="800"/>
        </w:trPr>
        <w:tc>
          <w:tcPr>
            <w:tcW w:w="852" w:type="dxa"/>
          </w:tcPr>
          <w:p w14:paraId="67FC3CE2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52B8A489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108CEDF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992008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12B5F8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7FBF2F7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31.01</w:t>
            </w:r>
          </w:p>
        </w:tc>
        <w:tc>
          <w:tcPr>
            <w:tcW w:w="3119" w:type="dxa"/>
          </w:tcPr>
          <w:p w14:paraId="57A4C76B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3CB48894" w14:textId="77777777" w:rsidTr="005E6A4F">
        <w:trPr>
          <w:trHeight w:val="850"/>
        </w:trPr>
        <w:tc>
          <w:tcPr>
            <w:tcW w:w="852" w:type="dxa"/>
          </w:tcPr>
          <w:p w14:paraId="30ED34B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170C910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Прилагательные синонимы и антонимы</w:t>
            </w:r>
            <w:proofErr w:type="gramStart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/.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Синоним</w:t>
            </w:r>
            <w:proofErr w:type="gramEnd"/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сыйфатлар. 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Антоним</w:t>
            </w:r>
            <w:proofErr w:type="spellEnd"/>
            <w:r w:rsidRPr="008A1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сыйфатлар</w:t>
            </w:r>
            <w:proofErr w:type="spellEnd"/>
          </w:p>
        </w:tc>
        <w:tc>
          <w:tcPr>
            <w:tcW w:w="982" w:type="dxa"/>
          </w:tcPr>
          <w:p w14:paraId="58254C2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29E7695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DC1A53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EB408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417ABA5" w14:textId="77777777" w:rsidR="00895C35" w:rsidRPr="00035C70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035C70">
              <w:rPr>
                <w:rStyle w:val="aff9"/>
                <w:rFonts w:ascii="Times New Roman" w:eastAsiaTheme="minorEastAsia" w:hAnsi="Times New Roman"/>
                <w:lang w:val="tt-RU"/>
              </w:rPr>
              <w:t>03.02</w:t>
            </w:r>
          </w:p>
        </w:tc>
        <w:tc>
          <w:tcPr>
            <w:tcW w:w="3119" w:type="dxa"/>
          </w:tcPr>
          <w:p w14:paraId="4B20DE17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3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46F4E9A7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EC3585" w14:paraId="0F8A3728" w14:textId="77777777" w:rsidTr="005E6A4F">
        <w:trPr>
          <w:trHeight w:val="850"/>
        </w:trPr>
        <w:tc>
          <w:tcPr>
            <w:tcW w:w="852" w:type="dxa"/>
          </w:tcPr>
          <w:p w14:paraId="74E87898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15674F77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37603F9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274D9B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7D0914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76318AE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035C70">
              <w:rPr>
                <w:rFonts w:ascii="Times New Roman" w:hAnsi="Times New Roman"/>
                <w:lang w:val="tt-RU"/>
              </w:rPr>
              <w:t>05.02</w:t>
            </w:r>
          </w:p>
        </w:tc>
        <w:tc>
          <w:tcPr>
            <w:tcW w:w="3119" w:type="dxa"/>
          </w:tcPr>
          <w:p w14:paraId="2FB6B6A9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4E1A2357" w14:textId="77777777" w:rsidTr="005E6A4F">
        <w:tc>
          <w:tcPr>
            <w:tcW w:w="852" w:type="dxa"/>
          </w:tcPr>
          <w:p w14:paraId="4472B121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7F02104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текстом./Текст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беләнэшАудиотекстбеләнэшләү</w:t>
            </w:r>
            <w:proofErr w:type="spellEnd"/>
          </w:p>
        </w:tc>
        <w:tc>
          <w:tcPr>
            <w:tcW w:w="982" w:type="dxa"/>
          </w:tcPr>
          <w:p w14:paraId="0D379D6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99F67C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35DA0A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9E7F7B7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</w:rPr>
            </w:pPr>
            <w:r w:rsidRPr="00035C70">
              <w:rPr>
                <w:rFonts w:ascii="Times New Roman" w:hAnsi="Times New Roman"/>
              </w:rPr>
              <w:t>07.02</w:t>
            </w:r>
          </w:p>
        </w:tc>
        <w:tc>
          <w:tcPr>
            <w:tcW w:w="3119" w:type="dxa"/>
          </w:tcPr>
          <w:p w14:paraId="7316D5EF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5C35" w:rsidRPr="00925DBC" w14:paraId="0818DF61" w14:textId="77777777" w:rsidTr="005E6A4F">
        <w:tc>
          <w:tcPr>
            <w:tcW w:w="852" w:type="dxa"/>
          </w:tcPr>
          <w:p w14:paraId="5BCAA1A3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07A7CCA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4B63AFE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4A5F634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871073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32DBF90" w14:textId="77777777" w:rsidR="00895C35" w:rsidRPr="00035C70" w:rsidRDefault="00895C35" w:rsidP="005E6A4F">
            <w:pPr>
              <w:jc w:val="center"/>
              <w:rPr>
                <w:rFonts w:ascii="Times New Roman" w:hAnsi="Times New Roman"/>
              </w:rPr>
            </w:pPr>
            <w:r w:rsidRPr="00035C70">
              <w:rPr>
                <w:rFonts w:ascii="Times New Roman" w:hAnsi="Times New Roman"/>
              </w:rPr>
              <w:t>10.02</w:t>
            </w:r>
          </w:p>
        </w:tc>
        <w:tc>
          <w:tcPr>
            <w:tcW w:w="3119" w:type="dxa"/>
          </w:tcPr>
          <w:p w14:paraId="7D1ACC34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5C35" w:rsidRPr="006D3E3C" w14:paraId="5756EA03" w14:textId="77777777" w:rsidTr="005E6A4F">
        <w:trPr>
          <w:trHeight w:val="820"/>
        </w:trPr>
        <w:tc>
          <w:tcPr>
            <w:tcW w:w="852" w:type="dxa"/>
          </w:tcPr>
          <w:p w14:paraId="3D3E42B6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18921BFB" w14:textId="77777777" w:rsidR="00895C35" w:rsidRP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Местоимение. Личные местоимения (повторение)/ 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Алмашлык Зат алмашлыклары</w:t>
            </w:r>
          </w:p>
        </w:tc>
        <w:tc>
          <w:tcPr>
            <w:tcW w:w="982" w:type="dxa"/>
          </w:tcPr>
          <w:p w14:paraId="38483A2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45ECFA4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F4A9AD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5C23C9A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3FCF74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AA7E557" w14:textId="77777777" w:rsidR="00895C35" w:rsidRPr="003844E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3844ED">
              <w:rPr>
                <w:rStyle w:val="aff9"/>
                <w:rFonts w:ascii="Times New Roman" w:eastAsiaTheme="minorEastAsia" w:hAnsi="Times New Roman"/>
                <w:lang w:val="tt-RU"/>
              </w:rPr>
              <w:t>12.02</w:t>
            </w:r>
          </w:p>
        </w:tc>
        <w:tc>
          <w:tcPr>
            <w:tcW w:w="3119" w:type="dxa"/>
          </w:tcPr>
          <w:p w14:paraId="1616266E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4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6ACD0C1F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6B2EE547" w14:textId="77777777" w:rsidTr="005E6A4F">
        <w:trPr>
          <w:trHeight w:val="820"/>
        </w:trPr>
        <w:tc>
          <w:tcPr>
            <w:tcW w:w="852" w:type="dxa"/>
          </w:tcPr>
          <w:p w14:paraId="3C5C4C88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3BF0D646" w14:textId="77777777" w:rsidR="00895C35" w:rsidRPr="008A1407" w:rsidRDefault="00895C35" w:rsidP="005E6A4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2158FF3E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E44AFC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C17953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FC3726A" w14:textId="77777777" w:rsidR="00895C35" w:rsidRPr="003844ED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3844ED">
              <w:rPr>
                <w:rFonts w:ascii="Times New Roman" w:hAnsi="Times New Roman"/>
                <w:lang w:val="tt-RU"/>
              </w:rPr>
              <w:t>14.02</w:t>
            </w:r>
          </w:p>
        </w:tc>
        <w:tc>
          <w:tcPr>
            <w:tcW w:w="3119" w:type="dxa"/>
          </w:tcPr>
          <w:p w14:paraId="5808F86A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37EB34E7" w14:textId="77777777" w:rsidTr="005E6A4F">
        <w:trPr>
          <w:trHeight w:val="840"/>
        </w:trPr>
        <w:tc>
          <w:tcPr>
            <w:tcW w:w="852" w:type="dxa"/>
          </w:tcPr>
          <w:p w14:paraId="011ECEC8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15EF770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Склонение личных местоимений по падежам/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Зат алмашлыкларының килеш белән төрләнеше</w:t>
            </w:r>
          </w:p>
        </w:tc>
        <w:tc>
          <w:tcPr>
            <w:tcW w:w="982" w:type="dxa"/>
          </w:tcPr>
          <w:p w14:paraId="1EB6B72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29DA74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526346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5B53606" w14:textId="77777777" w:rsidR="00895C35" w:rsidRPr="003844ED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3844ED">
              <w:rPr>
                <w:rFonts w:ascii="Times New Roman" w:hAnsi="Times New Roman"/>
                <w:lang w:val="tt-RU"/>
              </w:rPr>
              <w:t>17.02</w:t>
            </w:r>
          </w:p>
        </w:tc>
        <w:tc>
          <w:tcPr>
            <w:tcW w:w="3119" w:type="dxa"/>
          </w:tcPr>
          <w:p w14:paraId="03E65F85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1AA5DE4A" w14:textId="77777777" w:rsidTr="005E6A4F">
        <w:trPr>
          <w:trHeight w:val="830"/>
        </w:trPr>
        <w:tc>
          <w:tcPr>
            <w:tcW w:w="852" w:type="dxa"/>
          </w:tcPr>
          <w:p w14:paraId="5559559D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5F363DC0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Указательные и вопросительные местоимения./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Күрсәтү һәм сорау алмашлыклары</w:t>
            </w:r>
          </w:p>
        </w:tc>
        <w:tc>
          <w:tcPr>
            <w:tcW w:w="982" w:type="dxa"/>
          </w:tcPr>
          <w:p w14:paraId="3EEBE72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7B0FE5C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BEE49D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F92F15A" w14:textId="77777777" w:rsidR="00895C35" w:rsidRPr="003844E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3844ED">
              <w:rPr>
                <w:rStyle w:val="aff9"/>
                <w:rFonts w:ascii="Times New Roman" w:eastAsiaTheme="minorEastAsia" w:hAnsi="Times New Roman"/>
                <w:lang w:val="tt-RU"/>
              </w:rPr>
              <w:t>19.02</w:t>
            </w:r>
          </w:p>
        </w:tc>
        <w:tc>
          <w:tcPr>
            <w:tcW w:w="3119" w:type="dxa"/>
            <w:vMerge w:val="restart"/>
          </w:tcPr>
          <w:p w14:paraId="7341F165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5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https://infourok.ru/prezentaciya-na-temu-po-tatarskomu-yaziku-krst-almashliklari-kl-3231908.html</w:t>
              </w:r>
            </w:hyperlink>
          </w:p>
          <w:p w14:paraId="43D69884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16F90F37" w14:textId="77777777" w:rsidTr="005E6A4F">
        <w:trPr>
          <w:trHeight w:val="469"/>
        </w:trPr>
        <w:tc>
          <w:tcPr>
            <w:tcW w:w="852" w:type="dxa"/>
          </w:tcPr>
          <w:p w14:paraId="684D8AA8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01CD3DB4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39C4E0B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50EE449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FC96F5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DC0BEA2" w14:textId="77777777" w:rsidR="00895C35" w:rsidRPr="003844ED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3844ED">
              <w:rPr>
                <w:rFonts w:ascii="Times New Roman" w:hAnsi="Times New Roman"/>
                <w:lang w:val="tt-RU"/>
              </w:rPr>
              <w:t>21.02</w:t>
            </w:r>
          </w:p>
        </w:tc>
        <w:tc>
          <w:tcPr>
            <w:tcW w:w="3119" w:type="dxa"/>
            <w:vMerge/>
          </w:tcPr>
          <w:p w14:paraId="765E33E0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6243B4F5" w14:textId="77777777" w:rsidTr="005E6A4F">
        <w:trPr>
          <w:trHeight w:val="575"/>
        </w:trPr>
        <w:tc>
          <w:tcPr>
            <w:tcW w:w="852" w:type="dxa"/>
          </w:tcPr>
          <w:p w14:paraId="6BC967C0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289E287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Использование личных местоимений в </w:t>
            </w:r>
            <w:proofErr w:type="gramStart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речи .</w:t>
            </w:r>
            <w:proofErr w:type="gramEnd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Алмашлыкларның сөйләмдә кулланылуы</w:t>
            </w:r>
          </w:p>
        </w:tc>
        <w:tc>
          <w:tcPr>
            <w:tcW w:w="982" w:type="dxa"/>
          </w:tcPr>
          <w:p w14:paraId="5684011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14:paraId="212A228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7C3D3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146019D" w14:textId="77777777" w:rsidR="00895C35" w:rsidRPr="003844E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3844ED">
              <w:rPr>
                <w:rStyle w:val="aff9"/>
                <w:rFonts w:ascii="Times New Roman" w:eastAsiaTheme="minorEastAsia" w:hAnsi="Times New Roman"/>
                <w:lang w:val="tt-RU"/>
              </w:rPr>
              <w:t>24.02</w:t>
            </w:r>
          </w:p>
        </w:tc>
        <w:tc>
          <w:tcPr>
            <w:tcW w:w="3119" w:type="dxa"/>
          </w:tcPr>
          <w:p w14:paraId="75B89D34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6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4673C46F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5C05679C" w14:textId="77777777" w:rsidTr="005E6A4F">
        <w:tc>
          <w:tcPr>
            <w:tcW w:w="852" w:type="dxa"/>
          </w:tcPr>
          <w:p w14:paraId="5A8204A7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48F958D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Сочинение</w:t>
            </w:r>
            <w:proofErr w:type="spellEnd"/>
          </w:p>
          <w:p w14:paraId="20D2896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47EDDE9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B819DE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693663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FC5D1EE" w14:textId="77777777" w:rsidR="00895C35" w:rsidRPr="003844ED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3844ED">
              <w:rPr>
                <w:rFonts w:ascii="Times New Roman" w:hAnsi="Times New Roman"/>
                <w:lang w:val="tt-RU"/>
              </w:rPr>
              <w:t>26.02</w:t>
            </w:r>
          </w:p>
        </w:tc>
        <w:tc>
          <w:tcPr>
            <w:tcW w:w="3119" w:type="dxa"/>
          </w:tcPr>
          <w:p w14:paraId="431371E6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212FE60D" w14:textId="77777777" w:rsidTr="005E6A4F">
        <w:trPr>
          <w:trHeight w:val="846"/>
        </w:trPr>
        <w:tc>
          <w:tcPr>
            <w:tcW w:w="852" w:type="dxa"/>
          </w:tcPr>
          <w:p w14:paraId="5664AA75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6EEC1BB9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Числительное. Количественные и порядковые числительные./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Сан. Сан төркемчәләре. Микъдар һәм тәртип саннары</w:t>
            </w:r>
          </w:p>
        </w:tc>
        <w:tc>
          <w:tcPr>
            <w:tcW w:w="982" w:type="dxa"/>
          </w:tcPr>
          <w:p w14:paraId="72F0848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0187C9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67189F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1CC5ECD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01CE65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FBCEAA7" w14:textId="77777777" w:rsidR="00895C35" w:rsidRPr="003844ED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3844ED">
              <w:rPr>
                <w:rStyle w:val="aff9"/>
                <w:rFonts w:ascii="Times New Roman" w:eastAsiaTheme="minorEastAsia" w:hAnsi="Times New Roman"/>
                <w:lang w:val="tt-RU"/>
              </w:rPr>
              <w:t>28.02</w:t>
            </w:r>
          </w:p>
        </w:tc>
        <w:tc>
          <w:tcPr>
            <w:tcW w:w="3119" w:type="dxa"/>
            <w:vMerge w:val="restart"/>
          </w:tcPr>
          <w:p w14:paraId="2D82BCBF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7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https://nsportal.ru/shkola/rodnoy-yazyk-i-literatura/library/2019/10/24/mikdar-hm-trtip-sannary</w:t>
              </w:r>
            </w:hyperlink>
          </w:p>
          <w:p w14:paraId="0B8FA815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026C5D11" w14:textId="77777777" w:rsidTr="005E6A4F">
        <w:trPr>
          <w:trHeight w:val="846"/>
        </w:trPr>
        <w:tc>
          <w:tcPr>
            <w:tcW w:w="852" w:type="dxa"/>
          </w:tcPr>
          <w:p w14:paraId="459951F2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5E986DC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0AE7668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A54791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5B66ED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2C67E15" w14:textId="77777777" w:rsidR="00895C35" w:rsidRPr="003844ED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3844ED">
              <w:rPr>
                <w:rFonts w:ascii="Times New Roman" w:hAnsi="Times New Roman"/>
                <w:lang w:val="tt-RU"/>
              </w:rPr>
              <w:t>02.03</w:t>
            </w:r>
          </w:p>
        </w:tc>
        <w:tc>
          <w:tcPr>
            <w:tcW w:w="3119" w:type="dxa"/>
            <w:vMerge/>
          </w:tcPr>
          <w:p w14:paraId="13DF8E8C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146ED71E" w14:textId="77777777" w:rsidTr="005E6A4F">
        <w:trPr>
          <w:trHeight w:val="846"/>
        </w:trPr>
        <w:tc>
          <w:tcPr>
            <w:tcW w:w="852" w:type="dxa"/>
          </w:tcPr>
          <w:p w14:paraId="123B153E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7FAAAA9D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516037A1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7342F93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B5FE27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87FB24A" w14:textId="77777777" w:rsidR="00895C35" w:rsidRPr="00FB2311" w:rsidRDefault="00895C35" w:rsidP="005E6A4F">
            <w:pPr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FB2311">
              <w:rPr>
                <w:rFonts w:ascii="Times New Roman" w:hAnsi="Times New Roman"/>
                <w:color w:val="000000" w:themeColor="text1"/>
                <w:lang w:val="tt-RU"/>
              </w:rPr>
              <w:t>04.03</w:t>
            </w:r>
          </w:p>
        </w:tc>
        <w:tc>
          <w:tcPr>
            <w:tcW w:w="3119" w:type="dxa"/>
            <w:vMerge/>
          </w:tcPr>
          <w:p w14:paraId="35E7B09A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48ECA18B" w14:textId="77777777" w:rsidTr="005E6A4F">
        <w:trPr>
          <w:trHeight w:val="601"/>
        </w:trPr>
        <w:tc>
          <w:tcPr>
            <w:tcW w:w="852" w:type="dxa"/>
          </w:tcPr>
          <w:p w14:paraId="7B3F6533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4A1A446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Склонение числительных по падежам/Саннарның килеш белән төрләнеше</w:t>
            </w:r>
          </w:p>
        </w:tc>
        <w:tc>
          <w:tcPr>
            <w:tcW w:w="982" w:type="dxa"/>
          </w:tcPr>
          <w:p w14:paraId="6CBFB67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1C85EF5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14:paraId="4EEFA19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5F2D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7131B86" w14:textId="77777777" w:rsidR="00895C35" w:rsidRPr="00FB2311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color w:val="000000" w:themeColor="text1"/>
                <w:lang w:val="tt-RU"/>
              </w:rPr>
            </w:pPr>
            <w:r w:rsidRPr="00FB2311">
              <w:rPr>
                <w:rStyle w:val="aff9"/>
                <w:rFonts w:ascii="Times New Roman" w:eastAsiaTheme="minorEastAsia" w:hAnsi="Times New Roman"/>
                <w:color w:val="000000" w:themeColor="text1"/>
                <w:lang w:val="tt-RU"/>
              </w:rPr>
              <w:t>06.03</w:t>
            </w:r>
          </w:p>
        </w:tc>
        <w:tc>
          <w:tcPr>
            <w:tcW w:w="3119" w:type="dxa"/>
          </w:tcPr>
          <w:p w14:paraId="5313943B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8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312A903F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6714B300" w14:textId="77777777" w:rsidTr="005E6A4F">
        <w:tc>
          <w:tcPr>
            <w:tcW w:w="852" w:type="dxa"/>
          </w:tcPr>
          <w:p w14:paraId="38FE3779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0BA2FEF7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982" w:type="dxa"/>
          </w:tcPr>
          <w:p w14:paraId="071C13B0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5B2C052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2CD93B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3A79277" w14:textId="77777777" w:rsidR="00895C35" w:rsidRPr="00FB2311" w:rsidRDefault="00895C35" w:rsidP="005E6A4F">
            <w:pPr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FB2311">
              <w:rPr>
                <w:rFonts w:ascii="Times New Roman" w:hAnsi="Times New Roman"/>
                <w:color w:val="000000" w:themeColor="text1"/>
                <w:lang w:val="tt-RU"/>
              </w:rPr>
              <w:t>09.03</w:t>
            </w:r>
          </w:p>
        </w:tc>
        <w:tc>
          <w:tcPr>
            <w:tcW w:w="3119" w:type="dxa"/>
          </w:tcPr>
          <w:p w14:paraId="2EAABCAB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0B60EEDE" w14:textId="77777777" w:rsidTr="005E6A4F">
        <w:trPr>
          <w:trHeight w:val="800"/>
        </w:trPr>
        <w:tc>
          <w:tcPr>
            <w:tcW w:w="852" w:type="dxa"/>
          </w:tcPr>
          <w:p w14:paraId="202400C3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203DF2B0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Глагол. Форма повелительного наклонения глагола./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Фигыль сүз төркеме. Боерык фигыль</w:t>
            </w:r>
          </w:p>
          <w:p w14:paraId="0394061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60BB0E2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31BC26C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AFE5631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6A3D6F0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1D9D04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C1871D0" w14:textId="77777777" w:rsidR="00895C35" w:rsidRPr="00FB2311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color w:val="000000" w:themeColor="text1"/>
                <w:lang w:val="tt-RU"/>
              </w:rPr>
            </w:pPr>
            <w:r w:rsidRPr="00FB2311">
              <w:rPr>
                <w:rStyle w:val="aff9"/>
                <w:rFonts w:ascii="Times New Roman" w:eastAsiaTheme="minorEastAsia" w:hAnsi="Times New Roman"/>
                <w:color w:val="000000" w:themeColor="text1"/>
                <w:lang w:val="tt-RU"/>
              </w:rPr>
              <w:t>11.03</w:t>
            </w:r>
          </w:p>
        </w:tc>
        <w:tc>
          <w:tcPr>
            <w:tcW w:w="3119" w:type="dxa"/>
          </w:tcPr>
          <w:p w14:paraId="40D3049D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79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7A64E2E2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0095F05C" w14:textId="77777777" w:rsidTr="005E6A4F">
        <w:trPr>
          <w:trHeight w:val="800"/>
        </w:trPr>
        <w:tc>
          <w:tcPr>
            <w:tcW w:w="852" w:type="dxa"/>
          </w:tcPr>
          <w:p w14:paraId="20B86A61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5DD5D9C3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700FF57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F48B81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3CB068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EC6170C" w14:textId="77777777" w:rsidR="00895C35" w:rsidRPr="00FB2311" w:rsidRDefault="00895C35" w:rsidP="005E6A4F">
            <w:pPr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FB2311">
              <w:rPr>
                <w:rFonts w:ascii="Times New Roman" w:hAnsi="Times New Roman"/>
                <w:color w:val="000000" w:themeColor="text1"/>
                <w:lang w:val="tt-RU"/>
              </w:rPr>
              <w:t>13.03</w:t>
            </w:r>
          </w:p>
        </w:tc>
        <w:tc>
          <w:tcPr>
            <w:tcW w:w="3119" w:type="dxa"/>
          </w:tcPr>
          <w:p w14:paraId="406F156E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267C58A7" w14:textId="77777777" w:rsidTr="005E6A4F">
        <w:trPr>
          <w:trHeight w:val="850"/>
        </w:trPr>
        <w:tc>
          <w:tcPr>
            <w:tcW w:w="852" w:type="dxa"/>
          </w:tcPr>
          <w:p w14:paraId="1332B345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1B141A3D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Основа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глагола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</w:rPr>
              <w:t>. 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Фигыльнең нигезе</w:t>
            </w:r>
          </w:p>
        </w:tc>
        <w:tc>
          <w:tcPr>
            <w:tcW w:w="982" w:type="dxa"/>
          </w:tcPr>
          <w:p w14:paraId="6D3F4FA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30E0297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A4012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8CD8BEB" w14:textId="77777777" w:rsidR="00895C35" w:rsidRPr="00FB2311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color w:val="000000" w:themeColor="text1"/>
                <w:lang w:val="tt-RU"/>
              </w:rPr>
            </w:pPr>
            <w:r w:rsidRPr="00FB2311">
              <w:rPr>
                <w:rStyle w:val="aff9"/>
                <w:rFonts w:ascii="Times New Roman" w:eastAsiaTheme="minorEastAsia" w:hAnsi="Times New Roman"/>
                <w:color w:val="000000" w:themeColor="text1"/>
                <w:lang w:val="tt-RU"/>
              </w:rPr>
              <w:t>16.03</w:t>
            </w:r>
          </w:p>
        </w:tc>
        <w:tc>
          <w:tcPr>
            <w:tcW w:w="3119" w:type="dxa"/>
          </w:tcPr>
          <w:p w14:paraId="507D59D0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0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73EB572D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0BC137D7" w14:textId="77777777" w:rsidTr="005E6A4F">
        <w:trPr>
          <w:trHeight w:val="491"/>
        </w:trPr>
        <w:tc>
          <w:tcPr>
            <w:tcW w:w="852" w:type="dxa"/>
          </w:tcPr>
          <w:p w14:paraId="0B61C986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417CDEC4" w14:textId="77777777" w:rsidR="00895C35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8A140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Кабатлау</w:t>
            </w:r>
            <w:r w:rsidRPr="008A1407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8A1407">
              <w:rPr>
                <w:rFonts w:ascii="Times New Roman" w:hAnsi="Times New Roman"/>
                <w:sz w:val="24"/>
                <w:szCs w:val="24"/>
              </w:rPr>
              <w:t>Аудиотекстбеләнэшләү</w:t>
            </w:r>
            <w:proofErr w:type="spellEnd"/>
          </w:p>
          <w:p w14:paraId="6E7ACACF" w14:textId="77777777" w:rsid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C35D95" w14:textId="77777777" w:rsidR="00895C35" w:rsidRPr="006050AE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82" w:type="dxa"/>
          </w:tcPr>
          <w:p w14:paraId="1CEA1D0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C689824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33A18DE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7CE5F5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32C66D2" w14:textId="77777777" w:rsidR="00895C35" w:rsidRPr="00FB2311" w:rsidRDefault="00895C35" w:rsidP="005E6A4F">
            <w:pPr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FB2311">
              <w:rPr>
                <w:rFonts w:ascii="Times New Roman" w:hAnsi="Times New Roman"/>
                <w:color w:val="000000" w:themeColor="text1"/>
                <w:lang w:val="tt-RU"/>
              </w:rPr>
              <w:t>18.03</w:t>
            </w:r>
          </w:p>
        </w:tc>
        <w:tc>
          <w:tcPr>
            <w:tcW w:w="3119" w:type="dxa"/>
          </w:tcPr>
          <w:p w14:paraId="79715470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1AED5C4A" w14:textId="77777777" w:rsidTr="005E6A4F">
        <w:trPr>
          <w:trHeight w:val="491"/>
        </w:trPr>
        <w:tc>
          <w:tcPr>
            <w:tcW w:w="852" w:type="dxa"/>
          </w:tcPr>
          <w:p w14:paraId="0E87DCFE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0D35C45C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62BAA6D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2DA00A8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FC1D21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9A664EB" w14:textId="77777777" w:rsidR="00895C35" w:rsidRPr="00FB2311" w:rsidRDefault="00895C35" w:rsidP="005E6A4F">
            <w:pPr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FB2311">
              <w:rPr>
                <w:rFonts w:ascii="Times New Roman" w:hAnsi="Times New Roman"/>
                <w:color w:val="000000" w:themeColor="text1"/>
                <w:lang w:val="tt-RU"/>
              </w:rPr>
              <w:t>20.03</w:t>
            </w:r>
          </w:p>
        </w:tc>
        <w:tc>
          <w:tcPr>
            <w:tcW w:w="3119" w:type="dxa"/>
          </w:tcPr>
          <w:p w14:paraId="7F7A892C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0057C6F7" w14:textId="77777777" w:rsidTr="005E6A4F">
        <w:tc>
          <w:tcPr>
            <w:tcW w:w="852" w:type="dxa"/>
          </w:tcPr>
          <w:p w14:paraId="1EFA4DBD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038510C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8A140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2" w:type="dxa"/>
          </w:tcPr>
          <w:p w14:paraId="22E034F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E5DEAA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14:paraId="44002EE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61562FC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01.04</w:t>
            </w:r>
          </w:p>
        </w:tc>
        <w:tc>
          <w:tcPr>
            <w:tcW w:w="3119" w:type="dxa"/>
          </w:tcPr>
          <w:p w14:paraId="0D83476D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D1446" w14:paraId="651795A0" w14:textId="77777777" w:rsidTr="005E6A4F">
        <w:trPr>
          <w:trHeight w:val="810"/>
        </w:trPr>
        <w:tc>
          <w:tcPr>
            <w:tcW w:w="852" w:type="dxa"/>
          </w:tcPr>
          <w:p w14:paraId="4278A535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2966B3EE" w14:textId="77777777" w:rsidR="00895C35" w:rsidRPr="008A1407" w:rsidRDefault="00895C35" w:rsidP="005E6A4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textAlignment w:val="top"/>
              <w:outlineLvl w:val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Настоящее  время глагола изъявительного наклонения времени./Хәзерге заман хикәя фигыль</w:t>
            </w:r>
          </w:p>
          <w:p w14:paraId="641172D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0C70C4C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  <w:p w14:paraId="5D3AECF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A1FA01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3900C14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D0343C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14C806A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03.04</w:t>
            </w:r>
          </w:p>
        </w:tc>
        <w:tc>
          <w:tcPr>
            <w:tcW w:w="3119" w:type="dxa"/>
          </w:tcPr>
          <w:p w14:paraId="5EE728DD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D1446" w14:paraId="17CB98EF" w14:textId="77777777" w:rsidTr="005E6A4F">
        <w:trPr>
          <w:trHeight w:val="810"/>
        </w:trPr>
        <w:tc>
          <w:tcPr>
            <w:tcW w:w="852" w:type="dxa"/>
          </w:tcPr>
          <w:p w14:paraId="54D4182E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67B07C9E" w14:textId="77777777" w:rsidR="00895C35" w:rsidRPr="008A1407" w:rsidRDefault="00895C35" w:rsidP="005E6A4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textAlignment w:val="top"/>
              <w:outlineLvl w:val="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78A9A66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1F623BB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69A14E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021B771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06.04</w:t>
            </w:r>
          </w:p>
        </w:tc>
        <w:tc>
          <w:tcPr>
            <w:tcW w:w="3119" w:type="dxa"/>
          </w:tcPr>
          <w:p w14:paraId="188740BF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24AC7568" w14:textId="77777777" w:rsidTr="005E6A4F">
        <w:trPr>
          <w:trHeight w:val="850"/>
        </w:trPr>
        <w:tc>
          <w:tcPr>
            <w:tcW w:w="852" w:type="dxa"/>
          </w:tcPr>
          <w:p w14:paraId="78B6CF7A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1842868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Отрицательная форма глагола изъявительного наклонения/  Хикәя фигыльнең юклык формасы</w:t>
            </w:r>
          </w:p>
        </w:tc>
        <w:tc>
          <w:tcPr>
            <w:tcW w:w="982" w:type="dxa"/>
          </w:tcPr>
          <w:p w14:paraId="4B30227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10A804C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8CB36C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7025CBE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08.04</w:t>
            </w:r>
          </w:p>
        </w:tc>
        <w:tc>
          <w:tcPr>
            <w:tcW w:w="3119" w:type="dxa"/>
          </w:tcPr>
          <w:p w14:paraId="40ACD20B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1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4102D4DA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2585039B" w14:textId="77777777" w:rsidTr="005E6A4F">
        <w:trPr>
          <w:trHeight w:val="800"/>
        </w:trPr>
        <w:tc>
          <w:tcPr>
            <w:tcW w:w="852" w:type="dxa"/>
          </w:tcPr>
          <w:p w14:paraId="0720D1D4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111E6A9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Глагол изъявительного наклонения прошедшего времени /Үткән заман хикәя фигыль</w:t>
            </w:r>
          </w:p>
          <w:p w14:paraId="56EBDBA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3156635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5A2EF4D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567411A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DD6384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E3A5C0D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10.04</w:t>
            </w:r>
          </w:p>
        </w:tc>
        <w:tc>
          <w:tcPr>
            <w:tcW w:w="3119" w:type="dxa"/>
          </w:tcPr>
          <w:p w14:paraId="7FEA5182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2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5B45F2EB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5A454371" w14:textId="77777777" w:rsidTr="005E6A4F">
        <w:trPr>
          <w:trHeight w:val="455"/>
        </w:trPr>
        <w:tc>
          <w:tcPr>
            <w:tcW w:w="852" w:type="dxa"/>
          </w:tcPr>
          <w:p w14:paraId="7AE809CD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32CCFC0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7CED6A70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3B1938F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1ABDD6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959D205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13.04</w:t>
            </w:r>
          </w:p>
        </w:tc>
        <w:tc>
          <w:tcPr>
            <w:tcW w:w="3119" w:type="dxa"/>
          </w:tcPr>
          <w:p w14:paraId="15DAF198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3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0B731DA7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5ADAB189" w14:textId="77777777" w:rsidTr="005E6A4F">
        <w:trPr>
          <w:trHeight w:val="860"/>
        </w:trPr>
        <w:tc>
          <w:tcPr>
            <w:tcW w:w="852" w:type="dxa"/>
          </w:tcPr>
          <w:p w14:paraId="2E393399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637D3D7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Неопределенная форма глагола прошедшего времени/ Фигыльнең билгесез үткән заман формасы</w:t>
            </w:r>
          </w:p>
        </w:tc>
        <w:tc>
          <w:tcPr>
            <w:tcW w:w="982" w:type="dxa"/>
          </w:tcPr>
          <w:p w14:paraId="56ACB42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3A87606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68955E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DB0A77B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15.04</w:t>
            </w:r>
          </w:p>
        </w:tc>
        <w:tc>
          <w:tcPr>
            <w:tcW w:w="3119" w:type="dxa"/>
          </w:tcPr>
          <w:p w14:paraId="4D15CE35" w14:textId="77777777" w:rsidR="00895C35" w:rsidRPr="00145A4E" w:rsidRDefault="00000000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  <w:hyperlink r:id="rId84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https://nsportal.ru/shkola/inostrannye-yazyki/drugie-yazyki/library/2016/11/06/hikya-figylnen-bilgesez-utkn-zaman</w:t>
              </w:r>
            </w:hyperlink>
          </w:p>
          <w:p w14:paraId="5894ADC1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65432F1D" w14:textId="77777777" w:rsidTr="005E6A4F">
        <w:trPr>
          <w:trHeight w:val="764"/>
        </w:trPr>
        <w:tc>
          <w:tcPr>
            <w:tcW w:w="852" w:type="dxa"/>
          </w:tcPr>
          <w:p w14:paraId="12D9A83E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4318135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Отрицательная форма глагола прошедшего времени изъявительного наклонения /Үткән заман хикәя фигыльнең юклык формасы</w:t>
            </w:r>
          </w:p>
        </w:tc>
        <w:tc>
          <w:tcPr>
            <w:tcW w:w="982" w:type="dxa"/>
          </w:tcPr>
          <w:p w14:paraId="0DAAA8A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6714E36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7651DB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6D30F46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A1C085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07939BC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17.04</w:t>
            </w:r>
          </w:p>
        </w:tc>
        <w:tc>
          <w:tcPr>
            <w:tcW w:w="3119" w:type="dxa"/>
          </w:tcPr>
          <w:p w14:paraId="75A8E7B7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5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https://nsportal.ru/shkola/rodnoy-yazyk-i-literatura/library/2018/11/19/3nche-syynyf-rus-torkeme-utkn-zaman-hikya</w:t>
              </w:r>
            </w:hyperlink>
          </w:p>
          <w:p w14:paraId="6BCE5296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31C40F43" w14:textId="77777777" w:rsidTr="005E6A4F">
        <w:trPr>
          <w:trHeight w:val="764"/>
        </w:trPr>
        <w:tc>
          <w:tcPr>
            <w:tcW w:w="852" w:type="dxa"/>
          </w:tcPr>
          <w:p w14:paraId="5D7357A8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CF6A5F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0D4AD29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0A7D07F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9A6D81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0BD740E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20.04</w:t>
            </w:r>
          </w:p>
        </w:tc>
        <w:tc>
          <w:tcPr>
            <w:tcW w:w="3119" w:type="dxa"/>
          </w:tcPr>
          <w:p w14:paraId="4F19F475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3DBA3D9A" w14:textId="77777777" w:rsidTr="005E6A4F">
        <w:trPr>
          <w:trHeight w:val="1100"/>
        </w:trPr>
        <w:tc>
          <w:tcPr>
            <w:tcW w:w="852" w:type="dxa"/>
          </w:tcPr>
          <w:p w14:paraId="498A4040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57CFB8F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Отрицательный аспект 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изъявительного наклонения определенного  прошедшего   времени/ Билгеле үткән заман хикәя фигыльнең юклык формасы</w:t>
            </w:r>
          </w:p>
        </w:tc>
        <w:tc>
          <w:tcPr>
            <w:tcW w:w="982" w:type="dxa"/>
          </w:tcPr>
          <w:p w14:paraId="56F7637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BAF017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3D78E5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F7C794B" w14:textId="77777777" w:rsidR="00895C35" w:rsidRPr="008740B6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740B6">
              <w:rPr>
                <w:rFonts w:ascii="Times New Roman" w:hAnsi="Times New Roman"/>
                <w:lang w:val="tt-RU"/>
              </w:rPr>
              <w:t>22.04</w:t>
            </w:r>
          </w:p>
        </w:tc>
        <w:tc>
          <w:tcPr>
            <w:tcW w:w="3119" w:type="dxa"/>
          </w:tcPr>
          <w:p w14:paraId="15461C59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263D7A28" w14:textId="77777777" w:rsidTr="005E6A4F">
        <w:trPr>
          <w:trHeight w:val="720"/>
        </w:trPr>
        <w:tc>
          <w:tcPr>
            <w:tcW w:w="852" w:type="dxa"/>
          </w:tcPr>
          <w:p w14:paraId="2CDA0A6C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43CEA40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Изъявительное наклонение  будущего  времени.</w:t>
            </w: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Употребление глаголов в речи.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/ Фигыльнең киләчәк заман формасы. Фигыльнең сөйләмдә кулланылышы</w:t>
            </w:r>
          </w:p>
        </w:tc>
        <w:tc>
          <w:tcPr>
            <w:tcW w:w="982" w:type="dxa"/>
          </w:tcPr>
          <w:p w14:paraId="697795BB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2BB80412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D80F7E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7B38986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6DAFB86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9419E9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56D9445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24.04</w:t>
            </w:r>
          </w:p>
        </w:tc>
        <w:tc>
          <w:tcPr>
            <w:tcW w:w="3119" w:type="dxa"/>
            <w:vMerge w:val="restart"/>
          </w:tcPr>
          <w:p w14:paraId="47DDE240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6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https://nsportal.ru/nachalnaya-shkola/regionalnyy-komponent/2020/12/16/hikya-figylnen-kilchk-zaman-formalary</w:t>
              </w:r>
            </w:hyperlink>
          </w:p>
        </w:tc>
      </w:tr>
      <w:tr w:rsidR="00895C35" w:rsidRPr="00EC3585" w14:paraId="0D6317C9" w14:textId="77777777" w:rsidTr="005E6A4F">
        <w:trPr>
          <w:trHeight w:val="840"/>
        </w:trPr>
        <w:tc>
          <w:tcPr>
            <w:tcW w:w="852" w:type="dxa"/>
          </w:tcPr>
          <w:p w14:paraId="1F842042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AD641A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78A11D3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57EAFC1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CD58C8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77C8A74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27.04</w:t>
            </w:r>
          </w:p>
        </w:tc>
        <w:tc>
          <w:tcPr>
            <w:tcW w:w="3119" w:type="dxa"/>
            <w:vMerge/>
          </w:tcPr>
          <w:p w14:paraId="5FD8708F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8501D6" w14:paraId="18885624" w14:textId="77777777" w:rsidTr="005E6A4F">
        <w:trPr>
          <w:trHeight w:val="820"/>
        </w:trPr>
        <w:tc>
          <w:tcPr>
            <w:tcW w:w="852" w:type="dxa"/>
          </w:tcPr>
          <w:p w14:paraId="2D943AD5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2AA1DBC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Слова, обозначающие время /Вакытны белдерә торган сүзләр</w:t>
            </w:r>
          </w:p>
        </w:tc>
        <w:tc>
          <w:tcPr>
            <w:tcW w:w="982" w:type="dxa"/>
          </w:tcPr>
          <w:p w14:paraId="1E79A921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3C5A1B2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7D14C0F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35FDCEC" w14:textId="77777777" w:rsidR="00895C35" w:rsidRPr="008740B6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8740B6">
              <w:rPr>
                <w:rFonts w:ascii="Times New Roman" w:hAnsi="Times New Roman"/>
                <w:lang w:val="tt-RU"/>
              </w:rPr>
              <w:t>29.04</w:t>
            </w:r>
          </w:p>
        </w:tc>
        <w:tc>
          <w:tcPr>
            <w:tcW w:w="3119" w:type="dxa"/>
          </w:tcPr>
          <w:p w14:paraId="6FAB4524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925DBC" w14:paraId="1B76F97B" w14:textId="77777777" w:rsidTr="005E6A4F">
        <w:tc>
          <w:tcPr>
            <w:tcW w:w="852" w:type="dxa"/>
          </w:tcPr>
          <w:p w14:paraId="415D5176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340AE00E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Повторение</w:t>
            </w:r>
            <w:r w:rsidRPr="008A1407">
              <w:rPr>
                <w:rFonts w:ascii="Times New Roman" w:hAnsi="Times New Roman"/>
                <w:sz w:val="24"/>
                <w:szCs w:val="24"/>
              </w:rPr>
              <w:t>.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Кабатлау</w:t>
            </w:r>
          </w:p>
          <w:p w14:paraId="204237CE" w14:textId="77777777" w:rsidR="00895C35" w:rsidRPr="008A1407" w:rsidRDefault="00895C35" w:rsidP="005E6A4F">
            <w:pPr>
              <w:spacing w:line="360" w:lineRule="auto"/>
              <w:ind w:firstLine="70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27638E96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002" w:type="dxa"/>
          </w:tcPr>
          <w:p w14:paraId="3161E58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3AF98D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286D19C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</w:rPr>
            </w:pPr>
            <w:r w:rsidRPr="00524C6A">
              <w:rPr>
                <w:rFonts w:ascii="Times New Roman" w:hAnsi="Times New Roman"/>
              </w:rPr>
              <w:t>01.05</w:t>
            </w:r>
          </w:p>
        </w:tc>
        <w:tc>
          <w:tcPr>
            <w:tcW w:w="3119" w:type="dxa"/>
          </w:tcPr>
          <w:p w14:paraId="19242A49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5C35" w:rsidRPr="00925DBC" w14:paraId="1AE0F53C" w14:textId="77777777" w:rsidTr="005E6A4F">
        <w:tc>
          <w:tcPr>
            <w:tcW w:w="852" w:type="dxa"/>
          </w:tcPr>
          <w:p w14:paraId="3E4D97AF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41C0F0A9" w14:textId="77777777" w:rsidR="00895C35" w:rsidRPr="008A1407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21DD664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45AA68D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58419C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7DCD64F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</w:rPr>
            </w:pPr>
            <w:r w:rsidRPr="00524C6A">
              <w:rPr>
                <w:rFonts w:ascii="Times New Roman" w:hAnsi="Times New Roman"/>
              </w:rPr>
              <w:t>04.05</w:t>
            </w:r>
          </w:p>
        </w:tc>
        <w:tc>
          <w:tcPr>
            <w:tcW w:w="3119" w:type="dxa"/>
          </w:tcPr>
          <w:p w14:paraId="5E165C54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5C35" w:rsidRPr="006D3E3C" w14:paraId="20611762" w14:textId="77777777" w:rsidTr="005E6A4F">
        <w:trPr>
          <w:trHeight w:val="800"/>
        </w:trPr>
        <w:tc>
          <w:tcPr>
            <w:tcW w:w="852" w:type="dxa"/>
          </w:tcPr>
          <w:p w14:paraId="432CB5CB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2547130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Главные члены предложения: подлежащее и сказуемое (повторение). /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Җөмләнең баш кисәкләре </w:t>
            </w:r>
          </w:p>
          <w:p w14:paraId="32B1A4B2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6408207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26D38E31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D02B06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0B369858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87F268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0F622F2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06.05</w:t>
            </w:r>
          </w:p>
        </w:tc>
        <w:tc>
          <w:tcPr>
            <w:tcW w:w="3119" w:type="dxa"/>
          </w:tcPr>
          <w:p w14:paraId="0DA77B34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7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https://nsportal.ru/nachalnaya-shkola/regionalnyy-komponent/2019/09/22/zhomlnen-bash-kisklre</w:t>
              </w:r>
            </w:hyperlink>
          </w:p>
          <w:p w14:paraId="6D2E32D5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6D3E3C" w14:paraId="3E051B4A" w14:textId="77777777" w:rsidTr="005E6A4F">
        <w:trPr>
          <w:trHeight w:val="850"/>
        </w:trPr>
        <w:tc>
          <w:tcPr>
            <w:tcW w:w="852" w:type="dxa"/>
          </w:tcPr>
          <w:p w14:paraId="47CAC3C6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48C54D1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Ия/Подлежащее</w:t>
            </w:r>
          </w:p>
        </w:tc>
        <w:tc>
          <w:tcPr>
            <w:tcW w:w="982" w:type="dxa"/>
          </w:tcPr>
          <w:p w14:paraId="542BFE44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36C6616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93791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7B987A68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08.05</w:t>
            </w:r>
          </w:p>
        </w:tc>
        <w:tc>
          <w:tcPr>
            <w:tcW w:w="3119" w:type="dxa"/>
          </w:tcPr>
          <w:p w14:paraId="239CE417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8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54E70705" w14:textId="77777777" w:rsidR="00895C35" w:rsidRPr="00145A4E" w:rsidRDefault="00895C35" w:rsidP="005E6A4F">
            <w:pPr>
              <w:jc w:val="center"/>
              <w:rPr>
                <w:b/>
                <w:color w:val="4F81BD" w:themeColor="accent1"/>
                <w:sz w:val="16"/>
                <w:szCs w:val="16"/>
                <w:lang w:val="tt-RU"/>
              </w:rPr>
            </w:pPr>
          </w:p>
        </w:tc>
      </w:tr>
      <w:tr w:rsidR="00895C35" w:rsidRPr="006D3E3C" w14:paraId="56F10E9F" w14:textId="77777777" w:rsidTr="005E6A4F">
        <w:trPr>
          <w:trHeight w:val="570"/>
        </w:trPr>
        <w:tc>
          <w:tcPr>
            <w:tcW w:w="852" w:type="dxa"/>
          </w:tcPr>
          <w:p w14:paraId="64F4C2DE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CE4A873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0B1F098A" w14:textId="77777777" w:rsidR="00895C35" w:rsidRPr="00895C35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Второстепенные члены предложения (ознакомление)/</w:t>
            </w:r>
          </w:p>
          <w:p w14:paraId="40BDAAB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Җөмләнең иярчен кисәкләре белән таныштыру</w:t>
            </w:r>
          </w:p>
          <w:p w14:paraId="474B993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 w:val="restart"/>
          </w:tcPr>
          <w:p w14:paraId="3A42495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1C0497CD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405D5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7B4A234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  <w:vMerge w:val="restart"/>
          </w:tcPr>
          <w:p w14:paraId="6638560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 w:val="restart"/>
          </w:tcPr>
          <w:p w14:paraId="1A4A02E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245ED52D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11.05</w:t>
            </w:r>
          </w:p>
        </w:tc>
        <w:tc>
          <w:tcPr>
            <w:tcW w:w="3119" w:type="dxa"/>
            <w:vMerge w:val="restart"/>
          </w:tcPr>
          <w:p w14:paraId="6524F716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89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https://infourok.ru/җөmlәneң-iyarchen-kisәklәre-aergych-4-nche-syjnyf-6084435.html</w:t>
              </w:r>
            </w:hyperlink>
          </w:p>
          <w:p w14:paraId="5627FBBB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B31EDB" w14:paraId="349E9642" w14:textId="77777777" w:rsidTr="005E6A4F">
        <w:trPr>
          <w:trHeight w:val="570"/>
        </w:trPr>
        <w:tc>
          <w:tcPr>
            <w:tcW w:w="852" w:type="dxa"/>
          </w:tcPr>
          <w:p w14:paraId="78CAD3DB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182E808E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  <w:vMerge/>
          </w:tcPr>
          <w:p w14:paraId="4B069523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  <w:vMerge/>
          </w:tcPr>
          <w:p w14:paraId="5694397A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14:paraId="0F6DEE6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075F297B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13.05</w:t>
            </w:r>
          </w:p>
        </w:tc>
        <w:tc>
          <w:tcPr>
            <w:tcW w:w="3119" w:type="dxa"/>
            <w:vMerge/>
          </w:tcPr>
          <w:p w14:paraId="68C6FB2B" w14:textId="77777777" w:rsidR="00895C35" w:rsidRPr="00A45527" w:rsidRDefault="00895C35" w:rsidP="005E6A4F">
            <w:pPr>
              <w:jc w:val="center"/>
              <w:rPr>
                <w:lang w:val="tt-RU"/>
              </w:rPr>
            </w:pPr>
          </w:p>
        </w:tc>
      </w:tr>
      <w:tr w:rsidR="00895C35" w:rsidRPr="00925DBC" w14:paraId="5E933368" w14:textId="77777777" w:rsidTr="005E6A4F">
        <w:tc>
          <w:tcPr>
            <w:tcW w:w="852" w:type="dxa"/>
          </w:tcPr>
          <w:p w14:paraId="42F7428F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22C146F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A1407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8A1407">
              <w:rPr>
                <w:rFonts w:ascii="Times New Roman" w:hAnsi="Times New Roman"/>
                <w:sz w:val="24"/>
                <w:szCs w:val="24"/>
              </w:rPr>
              <w:t>.</w:t>
            </w: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Кабатлау</w:t>
            </w:r>
          </w:p>
        </w:tc>
        <w:tc>
          <w:tcPr>
            <w:tcW w:w="982" w:type="dxa"/>
          </w:tcPr>
          <w:p w14:paraId="6BCC0B21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0DD3E0E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1468F2B0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93316D1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7FF1156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</w:rPr>
            </w:pPr>
            <w:r w:rsidRPr="00524C6A">
              <w:rPr>
                <w:rFonts w:ascii="Times New Roman" w:hAnsi="Times New Roman"/>
              </w:rPr>
              <w:t>15.05</w:t>
            </w:r>
          </w:p>
        </w:tc>
        <w:tc>
          <w:tcPr>
            <w:tcW w:w="3119" w:type="dxa"/>
          </w:tcPr>
          <w:p w14:paraId="6F49000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5C35" w:rsidRPr="00925DBC" w14:paraId="70FCCD25" w14:textId="77777777" w:rsidTr="005E6A4F">
        <w:tc>
          <w:tcPr>
            <w:tcW w:w="852" w:type="dxa"/>
          </w:tcPr>
          <w:p w14:paraId="50280A67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2B23E14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1A86C5DA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3F60FA3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66CB8ED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13FF0982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</w:rPr>
            </w:pPr>
            <w:r w:rsidRPr="00524C6A">
              <w:rPr>
                <w:rFonts w:ascii="Times New Roman" w:hAnsi="Times New Roman"/>
              </w:rPr>
              <w:t>16.05</w:t>
            </w:r>
          </w:p>
        </w:tc>
        <w:tc>
          <w:tcPr>
            <w:tcW w:w="3119" w:type="dxa"/>
          </w:tcPr>
          <w:p w14:paraId="3A1C768D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5C35" w:rsidRPr="006D3E3C" w14:paraId="078BC278" w14:textId="77777777" w:rsidTr="005E6A4F">
        <w:tc>
          <w:tcPr>
            <w:tcW w:w="852" w:type="dxa"/>
          </w:tcPr>
          <w:p w14:paraId="2D57010C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 w:val="restart"/>
          </w:tcPr>
          <w:p w14:paraId="7DD005E4" w14:textId="77777777" w:rsidR="00895C35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Повторение правил правописания, изученных в 1-3 классах. / 1-3 </w:t>
            </w:r>
            <w:proofErr w:type="spellStart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сыйныф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ларда үткәннәрне г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омуми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кабатлау</w:t>
            </w:r>
            <w:proofErr w:type="spellEnd"/>
          </w:p>
          <w:p w14:paraId="307F088B" w14:textId="77777777" w:rsid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4779B22" w14:textId="77777777" w:rsidR="00895C35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B872AA3" w14:textId="77777777" w:rsidR="00895C35" w:rsidRPr="00524C6A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Контроль диктант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82" w:type="dxa"/>
          </w:tcPr>
          <w:p w14:paraId="1B7B8D67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14:paraId="6DEC6841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2" w:type="dxa"/>
          </w:tcPr>
          <w:p w14:paraId="21687C8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07E04B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D878067" w14:textId="77777777" w:rsidR="00895C35" w:rsidRPr="008740B6" w:rsidRDefault="00895C35" w:rsidP="005E6A4F">
            <w:pPr>
              <w:jc w:val="center"/>
              <w:rPr>
                <w:rStyle w:val="aff9"/>
                <w:rFonts w:ascii="Times New Roman" w:eastAsiaTheme="minorEastAsia" w:hAnsi="Times New Roman"/>
                <w:lang w:val="tt-RU"/>
              </w:rPr>
            </w:pPr>
            <w:r w:rsidRPr="008740B6">
              <w:rPr>
                <w:rStyle w:val="aff9"/>
                <w:rFonts w:ascii="Times New Roman" w:eastAsiaTheme="minorEastAsia" w:hAnsi="Times New Roman"/>
                <w:lang w:val="tt-RU"/>
              </w:rPr>
              <w:t>18.05</w:t>
            </w:r>
          </w:p>
        </w:tc>
        <w:tc>
          <w:tcPr>
            <w:tcW w:w="3119" w:type="dxa"/>
          </w:tcPr>
          <w:p w14:paraId="1255B16F" w14:textId="77777777" w:rsidR="00895C35" w:rsidRPr="00145A4E" w:rsidRDefault="00000000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  <w:hyperlink r:id="rId90" w:history="1">
              <w:r w:rsidR="00895C35" w:rsidRPr="00145A4E">
                <w:rPr>
                  <w:rStyle w:val="aff9"/>
                  <w:rFonts w:eastAsiaTheme="minorEastAsia"/>
                  <w:b/>
                  <w:sz w:val="16"/>
                  <w:szCs w:val="16"/>
                  <w:lang w:val="tt-RU"/>
                </w:rPr>
                <w:t>https://mon.tatarstan.ru/razrabotki-urokov-po-rodnomu-tatarskomu-yaziku-i.htm</w:t>
              </w:r>
            </w:hyperlink>
          </w:p>
          <w:p w14:paraId="7C84A3C5" w14:textId="77777777" w:rsidR="00895C35" w:rsidRPr="00970E20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049A03C6" w14:textId="77777777" w:rsidTr="005E6A4F">
        <w:tc>
          <w:tcPr>
            <w:tcW w:w="852" w:type="dxa"/>
          </w:tcPr>
          <w:p w14:paraId="17B0197D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59CE841C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62AF0CB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7088EEC6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03D17A4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52C0D634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20.05</w:t>
            </w:r>
          </w:p>
        </w:tc>
        <w:tc>
          <w:tcPr>
            <w:tcW w:w="3119" w:type="dxa"/>
          </w:tcPr>
          <w:p w14:paraId="4AE66ABF" w14:textId="77777777" w:rsidR="00895C35" w:rsidRPr="00970E20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EC3585" w14:paraId="78AF590E" w14:textId="77777777" w:rsidTr="005E6A4F">
        <w:tc>
          <w:tcPr>
            <w:tcW w:w="852" w:type="dxa"/>
          </w:tcPr>
          <w:p w14:paraId="238F6300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  <w:vMerge/>
          </w:tcPr>
          <w:p w14:paraId="4ED5C6F3" w14:textId="77777777" w:rsidR="00895C35" w:rsidRPr="008A1407" w:rsidRDefault="00895C35" w:rsidP="005E6A4F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7A3E2AD8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3DFEA71E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D5DED1B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475E2263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22.05</w:t>
            </w:r>
          </w:p>
        </w:tc>
        <w:tc>
          <w:tcPr>
            <w:tcW w:w="3119" w:type="dxa"/>
          </w:tcPr>
          <w:p w14:paraId="015A1A4B" w14:textId="77777777" w:rsidR="00895C35" w:rsidRPr="00970E20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13E2CAEB" w14:textId="77777777" w:rsidTr="005E6A4F">
        <w:tc>
          <w:tcPr>
            <w:tcW w:w="852" w:type="dxa"/>
          </w:tcPr>
          <w:p w14:paraId="79F8558F" w14:textId="77777777" w:rsidR="00895C35" w:rsidRPr="008A1407" w:rsidRDefault="00895C35" w:rsidP="00895C35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46F754D9" w14:textId="77777777" w:rsidR="00895C35" w:rsidRDefault="00895C35" w:rsidP="005E6A4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Повторение правил правописания, изученных в 1-3 классах. / 1-3 </w:t>
            </w:r>
            <w:proofErr w:type="spellStart"/>
            <w:r w:rsidRPr="00895C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сыйныф</w:t>
            </w:r>
            <w:proofErr w:type="spellEnd"/>
            <w:r w:rsidRPr="008A140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ларда үткәннәрне г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омуми</w:t>
            </w:r>
            <w:proofErr w:type="spellEnd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5C35">
              <w:rPr>
                <w:rFonts w:ascii="Times New Roman" w:hAnsi="Times New Roman"/>
                <w:sz w:val="24"/>
                <w:szCs w:val="24"/>
                <w:lang w:val="ru-RU"/>
              </w:rPr>
              <w:t>кабатлау</w:t>
            </w:r>
            <w:proofErr w:type="spellEnd"/>
          </w:p>
          <w:p w14:paraId="197ED317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3174CD0F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02" w:type="dxa"/>
          </w:tcPr>
          <w:p w14:paraId="68EB78A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14:paraId="2C80DEC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66EF945E" w14:textId="77777777" w:rsidR="00895C35" w:rsidRPr="00524C6A" w:rsidRDefault="00895C35" w:rsidP="005E6A4F">
            <w:pPr>
              <w:jc w:val="center"/>
              <w:rPr>
                <w:rFonts w:ascii="Times New Roman" w:hAnsi="Times New Roman"/>
                <w:lang w:val="tt-RU"/>
              </w:rPr>
            </w:pPr>
            <w:r w:rsidRPr="00524C6A">
              <w:rPr>
                <w:rFonts w:ascii="Times New Roman" w:hAnsi="Times New Roman"/>
                <w:lang w:val="tt-RU"/>
              </w:rPr>
              <w:t>25.05</w:t>
            </w:r>
          </w:p>
        </w:tc>
        <w:tc>
          <w:tcPr>
            <w:tcW w:w="3119" w:type="dxa"/>
          </w:tcPr>
          <w:p w14:paraId="101BC1B4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895C35" w:rsidRPr="00925DBC" w14:paraId="65EE4702" w14:textId="77777777" w:rsidTr="005E6A4F">
        <w:tc>
          <w:tcPr>
            <w:tcW w:w="852" w:type="dxa"/>
          </w:tcPr>
          <w:p w14:paraId="7E8F5982" w14:textId="77777777" w:rsidR="00895C35" w:rsidRPr="008A1407" w:rsidRDefault="00895C35" w:rsidP="005E6A4F">
            <w:pPr>
              <w:ind w:left="38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2" w:type="dxa"/>
          </w:tcPr>
          <w:p w14:paraId="5C69BCA5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14:paraId="5F76FFD9" w14:textId="77777777" w:rsidR="00895C35" w:rsidRPr="008A1407" w:rsidRDefault="00895C35" w:rsidP="005E6A4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102</w:t>
            </w:r>
          </w:p>
        </w:tc>
        <w:tc>
          <w:tcPr>
            <w:tcW w:w="1002" w:type="dxa"/>
          </w:tcPr>
          <w:p w14:paraId="734215F9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40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14:paraId="4951F21C" w14:textId="77777777" w:rsidR="00895C35" w:rsidRPr="008A1407" w:rsidRDefault="00895C35" w:rsidP="005E6A4F">
            <w:pPr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993" w:type="dxa"/>
          </w:tcPr>
          <w:p w14:paraId="67C1F15D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3119" w:type="dxa"/>
          </w:tcPr>
          <w:p w14:paraId="16556AC8" w14:textId="77777777" w:rsidR="00895C35" w:rsidRPr="00145A4E" w:rsidRDefault="00895C35" w:rsidP="005E6A4F">
            <w:pPr>
              <w:jc w:val="center"/>
              <w:rPr>
                <w:b/>
                <w:sz w:val="16"/>
                <w:szCs w:val="16"/>
                <w:highlight w:val="yellow"/>
                <w:lang w:val="tt-RU"/>
              </w:rPr>
            </w:pPr>
          </w:p>
        </w:tc>
      </w:tr>
    </w:tbl>
    <w:p w14:paraId="0126F517" w14:textId="77777777" w:rsidR="00895C35" w:rsidRPr="00AD6189" w:rsidRDefault="00895C35" w:rsidP="00895C35">
      <w:pPr>
        <w:spacing w:after="258" w:line="228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4E953345" w14:textId="77777777" w:rsidR="00895C35" w:rsidRDefault="00895C35" w:rsidP="00895C35">
      <w:pPr>
        <w:tabs>
          <w:tab w:val="left" w:pos="640"/>
        </w:tabs>
        <w:spacing w:after="0" w:line="240" w:lineRule="auto"/>
        <w:rPr>
          <w:b/>
          <w:sz w:val="24"/>
          <w:szCs w:val="24"/>
          <w:lang w:val="tt-RU"/>
        </w:rPr>
      </w:pPr>
    </w:p>
    <w:p w14:paraId="4CDCB595" w14:textId="77777777" w:rsidR="00895C35" w:rsidRDefault="00895C35" w:rsidP="00895C35">
      <w:pPr>
        <w:spacing w:after="0" w:line="240" w:lineRule="auto"/>
        <w:jc w:val="center"/>
        <w:rPr>
          <w:b/>
          <w:sz w:val="24"/>
          <w:szCs w:val="24"/>
          <w:lang w:val="tt-RU"/>
        </w:rPr>
      </w:pPr>
    </w:p>
    <w:p w14:paraId="4A2F006D" w14:textId="77777777" w:rsidR="00895C35" w:rsidRPr="00AD6189" w:rsidRDefault="00895C35" w:rsidP="00895C35">
      <w:pPr>
        <w:rPr>
          <w:rFonts w:ascii="Times New Roman" w:hAnsi="Times New Roman"/>
          <w:lang w:val="tt-RU"/>
        </w:rPr>
      </w:pPr>
    </w:p>
    <w:p w14:paraId="083033A3" w14:textId="77777777" w:rsidR="00895C35" w:rsidRPr="00AD6189" w:rsidRDefault="00895C35" w:rsidP="00895C35">
      <w:pPr>
        <w:rPr>
          <w:rFonts w:ascii="Times New Roman" w:hAnsi="Times New Roman"/>
          <w:lang w:val="tt-RU"/>
        </w:rPr>
      </w:pPr>
    </w:p>
    <w:p w14:paraId="3C39A61E" w14:textId="77777777" w:rsidR="00895C35" w:rsidRDefault="00895C35" w:rsidP="00895C35">
      <w:pPr>
        <w:spacing w:after="0" w:line="240" w:lineRule="auto"/>
        <w:jc w:val="center"/>
        <w:rPr>
          <w:b/>
          <w:sz w:val="24"/>
          <w:szCs w:val="24"/>
          <w:lang w:val="tt-RU"/>
        </w:rPr>
      </w:pPr>
    </w:p>
    <w:p w14:paraId="0AA6A5B1" w14:textId="77777777" w:rsidR="00895C35" w:rsidRDefault="00895C35" w:rsidP="00895C35">
      <w:pPr>
        <w:spacing w:after="0" w:line="240" w:lineRule="auto"/>
        <w:jc w:val="center"/>
        <w:rPr>
          <w:b/>
          <w:sz w:val="24"/>
          <w:szCs w:val="24"/>
          <w:lang w:val="tt-RU"/>
        </w:rPr>
      </w:pPr>
    </w:p>
    <w:p w14:paraId="362F3425" w14:textId="77777777" w:rsidR="00895C35" w:rsidRDefault="00895C35" w:rsidP="00895C35">
      <w:pPr>
        <w:spacing w:after="0" w:line="240" w:lineRule="auto"/>
        <w:jc w:val="center"/>
        <w:rPr>
          <w:b/>
          <w:sz w:val="24"/>
          <w:szCs w:val="24"/>
          <w:lang w:val="tt-RU"/>
        </w:rPr>
      </w:pPr>
    </w:p>
    <w:p w14:paraId="4BF035CC" w14:textId="77777777" w:rsidR="00895C35" w:rsidRPr="00AD6189" w:rsidRDefault="00895C35" w:rsidP="00895C35">
      <w:pPr>
        <w:rPr>
          <w:rFonts w:ascii="Times New Roman" w:hAnsi="Times New Roman"/>
          <w:lang w:val="tt-RU"/>
        </w:rPr>
      </w:pPr>
    </w:p>
    <w:p w14:paraId="594CC274" w14:textId="77777777" w:rsidR="00895C35" w:rsidRPr="00AD6189" w:rsidRDefault="00895C35" w:rsidP="00895C35">
      <w:pPr>
        <w:spacing w:after="0" w:line="240" w:lineRule="auto"/>
        <w:rPr>
          <w:rFonts w:ascii="Times New Roman" w:hAnsi="Times New Roman"/>
          <w:b/>
          <w:szCs w:val="28"/>
          <w:lang w:val="tt-RU"/>
        </w:rPr>
      </w:pPr>
    </w:p>
    <w:p w14:paraId="70CCB2D4" w14:textId="77777777" w:rsidR="00924978" w:rsidRPr="00895C35" w:rsidRDefault="00924978" w:rsidP="00895C35">
      <w:pPr>
        <w:sectPr w:rsidR="00924978" w:rsidRPr="00895C35" w:rsidSect="003861C1">
          <w:pgSz w:w="16840" w:h="11900" w:orient="landscape"/>
          <w:pgMar w:top="666" w:right="2806" w:bottom="650" w:left="1440" w:header="720" w:footer="720" w:gutter="0"/>
          <w:cols w:space="720" w:equalWidth="0">
            <w:col w:w="12594" w:space="0"/>
          </w:cols>
          <w:docGrid w:linePitch="360"/>
        </w:sectPr>
      </w:pPr>
    </w:p>
    <w:p w14:paraId="77F57549" w14:textId="77777777" w:rsidR="00924978" w:rsidRDefault="00924978">
      <w:pPr>
        <w:autoSpaceDE w:val="0"/>
        <w:autoSpaceDN w:val="0"/>
        <w:spacing w:after="78" w:line="220" w:lineRule="exact"/>
      </w:pPr>
    </w:p>
    <w:p w14:paraId="1EA15E8B" w14:textId="77777777" w:rsidR="00924978" w:rsidRPr="00895C35" w:rsidRDefault="00895C35">
      <w:pPr>
        <w:autoSpaceDE w:val="0"/>
        <w:autoSpaceDN w:val="0"/>
        <w:spacing w:before="168" w:after="0" w:line="262" w:lineRule="auto"/>
        <w:ind w:right="86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14:paraId="2FB4B910" w14:textId="77777777" w:rsidR="00924978" w:rsidRPr="00E80237" w:rsidRDefault="00924978">
      <w:pPr>
        <w:rPr>
          <w:lang w:val="ru-RU"/>
        </w:rPr>
        <w:sectPr w:rsidR="00924978" w:rsidRPr="00E80237" w:rsidSect="003861C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32C67FD" w14:textId="77777777" w:rsidR="00924978" w:rsidRPr="00E80237" w:rsidRDefault="00924978">
      <w:pPr>
        <w:autoSpaceDE w:val="0"/>
        <w:autoSpaceDN w:val="0"/>
        <w:spacing w:after="78" w:line="220" w:lineRule="exact"/>
        <w:rPr>
          <w:lang w:val="ru-RU"/>
        </w:rPr>
      </w:pPr>
    </w:p>
    <w:p w14:paraId="199E3233" w14:textId="77777777" w:rsidR="00924978" w:rsidRPr="00E80237" w:rsidRDefault="00E80237">
      <w:pPr>
        <w:autoSpaceDE w:val="0"/>
        <w:autoSpaceDN w:val="0"/>
        <w:spacing w:after="0" w:line="398" w:lineRule="auto"/>
        <w:ind w:right="432"/>
        <w:rPr>
          <w:lang w:val="ru-RU"/>
        </w:rPr>
      </w:pPr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E80237">
        <w:rPr>
          <w:lang w:val="ru-RU"/>
        </w:rPr>
        <w:br/>
      </w:r>
      <w:proofErr w:type="spellStart"/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E8023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 </w:t>
      </w:r>
      <w:r w:rsidRPr="00E80237">
        <w:rPr>
          <w:lang w:val="ru-RU"/>
        </w:rPr>
        <w:br/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Кисмəхəрефлəр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плакатлар</w:t>
      </w:r>
      <w:proofErr w:type="spellEnd"/>
      <w:r w:rsidRPr="00E8023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64F88779" w14:textId="77777777" w:rsidR="00924978" w:rsidRPr="00E80237" w:rsidRDefault="00924978">
      <w:pPr>
        <w:rPr>
          <w:lang w:val="ru-RU"/>
        </w:rPr>
        <w:sectPr w:rsidR="00924978" w:rsidRPr="00E80237" w:rsidSect="003861C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D720899" w14:textId="77777777" w:rsidR="00E80237" w:rsidRPr="00E80237" w:rsidRDefault="00E80237">
      <w:pPr>
        <w:rPr>
          <w:lang w:val="ru-RU"/>
        </w:rPr>
      </w:pPr>
    </w:p>
    <w:sectPr w:rsidR="00E80237" w:rsidRPr="00E80237" w:rsidSect="003861C1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034B41"/>
    <w:multiLevelType w:val="hybridMultilevel"/>
    <w:tmpl w:val="6D5A8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B4D14"/>
    <w:multiLevelType w:val="hybridMultilevel"/>
    <w:tmpl w:val="7262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45D68"/>
    <w:multiLevelType w:val="hybridMultilevel"/>
    <w:tmpl w:val="3FB4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671A0"/>
    <w:multiLevelType w:val="hybridMultilevel"/>
    <w:tmpl w:val="B2200E1C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600E1E"/>
    <w:multiLevelType w:val="hybridMultilevel"/>
    <w:tmpl w:val="BD504B06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9E628A"/>
    <w:multiLevelType w:val="hybridMultilevel"/>
    <w:tmpl w:val="33302476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1915B8"/>
    <w:multiLevelType w:val="hybridMultilevel"/>
    <w:tmpl w:val="CB761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64DC2"/>
    <w:multiLevelType w:val="hybridMultilevel"/>
    <w:tmpl w:val="C4020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25EF6"/>
    <w:multiLevelType w:val="hybridMultilevel"/>
    <w:tmpl w:val="9AE26D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4EF7713"/>
    <w:multiLevelType w:val="hybridMultilevel"/>
    <w:tmpl w:val="D1F06426"/>
    <w:lvl w:ilvl="0" w:tplc="E8C219D4">
      <w:start w:val="1"/>
      <w:numFmt w:val="decimal"/>
      <w:lvlText w:val="%1."/>
      <w:lvlJc w:val="left"/>
      <w:pPr>
        <w:ind w:left="712" w:hanging="57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F39E1"/>
    <w:multiLevelType w:val="hybridMultilevel"/>
    <w:tmpl w:val="CEA6492A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AA78DC"/>
    <w:multiLevelType w:val="hybridMultilevel"/>
    <w:tmpl w:val="2C78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975B0"/>
    <w:multiLevelType w:val="hybridMultilevel"/>
    <w:tmpl w:val="21621F1E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4223560">
    <w:abstractNumId w:val="8"/>
  </w:num>
  <w:num w:numId="2" w16cid:durableId="166874271">
    <w:abstractNumId w:val="6"/>
  </w:num>
  <w:num w:numId="3" w16cid:durableId="544948794">
    <w:abstractNumId w:val="5"/>
  </w:num>
  <w:num w:numId="4" w16cid:durableId="1066685249">
    <w:abstractNumId w:val="4"/>
  </w:num>
  <w:num w:numId="5" w16cid:durableId="375736743">
    <w:abstractNumId w:val="7"/>
  </w:num>
  <w:num w:numId="6" w16cid:durableId="1662198646">
    <w:abstractNumId w:val="3"/>
  </w:num>
  <w:num w:numId="7" w16cid:durableId="514534190">
    <w:abstractNumId w:val="2"/>
  </w:num>
  <w:num w:numId="8" w16cid:durableId="563224044">
    <w:abstractNumId w:val="1"/>
  </w:num>
  <w:num w:numId="9" w16cid:durableId="235745972">
    <w:abstractNumId w:val="0"/>
  </w:num>
  <w:num w:numId="10" w16cid:durableId="20195816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9767486">
    <w:abstractNumId w:val="19"/>
  </w:num>
  <w:num w:numId="12" w16cid:durableId="641038694">
    <w:abstractNumId w:val="10"/>
  </w:num>
  <w:num w:numId="13" w16cid:durableId="757167347">
    <w:abstractNumId w:val="13"/>
  </w:num>
  <w:num w:numId="14" w16cid:durableId="1361398702">
    <w:abstractNumId w:val="17"/>
  </w:num>
  <w:num w:numId="15" w16cid:durableId="414254085">
    <w:abstractNumId w:val="11"/>
  </w:num>
  <w:num w:numId="16" w16cid:durableId="917011452">
    <w:abstractNumId w:val="15"/>
  </w:num>
  <w:num w:numId="17" w16cid:durableId="1740592287">
    <w:abstractNumId w:val="18"/>
  </w:num>
  <w:num w:numId="18" w16cid:durableId="750660641">
    <w:abstractNumId w:val="21"/>
  </w:num>
  <w:num w:numId="19" w16cid:durableId="726419510">
    <w:abstractNumId w:val="16"/>
  </w:num>
  <w:num w:numId="20" w16cid:durableId="1838419668">
    <w:abstractNumId w:val="20"/>
  </w:num>
  <w:num w:numId="21" w16cid:durableId="749154613">
    <w:abstractNumId w:val="9"/>
  </w:num>
  <w:num w:numId="22" w16cid:durableId="17247011">
    <w:abstractNumId w:val="12"/>
  </w:num>
  <w:num w:numId="23" w16cid:durableId="6759643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076D26"/>
    <w:rsid w:val="000B1317"/>
    <w:rsid w:val="000E4039"/>
    <w:rsid w:val="0015074B"/>
    <w:rsid w:val="001E6236"/>
    <w:rsid w:val="002149EF"/>
    <w:rsid w:val="00222E2D"/>
    <w:rsid w:val="00254170"/>
    <w:rsid w:val="0025487F"/>
    <w:rsid w:val="00295845"/>
    <w:rsid w:val="0029639D"/>
    <w:rsid w:val="002C5C14"/>
    <w:rsid w:val="002E2AAE"/>
    <w:rsid w:val="00326F90"/>
    <w:rsid w:val="00363EE8"/>
    <w:rsid w:val="00373DBE"/>
    <w:rsid w:val="00381395"/>
    <w:rsid w:val="003861C1"/>
    <w:rsid w:val="004511B8"/>
    <w:rsid w:val="00484B82"/>
    <w:rsid w:val="00487A88"/>
    <w:rsid w:val="004C3E3F"/>
    <w:rsid w:val="004C45D2"/>
    <w:rsid w:val="0053246B"/>
    <w:rsid w:val="0062482C"/>
    <w:rsid w:val="006D3E3C"/>
    <w:rsid w:val="007136B9"/>
    <w:rsid w:val="00776FC4"/>
    <w:rsid w:val="007B0178"/>
    <w:rsid w:val="00802B4B"/>
    <w:rsid w:val="008913C3"/>
    <w:rsid w:val="00895C35"/>
    <w:rsid w:val="00924978"/>
    <w:rsid w:val="009578DA"/>
    <w:rsid w:val="009E185C"/>
    <w:rsid w:val="00A35B17"/>
    <w:rsid w:val="00AA1D8D"/>
    <w:rsid w:val="00B34AB5"/>
    <w:rsid w:val="00B47730"/>
    <w:rsid w:val="00BE7775"/>
    <w:rsid w:val="00CB0664"/>
    <w:rsid w:val="00CB49CC"/>
    <w:rsid w:val="00CF126B"/>
    <w:rsid w:val="00D344CD"/>
    <w:rsid w:val="00D96275"/>
    <w:rsid w:val="00DD6344"/>
    <w:rsid w:val="00DF215A"/>
    <w:rsid w:val="00E0259A"/>
    <w:rsid w:val="00E80237"/>
    <w:rsid w:val="00E938B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636975DF"/>
  <w15:docId w15:val="{5FB2FDAA-A8B3-4D2B-B0F4-102318BB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aliases w:val="ITL List Paragraph,Цветной список - Акцент 13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4">
    <w:name w:val="Гиперссылка1"/>
    <w:basedOn w:val="a1"/>
    <w:link w:val="aff9"/>
    <w:rsid w:val="00895C35"/>
    <w:pPr>
      <w:spacing w:after="160" w:line="264" w:lineRule="auto"/>
    </w:pPr>
    <w:rPr>
      <w:rFonts w:ascii="Calibri" w:eastAsia="Times New Roman" w:hAnsi="Calibri" w:cs="Times New Roman"/>
      <w:color w:val="0563C1"/>
      <w:szCs w:val="20"/>
      <w:u w:val="single"/>
      <w:lang w:val="ru-RU" w:eastAsia="ru-RU"/>
    </w:rPr>
  </w:style>
  <w:style w:type="character" w:styleId="aff9">
    <w:name w:val="Hyperlink"/>
    <w:link w:val="14"/>
    <w:rsid w:val="00895C35"/>
    <w:rPr>
      <w:rFonts w:ascii="Calibri" w:eastAsia="Times New Roman" w:hAnsi="Calibri" w:cs="Times New Roman"/>
      <w:color w:val="0563C1"/>
      <w:szCs w:val="20"/>
      <w:u w:val="single"/>
      <w:lang w:val="ru-RU" w:eastAsia="ru-RU"/>
    </w:rPr>
  </w:style>
  <w:style w:type="character" w:customStyle="1" w:styleId="af">
    <w:name w:val="Абзац списка Знак"/>
    <w:aliases w:val="ITL List Paragraph Знак,Цветной список - Акцент 13 Знак"/>
    <w:link w:val="ae"/>
    <w:uiPriority w:val="34"/>
    <w:locked/>
    <w:rsid w:val="00895C35"/>
  </w:style>
  <w:style w:type="paragraph" w:customStyle="1" w:styleId="TableParagraph">
    <w:name w:val="Table Paragraph"/>
    <w:basedOn w:val="a1"/>
    <w:uiPriority w:val="1"/>
    <w:qFormat/>
    <w:rsid w:val="00895C35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tatarstan.ru/razrabotki-urokov-po-rodnomu-tatarskomu-yaziku-i.htm" TargetMode="External"/><Relationship Id="rId18" Type="http://schemas.openxmlformats.org/officeDocument/2006/relationships/hyperlink" Target="http://www.antat.ru/ru/iyli/publishing/book/2019/&#1084;&#1077;&#1090;&#1086;&#1076;_2%20&#1082;&#1083;-&#1085;&#1086;&#1074;&#1099;&#1081;.pdf" TargetMode="External"/><Relationship Id="rId26" Type="http://schemas.openxmlformats.org/officeDocument/2006/relationships/hyperlink" Target="https://disk.yandex.ru/d/RN-ecVugobgVUQ?w=1" TargetMode="External"/><Relationship Id="rId39" Type="http://schemas.openxmlformats.org/officeDocument/2006/relationships/hyperlink" Target="https://disk.yandex.ru/d/RN-ecVugobgVUQ?w=1" TargetMode="External"/><Relationship Id="rId21" Type="http://schemas.openxmlformats.org/officeDocument/2006/relationships/hyperlink" Target="http://www.antat.ru/ru/iyli/publishing/book/2019/&#1084;&#1077;&#1090;&#1086;&#1076;_2%20&#1082;&#1083;-&#1085;&#1086;&#1074;&#1099;&#1081;.pdf" TargetMode="External"/><Relationship Id="rId34" Type="http://schemas.openxmlformats.org/officeDocument/2006/relationships/hyperlink" Target="https://disk.yandex.ru/d/RN-ecVugobgVUQ?w=1" TargetMode="External"/><Relationship Id="rId42" Type="http://schemas.openxmlformats.org/officeDocument/2006/relationships/hyperlink" Target="https://infourok.ru/material.html?mid=50521" TargetMode="External"/><Relationship Id="rId47" Type="http://schemas.openxmlformats.org/officeDocument/2006/relationships/hyperlink" Target="https://mon.tatarstan.ru/razrabotki-urokov-po-rodnomu-tatarskomu-yaziku-i.htm" TargetMode="External"/><Relationship Id="rId50" Type="http://schemas.openxmlformats.org/officeDocument/2006/relationships/hyperlink" Target="https://mon.tatarstan.ru/razrabotki-urokov-po-rodnomu-tatarskomu-yaziku-i.htm" TargetMode="External"/><Relationship Id="rId55" Type="http://schemas.openxmlformats.org/officeDocument/2006/relationships/hyperlink" Target="https://mon.tatarstan.ru/razrabotki-urokov-po-rodnomu-tatarskomu-yaziku-i.htm" TargetMode="External"/><Relationship Id="rId63" Type="http://schemas.openxmlformats.org/officeDocument/2006/relationships/hyperlink" Target="https://mon.tatarstan.ru/razrabotki-urokov-po-rodnomu-tatarskomu-yaziku-i.htm" TargetMode="External"/><Relationship Id="rId68" Type="http://schemas.openxmlformats.org/officeDocument/2006/relationships/hyperlink" Target="https://mon.tatarstan.ru/razrabotki-urokov-po-rodnomu-tatarskomu-yaziku-i.htm" TargetMode="External"/><Relationship Id="rId76" Type="http://schemas.openxmlformats.org/officeDocument/2006/relationships/hyperlink" Target="https://mon.tatarstan.ru/razrabotki-urokov-po-rodnomu-tatarskomu-yaziku-i.htm" TargetMode="External"/><Relationship Id="rId84" Type="http://schemas.openxmlformats.org/officeDocument/2006/relationships/hyperlink" Target="https://nsportal.ru/shkola/inostrannye-yazyki/drugie-yazyki/library/2016/11/06/hikya-figylnen-bilgesez-utkn-zaman" TargetMode="External"/><Relationship Id="rId89" Type="http://schemas.openxmlformats.org/officeDocument/2006/relationships/hyperlink" Target="https://infourok.ru/&#1175;&#1257;ml&#1241;ne&#1187;-iyarchen-kis&#1241;kl&#1241;re-aergych-4-nche-syjnyf-6084435.html" TargetMode="External"/><Relationship Id="rId7" Type="http://schemas.openxmlformats.org/officeDocument/2006/relationships/hyperlink" Target="https://disk.yandex.ru/d/z8T8CjAwkDi3lQ?w=1" TargetMode="External"/><Relationship Id="rId71" Type="http://schemas.openxmlformats.org/officeDocument/2006/relationships/hyperlink" Target="https://mon.tatarstan.ru/razrabotki-urokov-po-rodnomu-tatarskomu-yaziku-i.htm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hubino-video.ru/tatarskie-bukvyi.html" TargetMode="External"/><Relationship Id="rId29" Type="http://schemas.openxmlformats.org/officeDocument/2006/relationships/hyperlink" Target="https://disk.yandex.ru/d/RN-ecVugobgVUQ?w=1" TargetMode="External"/><Relationship Id="rId11" Type="http://schemas.openxmlformats.org/officeDocument/2006/relationships/hyperlink" Target="https://mon.tatarstan.ru/razrabotki-urokov-po-rodnomu-tatarskomu-yaziku-i.htm" TargetMode="External"/><Relationship Id="rId24" Type="http://schemas.openxmlformats.org/officeDocument/2006/relationships/hyperlink" Target="https://mon.tatarstan.ru/razrabotki-urokov-po-rodnomu-tatarskomu-yaziku-i.htm" TargetMode="External"/><Relationship Id="rId32" Type="http://schemas.openxmlformats.org/officeDocument/2006/relationships/hyperlink" Target="http://www.antat.ru/ru/iyli/publishing/book/2019/&#1084;&#1077;&#1090;&#1086;&#1076;_2%20&#1082;&#1083;-&#1085;&#1086;&#1074;&#1099;&#1081;.pdf" TargetMode="External"/><Relationship Id="rId37" Type="http://schemas.openxmlformats.org/officeDocument/2006/relationships/hyperlink" Target="https://infourok.ru/razrabotka-uroka-po-rodnomu-tatarskomu-yazyku-dlya-1-klassa-po-teme-&#1175;&#1257;ml&#1241;-ahyrynda-tynysh-bilgel&#1241;re-audiozapis-s-obyasneniem-5131573.html" TargetMode="External"/><Relationship Id="rId40" Type="http://schemas.openxmlformats.org/officeDocument/2006/relationships/hyperlink" Target="https://mon.tatarstan.ru/razrabotki-urokov-po-rodnomu-tatarskomu-yaziku-i.htm" TargetMode="External"/><Relationship Id="rId45" Type="http://schemas.openxmlformats.org/officeDocument/2006/relationships/hyperlink" Target="https://mon.tatarstan.ru/razrabotki-urokov-po-rodnomu-tatarskomu-yaziku-i.htm" TargetMode="External"/><Relationship Id="rId53" Type="http://schemas.openxmlformats.org/officeDocument/2006/relationships/hyperlink" Target="https://mon.tatarstan.ru/razrabotki-urokov-po-rodnomu-tatarskomu-yaziku-i.htm" TargetMode="External"/><Relationship Id="rId58" Type="http://schemas.openxmlformats.org/officeDocument/2006/relationships/hyperlink" Target="https://mon.tatarstan.ru/razrabotki-urokov-po-rodnomu-tatarskomu-yaziku-i.htm" TargetMode="External"/><Relationship Id="rId66" Type="http://schemas.openxmlformats.org/officeDocument/2006/relationships/hyperlink" Target="http://antat.tatar/ru/iyli/publishing/book/2019/&#1084;&#1077;&#1090;&#1086;&#1076;_4&#1082;&#1083;-&#1085;&#1086;&#1074;&#1099;&#1081;.pdf" TargetMode="External"/><Relationship Id="rId74" Type="http://schemas.openxmlformats.org/officeDocument/2006/relationships/hyperlink" Target="https://mon.tatarstan.ru/razrabotki-urokov-po-rodnomu-tatarskomu-yaziku-i.htm" TargetMode="External"/><Relationship Id="rId79" Type="http://schemas.openxmlformats.org/officeDocument/2006/relationships/hyperlink" Target="https://mon.tatarstan.ru/razrabotki-urokov-po-rodnomu-tatarskomu-yaziku-i.htm" TargetMode="External"/><Relationship Id="rId87" Type="http://schemas.openxmlformats.org/officeDocument/2006/relationships/hyperlink" Target="https://nsportal.ru/nachalnaya-shkola/regionalnyy-komponent/2019/09/22/zhomlnen-bash-kisklr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on.tatarstan.ru/razrabotki-urokov-po-rodnomu-tatarskomu-yaziku-i.htm" TargetMode="External"/><Relationship Id="rId82" Type="http://schemas.openxmlformats.org/officeDocument/2006/relationships/hyperlink" Target="https://mon.tatarstan.ru/razrabotki-urokov-po-rodnomu-tatarskomu-yaziku-i.htm" TargetMode="External"/><Relationship Id="rId90" Type="http://schemas.openxmlformats.org/officeDocument/2006/relationships/hyperlink" Target="https://mon.tatarstan.ru/razrabotki-urokov-po-rodnomu-tatarskomu-yaziku-i.htm" TargetMode="External"/><Relationship Id="rId19" Type="http://schemas.openxmlformats.org/officeDocument/2006/relationships/hyperlink" Target="https://mon.tatarstan.ru/razrabotki-urokov-po-rodnomu-tatarskomu-yaziku-i.htm" TargetMode="External"/><Relationship Id="rId14" Type="http://schemas.openxmlformats.org/officeDocument/2006/relationships/hyperlink" Target="https://mon.tatarstan.ru/razrabotki-urokov-po-rodnomu-tatarskomu-yaziku-i.htm" TargetMode="External"/><Relationship Id="rId22" Type="http://schemas.openxmlformats.org/officeDocument/2006/relationships/hyperlink" Target="https://disk.yandex.ru/d/z8T8CjAwkDi3lQ?w=1" TargetMode="External"/><Relationship Id="rId27" Type="http://schemas.openxmlformats.org/officeDocument/2006/relationships/hyperlink" Target="http://www.antat.ru/ru/iyli/publishing/book/2019/&#1084;&#1077;&#1090;&#1086;&#1076;_2%20&#1082;&#1083;-&#1085;&#1086;&#1074;&#1099;&#1081;.pdf" TargetMode="External"/><Relationship Id="rId30" Type="http://schemas.openxmlformats.org/officeDocument/2006/relationships/hyperlink" Target="http://www.antat.ru/ru/iyli/publishing/book/2019/&#1084;&#1077;&#1090;&#1086;&#1076;_2%20&#1082;&#1083;-&#1085;&#1086;&#1074;&#1099;&#1081;.pdf" TargetMode="External"/><Relationship Id="rId35" Type="http://schemas.openxmlformats.org/officeDocument/2006/relationships/hyperlink" Target="https://disk.yandex.ru/d/RN-ecVugobgVUQ?w=1" TargetMode="External"/><Relationship Id="rId43" Type="http://schemas.openxmlformats.org/officeDocument/2006/relationships/hyperlink" Target="https://infourok.ru/material.html?mid=50521" TargetMode="External"/><Relationship Id="rId48" Type="http://schemas.openxmlformats.org/officeDocument/2006/relationships/hyperlink" Target="https://infourok.ru/material.html?mid=6469&amp;ysclid=lmaai2w9po933920915" TargetMode="External"/><Relationship Id="rId56" Type="http://schemas.openxmlformats.org/officeDocument/2006/relationships/hyperlink" Target="https://mon.tatarstan.ru/razrabotki-urokov-po-rodnomu-tatarskomu-yaziku-i.htm" TargetMode="External"/><Relationship Id="rId64" Type="http://schemas.openxmlformats.org/officeDocument/2006/relationships/hyperlink" Target="https://mon.tatarstan.ru/razrabotki-urokov-po-rodnomu-tatarskomu-yaziku-i.htm" TargetMode="External"/><Relationship Id="rId69" Type="http://schemas.openxmlformats.org/officeDocument/2006/relationships/hyperlink" Target="https://mon.tatarstan.ru/razrabotki-urokov-po-rodnomu-tatarskomu-yaziku-i.htm" TargetMode="External"/><Relationship Id="rId77" Type="http://schemas.openxmlformats.org/officeDocument/2006/relationships/hyperlink" Target="https://nsportal.ru/shkola/rodnoy-yazyk-i-literatura/library/2019/10/24/mikdar-hm-trtip-sannary" TargetMode="External"/><Relationship Id="rId8" Type="http://schemas.openxmlformats.org/officeDocument/2006/relationships/hyperlink" Target="https://mon.tatarstan.ru/razrabotki-urokov-po-rodnomu-tatarskomu-yaziku-i.htm" TargetMode="External"/><Relationship Id="rId51" Type="http://schemas.openxmlformats.org/officeDocument/2006/relationships/hyperlink" Target="https://mon.tatarstan.ru/razrabotki-urokov-po-rodnomu-tatarskomu-yaziku-i.htm" TargetMode="External"/><Relationship Id="rId72" Type="http://schemas.openxmlformats.org/officeDocument/2006/relationships/hyperlink" Target="https://mon.tatarstan.ru/razrabotki-urokov-po-rodnomu-tatarskomu-yaziku-i.htm" TargetMode="External"/><Relationship Id="rId80" Type="http://schemas.openxmlformats.org/officeDocument/2006/relationships/hyperlink" Target="https://mon.tatarstan.ru/razrabotki-urokov-po-rodnomu-tatarskomu-yaziku-i.htm" TargetMode="External"/><Relationship Id="rId85" Type="http://schemas.openxmlformats.org/officeDocument/2006/relationships/hyperlink" Target="https://nsportal.ru/shkola/rodnoy-yazyk-i-literatura/library/2018/11/19/3nche-syynyf-rus-torkeme-utkn-zaman-hiky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on.tatarstan.ru/razrabotki-urokov-po-rodnomu-tatarskomu-yaziku-i.htm" TargetMode="External"/><Relationship Id="rId17" Type="http://schemas.openxmlformats.org/officeDocument/2006/relationships/hyperlink" Target="https://nsportal.ru/nachalnaya-shkola/regionalnyy-komponent/2018/09/07/suzleklr" TargetMode="External"/><Relationship Id="rId25" Type="http://schemas.openxmlformats.org/officeDocument/2006/relationships/hyperlink" Target="https://disk.yandex.ru/d/RN-ecVugobgVUQ?w=1" TargetMode="External"/><Relationship Id="rId33" Type="http://schemas.openxmlformats.org/officeDocument/2006/relationships/hyperlink" Target="http://www.antat.ru/ru/iyli/publishing/book/2019/&#1084;&#1077;&#1090;&#1086;&#1076;_2%20&#1082;&#1083;-&#1085;&#1086;&#1074;&#1099;&#1081;.pdf" TargetMode="External"/><Relationship Id="rId38" Type="http://schemas.openxmlformats.org/officeDocument/2006/relationships/hyperlink" Target="https://disk.yandex.ru/d/RN-ecVugobgVUQ?w=1" TargetMode="External"/><Relationship Id="rId46" Type="http://schemas.openxmlformats.org/officeDocument/2006/relationships/hyperlink" Target="https://mon.tatarstan.ru/razrabotki-urokov-po-rodnomu-tatarskomu-yaziku-i.htm" TargetMode="External"/><Relationship Id="rId59" Type="http://schemas.openxmlformats.org/officeDocument/2006/relationships/hyperlink" Target="https://mon.tatarstan.ru/razrabotki-urokov-po-rodnomu-tatarskomu-yaziku-i.htm" TargetMode="External"/><Relationship Id="rId67" Type="http://schemas.openxmlformats.org/officeDocument/2006/relationships/hyperlink" Target="https://infourok.ru/szg-fonetik-analiz-yasau-trtibe-3177325.html" TargetMode="External"/><Relationship Id="rId20" Type="http://schemas.openxmlformats.org/officeDocument/2006/relationships/hyperlink" Target="https://disk.yandex.ru/d/z8T8CjAwkDi3lQ?w=1" TargetMode="External"/><Relationship Id="rId41" Type="http://schemas.openxmlformats.org/officeDocument/2006/relationships/hyperlink" Target="https://mon.tatarstan.ru/razrabotki-urokov-po-rodnomu-tatarskomu-yaziku-i.htm" TargetMode="External"/><Relationship Id="rId54" Type="http://schemas.openxmlformats.org/officeDocument/2006/relationships/hyperlink" Target="https://mon.tatarstan.ru/razrabotki-urokov-po-rodnomu-tatarskomu-yaziku-i.htm" TargetMode="External"/><Relationship Id="rId62" Type="http://schemas.openxmlformats.org/officeDocument/2006/relationships/hyperlink" Target="https://mon.tatarstan.ru/razrabotki-urokov-po-rodnomu-tatarskomu-yaziku-i.htm" TargetMode="External"/><Relationship Id="rId70" Type="http://schemas.openxmlformats.org/officeDocument/2006/relationships/hyperlink" Target="https://infourok.ru/dres-eshkrtmsesz-tzeleshen-kabatlau-1320894.html" TargetMode="External"/><Relationship Id="rId75" Type="http://schemas.openxmlformats.org/officeDocument/2006/relationships/hyperlink" Target="https://infourok.ru/prezentaciya-na-temu-po-tatarskomu-yaziku-krst-almashliklari-kl-3231908.html" TargetMode="External"/><Relationship Id="rId83" Type="http://schemas.openxmlformats.org/officeDocument/2006/relationships/hyperlink" Target="https://mon.tatarstan.ru/razrabotki-urokov-po-rodnomu-tatarskomu-yaziku-i.htm" TargetMode="External"/><Relationship Id="rId88" Type="http://schemas.openxmlformats.org/officeDocument/2006/relationships/hyperlink" Target="https://mon.tatarstan.ru/razrabotki-urokov-po-rodnomu-tatarskomu-yaziku-i.htm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disk.yandex.ru/d/z8T8CjAwkDi3lQ?w=1" TargetMode="External"/><Relationship Id="rId23" Type="http://schemas.openxmlformats.org/officeDocument/2006/relationships/hyperlink" Target="https://nsportal.ru/shkola/rodnoy-yazyk-i-literatura/library/2021/01/12/4-syynyf-tatar-tele-r-z-haydarova-g-m-1" TargetMode="External"/><Relationship Id="rId28" Type="http://schemas.openxmlformats.org/officeDocument/2006/relationships/hyperlink" Target="https://disk.yandex.ru/d/RN-ecVugobgVUQ?w=1" TargetMode="External"/><Relationship Id="rId36" Type="http://schemas.openxmlformats.org/officeDocument/2006/relationships/hyperlink" Target="https://disk.yandex.ru/d/RN-ecVugobgVUQ?w=1" TargetMode="External"/><Relationship Id="rId49" Type="http://schemas.openxmlformats.org/officeDocument/2006/relationships/hyperlink" Target="https://mon.tatarstan.ru/razrabotki-urokov-po-rodnomu-tatarskomu-yaziku-i.htm" TargetMode="External"/><Relationship Id="rId57" Type="http://schemas.openxmlformats.org/officeDocument/2006/relationships/hyperlink" Target="https://mon.tatarstan.ru/razrabotki-urokov-po-rodnomu-tatarskomu-yaziku-i.htm" TargetMode="External"/><Relationship Id="rId10" Type="http://schemas.openxmlformats.org/officeDocument/2006/relationships/hyperlink" Target="https://mon.tatarstan.ru/razrabotki-urokov-po-rodnomu-tatarskomu-yaziku-i.htm" TargetMode="External"/><Relationship Id="rId31" Type="http://schemas.openxmlformats.org/officeDocument/2006/relationships/hyperlink" Target="http://www.antat.ru/ru/iyli/publishing/book/2019/&#1084;&#1077;&#1090;&#1086;&#1076;_2%20&#1082;&#1083;-&#1085;&#1086;&#1074;&#1099;&#1081;.pdf" TargetMode="External"/><Relationship Id="rId44" Type="http://schemas.openxmlformats.org/officeDocument/2006/relationships/hyperlink" Target="https://mon.tatarstan.ru/razrabotki-urokov-po-rodnomu-tatarskomu-yaziku-i.htm" TargetMode="External"/><Relationship Id="rId52" Type="http://schemas.openxmlformats.org/officeDocument/2006/relationships/hyperlink" Target="https://mon.tatarstan.ru/razrabotki-urokov-po-rodnomu-tatarskomu-yaziku-i.htm" TargetMode="External"/><Relationship Id="rId60" Type="http://schemas.openxmlformats.org/officeDocument/2006/relationships/hyperlink" Target="https://mon.tatarstan.ru/razrabotki-urokov-po-rodnomu-tatarskomu-yaziku-i.htm" TargetMode="External"/><Relationship Id="rId65" Type="http://schemas.openxmlformats.org/officeDocument/2006/relationships/hyperlink" Target="https://mon.tatarstan.ru/razrabotki-urokov-po-rodnomu-tatarskomu-yaziku-i.htm" TargetMode="External"/><Relationship Id="rId73" Type="http://schemas.openxmlformats.org/officeDocument/2006/relationships/hyperlink" Target="https://mon.tatarstan.ru/razrabotki-urokov-po-rodnomu-tatarskomu-yaziku-i.htm" TargetMode="External"/><Relationship Id="rId78" Type="http://schemas.openxmlformats.org/officeDocument/2006/relationships/hyperlink" Target="https://mon.tatarstan.ru/razrabotki-urokov-po-rodnomu-tatarskomu-yaziku-i.htm" TargetMode="External"/><Relationship Id="rId81" Type="http://schemas.openxmlformats.org/officeDocument/2006/relationships/hyperlink" Target="https://mon.tatarstan.ru/razrabotki-urokov-po-rodnomu-tatarskomu-yaziku-i.htm" TargetMode="External"/><Relationship Id="rId86" Type="http://schemas.openxmlformats.org/officeDocument/2006/relationships/hyperlink" Target="https://nsportal.ru/nachalnaya-shkola/regionalnyy-komponent/2020/12/16/hikya-figylnen-kilchk-zaman-formal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at.ru/ru/iyli/publishing/book/2019/&#1084;&#1077;&#1090;&#1086;&#1076;_2%20&#1082;&#1083;-&#1085;&#1086;&#1074;&#1099;&#1081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726286-5A00-4CC6-A9D4-D6375097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10732</Words>
  <Characters>61179</Characters>
  <Application>Microsoft Office Word</Application>
  <DocSecurity>0</DocSecurity>
  <Lines>509</Lines>
  <Paragraphs>143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71768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cp:lastPrinted>2022-09-22T16:32:00Z</cp:lastPrinted>
  <dcterms:created xsi:type="dcterms:W3CDTF">2024-03-14T11:00:00Z</dcterms:created>
  <dcterms:modified xsi:type="dcterms:W3CDTF">2024-03-14T12:12:00Z</dcterms:modified>
</cp:coreProperties>
</file>